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F25" w:rsidRDefault="00C76F25">
      <w:pPr>
        <w:autoSpaceDE w:val="0"/>
        <w:autoSpaceDN w:val="0"/>
        <w:spacing w:after="78" w:line="220" w:lineRule="exact"/>
      </w:pPr>
    </w:p>
    <w:p w:rsidR="00C76F25" w:rsidRPr="007924E7" w:rsidRDefault="0044668A">
      <w:pPr>
        <w:autoSpaceDE w:val="0"/>
        <w:autoSpaceDN w:val="0"/>
        <w:spacing w:after="0" w:line="230" w:lineRule="auto"/>
        <w:ind w:left="1494"/>
        <w:rPr>
          <w:lang w:val="ru-RU"/>
        </w:rPr>
      </w:pPr>
      <w:r w:rsidRPr="007924E7">
        <w:rPr>
          <w:rFonts w:ascii="Times New Roman" w:eastAsia="Times New Roman" w:hAnsi="Times New Roman"/>
          <w:b/>
          <w:color w:val="000000"/>
          <w:sz w:val="24"/>
          <w:lang w:val="ru-RU"/>
        </w:rPr>
        <w:t>МИНИСТЕРСТВО ПРОСВЕЩЕНИЯ РОССИЙСКОЙ ФЕДЕРАЦИИ</w:t>
      </w:r>
    </w:p>
    <w:p w:rsidR="00C76F25" w:rsidRPr="007924E7" w:rsidRDefault="0044668A">
      <w:pPr>
        <w:autoSpaceDE w:val="0"/>
        <w:autoSpaceDN w:val="0"/>
        <w:spacing w:before="670" w:after="0" w:line="230" w:lineRule="auto"/>
        <w:ind w:left="1302"/>
        <w:rPr>
          <w:lang w:val="ru-RU"/>
        </w:rPr>
      </w:pPr>
      <w:r w:rsidRPr="007924E7">
        <w:rPr>
          <w:rFonts w:ascii="Times New Roman" w:eastAsia="Times New Roman" w:hAnsi="Times New Roman"/>
          <w:color w:val="000000"/>
          <w:sz w:val="24"/>
          <w:lang w:val="ru-RU"/>
        </w:rPr>
        <w:t>Министерство общего и профессионального образования Ростовской области</w:t>
      </w:r>
    </w:p>
    <w:p w:rsidR="00E12B73" w:rsidRDefault="00E12B73">
      <w:pPr>
        <w:tabs>
          <w:tab w:val="left" w:pos="3548"/>
        </w:tabs>
        <w:autoSpaceDE w:val="0"/>
        <w:autoSpaceDN w:val="0"/>
        <w:spacing w:before="670" w:after="0" w:line="262" w:lineRule="auto"/>
        <w:ind w:left="1050" w:right="720"/>
        <w:rPr>
          <w:rFonts w:ascii="Times New Roman" w:eastAsia="Times New Roman" w:hAnsi="Times New Roman"/>
          <w:color w:val="000000"/>
          <w:sz w:val="24"/>
          <w:lang w:val="ru-RU"/>
        </w:rPr>
      </w:pPr>
      <w:r>
        <w:rPr>
          <w:rFonts w:ascii="Times New Roman" w:eastAsia="Times New Roman" w:hAnsi="Times New Roman"/>
          <w:color w:val="000000"/>
          <w:sz w:val="24"/>
          <w:lang w:val="ru-RU"/>
        </w:rPr>
        <w:t xml:space="preserve">                </w:t>
      </w:r>
      <w:r w:rsidR="0044668A" w:rsidRPr="007924E7">
        <w:rPr>
          <w:rFonts w:ascii="Times New Roman" w:eastAsia="Times New Roman" w:hAnsi="Times New Roman"/>
          <w:color w:val="000000"/>
          <w:sz w:val="24"/>
          <w:lang w:val="ru-RU"/>
        </w:rPr>
        <w:t xml:space="preserve">Муниципальное бюджетное общеобразовательное учреждение </w:t>
      </w:r>
    </w:p>
    <w:p w:rsidR="00C76F25" w:rsidRDefault="00E12B73" w:rsidP="00E12B73">
      <w:pPr>
        <w:tabs>
          <w:tab w:val="left" w:pos="3548"/>
        </w:tabs>
        <w:autoSpaceDE w:val="0"/>
        <w:autoSpaceDN w:val="0"/>
        <w:spacing w:before="670" w:after="0" w:line="262" w:lineRule="auto"/>
        <w:ind w:left="1050" w:right="720"/>
        <w:rPr>
          <w:rFonts w:ascii="Times New Roman" w:eastAsia="Times New Roman" w:hAnsi="Times New Roman"/>
          <w:color w:val="000000"/>
          <w:sz w:val="24"/>
          <w:lang w:val="ru-RU"/>
        </w:rPr>
      </w:pPr>
      <w:r>
        <w:rPr>
          <w:rFonts w:ascii="Times New Roman" w:eastAsia="Times New Roman" w:hAnsi="Times New Roman"/>
          <w:color w:val="000000"/>
          <w:sz w:val="24"/>
          <w:lang w:val="ru-RU"/>
        </w:rPr>
        <w:t xml:space="preserve">                              </w:t>
      </w:r>
      <w:proofErr w:type="spellStart"/>
      <w:r w:rsidR="0044668A" w:rsidRPr="007924E7">
        <w:rPr>
          <w:rFonts w:ascii="Times New Roman" w:eastAsia="Times New Roman" w:hAnsi="Times New Roman"/>
          <w:color w:val="000000"/>
          <w:sz w:val="24"/>
          <w:lang w:val="ru-RU"/>
        </w:rPr>
        <w:t>Багаевская</w:t>
      </w:r>
      <w:proofErr w:type="spellEnd"/>
      <w:r w:rsidR="0044668A" w:rsidRPr="007924E7">
        <w:rPr>
          <w:rFonts w:ascii="Times New Roman" w:eastAsia="Times New Roman" w:hAnsi="Times New Roman"/>
          <w:color w:val="000000"/>
          <w:sz w:val="24"/>
          <w:lang w:val="ru-RU"/>
        </w:rPr>
        <w:t xml:space="preserve"> средняя </w:t>
      </w:r>
      <w:r w:rsidR="0044668A" w:rsidRPr="007924E7">
        <w:rPr>
          <w:lang w:val="ru-RU"/>
        </w:rPr>
        <w:tab/>
      </w:r>
      <w:r w:rsidR="0044668A" w:rsidRPr="007924E7">
        <w:rPr>
          <w:rFonts w:ascii="Times New Roman" w:eastAsia="Times New Roman" w:hAnsi="Times New Roman"/>
          <w:color w:val="000000"/>
          <w:sz w:val="24"/>
          <w:lang w:val="ru-RU"/>
        </w:rPr>
        <w:t>общеобразовательная школа№2</w:t>
      </w:r>
    </w:p>
    <w:p w:rsidR="00E12B73" w:rsidRPr="00E12B73" w:rsidRDefault="00E12B73" w:rsidP="00E12B73">
      <w:pPr>
        <w:tabs>
          <w:tab w:val="left" w:pos="3548"/>
        </w:tabs>
        <w:autoSpaceDE w:val="0"/>
        <w:autoSpaceDN w:val="0"/>
        <w:spacing w:before="670" w:after="0" w:line="262" w:lineRule="auto"/>
        <w:ind w:left="1050" w:right="720"/>
        <w:rPr>
          <w:lang w:val="ru-RU"/>
        </w:rPr>
      </w:pPr>
    </w:p>
    <w:tbl>
      <w:tblPr>
        <w:tblW w:w="0" w:type="auto"/>
        <w:tblLayout w:type="fixed"/>
        <w:tblLook w:val="04A0" w:firstRow="1" w:lastRow="0" w:firstColumn="1" w:lastColumn="0" w:noHBand="0" w:noVBand="1"/>
      </w:tblPr>
      <w:tblGrid>
        <w:gridCol w:w="2502"/>
        <w:gridCol w:w="3540"/>
        <w:gridCol w:w="3300"/>
      </w:tblGrid>
      <w:tr w:rsidR="00C76F25" w:rsidRPr="00C7535D">
        <w:trPr>
          <w:trHeight w:hRule="exact" w:val="346"/>
        </w:trPr>
        <w:tc>
          <w:tcPr>
            <w:tcW w:w="2502" w:type="dxa"/>
            <w:tcMar>
              <w:left w:w="0" w:type="dxa"/>
              <w:right w:w="0" w:type="dxa"/>
            </w:tcMar>
          </w:tcPr>
          <w:p w:rsidR="00C76F25" w:rsidRPr="00C7535D" w:rsidRDefault="0044668A">
            <w:pPr>
              <w:autoSpaceDE w:val="0"/>
              <w:autoSpaceDN w:val="0"/>
              <w:spacing w:before="60" w:after="0" w:line="230" w:lineRule="auto"/>
              <w:rPr>
                <w:rFonts w:ascii="Times New Roman" w:hAnsi="Times New Roman" w:cs="Times New Roman"/>
              </w:rPr>
            </w:pPr>
            <w:r w:rsidRPr="00C7535D">
              <w:rPr>
                <w:rFonts w:ascii="Times New Roman" w:eastAsia="Times New Roman" w:hAnsi="Times New Roman" w:cs="Times New Roman"/>
                <w:color w:val="000000"/>
                <w:w w:val="102"/>
                <w:sz w:val="20"/>
              </w:rPr>
              <w:t>РАССМОТРЕНО</w:t>
            </w:r>
          </w:p>
        </w:tc>
        <w:tc>
          <w:tcPr>
            <w:tcW w:w="3540" w:type="dxa"/>
            <w:tcMar>
              <w:left w:w="0" w:type="dxa"/>
              <w:right w:w="0" w:type="dxa"/>
            </w:tcMar>
          </w:tcPr>
          <w:p w:rsidR="00C76F25" w:rsidRPr="00C7535D" w:rsidRDefault="0044668A">
            <w:pPr>
              <w:autoSpaceDE w:val="0"/>
              <w:autoSpaceDN w:val="0"/>
              <w:spacing w:before="60" w:after="0" w:line="230" w:lineRule="auto"/>
              <w:jc w:val="center"/>
              <w:rPr>
                <w:rFonts w:ascii="Times New Roman" w:hAnsi="Times New Roman" w:cs="Times New Roman"/>
              </w:rPr>
            </w:pPr>
            <w:r w:rsidRPr="00C7535D">
              <w:rPr>
                <w:rFonts w:ascii="Times New Roman" w:eastAsia="Times New Roman" w:hAnsi="Times New Roman" w:cs="Times New Roman"/>
                <w:color w:val="000000"/>
                <w:w w:val="102"/>
                <w:sz w:val="20"/>
              </w:rPr>
              <w:t>СОГЛАСОВАНО</w:t>
            </w:r>
          </w:p>
        </w:tc>
        <w:tc>
          <w:tcPr>
            <w:tcW w:w="3300" w:type="dxa"/>
            <w:tcMar>
              <w:left w:w="0" w:type="dxa"/>
              <w:right w:w="0" w:type="dxa"/>
            </w:tcMar>
          </w:tcPr>
          <w:p w:rsidR="00C76F25" w:rsidRPr="00C7535D" w:rsidRDefault="0044668A">
            <w:pPr>
              <w:autoSpaceDE w:val="0"/>
              <w:autoSpaceDN w:val="0"/>
              <w:spacing w:before="60" w:after="0" w:line="230" w:lineRule="auto"/>
              <w:jc w:val="center"/>
              <w:rPr>
                <w:rFonts w:ascii="Times New Roman" w:hAnsi="Times New Roman" w:cs="Times New Roman"/>
              </w:rPr>
            </w:pPr>
            <w:r w:rsidRPr="00C7535D">
              <w:rPr>
                <w:rFonts w:ascii="Times New Roman" w:eastAsia="Times New Roman" w:hAnsi="Times New Roman" w:cs="Times New Roman"/>
                <w:color w:val="000000"/>
                <w:w w:val="102"/>
                <w:sz w:val="20"/>
              </w:rPr>
              <w:t>УТВЕРЖДЕНО</w:t>
            </w:r>
          </w:p>
        </w:tc>
      </w:tr>
    </w:tbl>
    <w:p w:rsidR="00C76F25" w:rsidRPr="00C7535D" w:rsidRDefault="00E12B73">
      <w:pPr>
        <w:autoSpaceDE w:val="0"/>
        <w:autoSpaceDN w:val="0"/>
        <w:spacing w:after="0" w:line="266" w:lineRule="exact"/>
        <w:rPr>
          <w:rFonts w:ascii="Times New Roman" w:hAnsi="Times New Roman" w:cs="Times New Roman"/>
          <w:lang w:val="ru-RU"/>
        </w:rPr>
      </w:pPr>
      <w:r w:rsidRPr="00C7535D">
        <w:rPr>
          <w:rFonts w:ascii="Times New Roman" w:hAnsi="Times New Roman" w:cs="Times New Roman"/>
          <w:lang w:val="ru-RU"/>
        </w:rPr>
        <w:t>Протокол заседания</w:t>
      </w:r>
      <w:r w:rsidR="00E2037F" w:rsidRPr="00C7535D">
        <w:rPr>
          <w:rFonts w:ascii="Times New Roman" w:hAnsi="Times New Roman" w:cs="Times New Roman"/>
          <w:lang w:val="ru-RU"/>
        </w:rPr>
        <w:t xml:space="preserve">                            Заместитель директора                        Директор МБОУ БСОШ№2</w:t>
      </w:r>
    </w:p>
    <w:p w:rsidR="00E12B73" w:rsidRPr="00C7535D" w:rsidRDefault="00E12B73">
      <w:pPr>
        <w:autoSpaceDE w:val="0"/>
        <w:autoSpaceDN w:val="0"/>
        <w:spacing w:after="0" w:line="266" w:lineRule="exact"/>
        <w:rPr>
          <w:rFonts w:ascii="Times New Roman" w:hAnsi="Times New Roman" w:cs="Times New Roman"/>
          <w:lang w:val="ru-RU"/>
        </w:rPr>
      </w:pPr>
      <w:r w:rsidRPr="00C7535D">
        <w:rPr>
          <w:rFonts w:ascii="Times New Roman" w:hAnsi="Times New Roman" w:cs="Times New Roman"/>
          <w:lang w:val="ru-RU"/>
        </w:rPr>
        <w:t>совета МБОУ БСОШ№2</w:t>
      </w:r>
      <w:r w:rsidR="00E2037F" w:rsidRPr="00C7535D">
        <w:rPr>
          <w:rFonts w:ascii="Times New Roman" w:hAnsi="Times New Roman" w:cs="Times New Roman"/>
          <w:lang w:val="ru-RU"/>
        </w:rPr>
        <w:t xml:space="preserve">                       по УВР БСОШ№2</w:t>
      </w:r>
    </w:p>
    <w:tbl>
      <w:tblPr>
        <w:tblW w:w="0" w:type="auto"/>
        <w:tblLayout w:type="fixed"/>
        <w:tblLook w:val="04A0" w:firstRow="1" w:lastRow="0" w:firstColumn="1" w:lastColumn="0" w:noHBand="0" w:noVBand="1"/>
      </w:tblPr>
      <w:tblGrid>
        <w:gridCol w:w="3162"/>
        <w:gridCol w:w="3340"/>
        <w:gridCol w:w="3500"/>
      </w:tblGrid>
      <w:tr w:rsidR="00C76F25" w:rsidRPr="00C7535D">
        <w:trPr>
          <w:trHeight w:hRule="exact" w:val="366"/>
        </w:trPr>
        <w:tc>
          <w:tcPr>
            <w:tcW w:w="3162" w:type="dxa"/>
            <w:tcMar>
              <w:left w:w="0" w:type="dxa"/>
              <w:right w:w="0" w:type="dxa"/>
            </w:tcMar>
          </w:tcPr>
          <w:p w:rsidR="00C76F25" w:rsidRPr="00C7535D" w:rsidRDefault="0044668A">
            <w:pPr>
              <w:autoSpaceDE w:val="0"/>
              <w:autoSpaceDN w:val="0"/>
              <w:spacing w:before="60" w:after="0" w:line="230" w:lineRule="auto"/>
              <w:rPr>
                <w:rFonts w:ascii="Times New Roman" w:hAnsi="Times New Roman" w:cs="Times New Roman"/>
              </w:rPr>
            </w:pPr>
            <w:proofErr w:type="spellStart"/>
            <w:r w:rsidRPr="00C7535D">
              <w:rPr>
                <w:rFonts w:ascii="Times New Roman" w:eastAsia="Times New Roman" w:hAnsi="Times New Roman" w:cs="Times New Roman"/>
                <w:color w:val="000000"/>
                <w:w w:val="102"/>
                <w:sz w:val="20"/>
              </w:rPr>
              <w:t>Горбачёва</w:t>
            </w:r>
            <w:proofErr w:type="spellEnd"/>
            <w:r w:rsidRPr="00C7535D">
              <w:rPr>
                <w:rFonts w:ascii="Times New Roman" w:eastAsia="Times New Roman" w:hAnsi="Times New Roman" w:cs="Times New Roman"/>
                <w:color w:val="000000"/>
                <w:w w:val="102"/>
                <w:sz w:val="20"/>
              </w:rPr>
              <w:t xml:space="preserve"> О. И.______________</w:t>
            </w:r>
          </w:p>
        </w:tc>
        <w:tc>
          <w:tcPr>
            <w:tcW w:w="3340" w:type="dxa"/>
            <w:tcMar>
              <w:left w:w="0" w:type="dxa"/>
              <w:right w:w="0" w:type="dxa"/>
            </w:tcMar>
          </w:tcPr>
          <w:p w:rsidR="00C76F25" w:rsidRPr="00C7535D" w:rsidRDefault="0044668A">
            <w:pPr>
              <w:autoSpaceDE w:val="0"/>
              <w:autoSpaceDN w:val="0"/>
              <w:spacing w:before="60" w:after="0" w:line="230" w:lineRule="auto"/>
              <w:ind w:left="356"/>
              <w:rPr>
                <w:rFonts w:ascii="Times New Roman" w:hAnsi="Times New Roman" w:cs="Times New Roman"/>
              </w:rPr>
            </w:pPr>
            <w:proofErr w:type="spellStart"/>
            <w:r w:rsidRPr="00C7535D">
              <w:rPr>
                <w:rFonts w:ascii="Times New Roman" w:eastAsia="Times New Roman" w:hAnsi="Times New Roman" w:cs="Times New Roman"/>
                <w:color w:val="000000"/>
                <w:w w:val="102"/>
                <w:sz w:val="20"/>
              </w:rPr>
              <w:t>Рябова</w:t>
            </w:r>
            <w:proofErr w:type="spellEnd"/>
            <w:r w:rsidRPr="00C7535D">
              <w:rPr>
                <w:rFonts w:ascii="Times New Roman" w:eastAsia="Times New Roman" w:hAnsi="Times New Roman" w:cs="Times New Roman"/>
                <w:color w:val="000000"/>
                <w:w w:val="102"/>
                <w:sz w:val="20"/>
              </w:rPr>
              <w:t xml:space="preserve"> С.И.______________</w:t>
            </w:r>
          </w:p>
        </w:tc>
        <w:tc>
          <w:tcPr>
            <w:tcW w:w="3500" w:type="dxa"/>
            <w:tcMar>
              <w:left w:w="0" w:type="dxa"/>
              <w:right w:w="0" w:type="dxa"/>
            </w:tcMar>
          </w:tcPr>
          <w:p w:rsidR="00C76F25" w:rsidRPr="00C7535D" w:rsidRDefault="0044668A">
            <w:pPr>
              <w:autoSpaceDE w:val="0"/>
              <w:autoSpaceDN w:val="0"/>
              <w:spacing w:before="60" w:after="0" w:line="230" w:lineRule="auto"/>
              <w:ind w:left="532"/>
              <w:rPr>
                <w:rFonts w:ascii="Times New Roman" w:hAnsi="Times New Roman" w:cs="Times New Roman"/>
              </w:rPr>
            </w:pPr>
            <w:r w:rsidRPr="00C7535D">
              <w:rPr>
                <w:rFonts w:ascii="Times New Roman" w:eastAsia="Times New Roman" w:hAnsi="Times New Roman" w:cs="Times New Roman"/>
                <w:color w:val="000000"/>
                <w:w w:val="102"/>
                <w:sz w:val="20"/>
              </w:rPr>
              <w:t xml:space="preserve">Н.А. </w:t>
            </w:r>
            <w:proofErr w:type="spellStart"/>
            <w:r w:rsidRPr="00C7535D">
              <w:rPr>
                <w:rFonts w:ascii="Times New Roman" w:eastAsia="Times New Roman" w:hAnsi="Times New Roman" w:cs="Times New Roman"/>
                <w:color w:val="000000"/>
                <w:w w:val="102"/>
                <w:sz w:val="20"/>
              </w:rPr>
              <w:t>Леванчук</w:t>
            </w:r>
            <w:proofErr w:type="spellEnd"/>
            <w:r w:rsidRPr="00C7535D">
              <w:rPr>
                <w:rFonts w:ascii="Times New Roman" w:eastAsia="Times New Roman" w:hAnsi="Times New Roman" w:cs="Times New Roman"/>
                <w:color w:val="000000"/>
                <w:w w:val="102"/>
                <w:sz w:val="20"/>
              </w:rPr>
              <w:t>______________</w:t>
            </w:r>
          </w:p>
        </w:tc>
      </w:tr>
      <w:tr w:rsidR="00C76F25" w:rsidRPr="00C7535D">
        <w:trPr>
          <w:trHeight w:hRule="exact" w:val="400"/>
        </w:trPr>
        <w:tc>
          <w:tcPr>
            <w:tcW w:w="3162" w:type="dxa"/>
            <w:tcMar>
              <w:left w:w="0" w:type="dxa"/>
              <w:right w:w="0" w:type="dxa"/>
            </w:tcMar>
          </w:tcPr>
          <w:p w:rsidR="00C76F25" w:rsidRPr="00C7535D" w:rsidRDefault="0044668A">
            <w:pPr>
              <w:autoSpaceDE w:val="0"/>
              <w:autoSpaceDN w:val="0"/>
              <w:spacing w:before="102" w:after="0" w:line="230" w:lineRule="auto"/>
              <w:rPr>
                <w:rFonts w:ascii="Times New Roman" w:hAnsi="Times New Roman" w:cs="Times New Roman"/>
              </w:rPr>
            </w:pPr>
            <w:proofErr w:type="spellStart"/>
            <w:r w:rsidRPr="00C7535D">
              <w:rPr>
                <w:rFonts w:ascii="Times New Roman" w:eastAsia="Times New Roman" w:hAnsi="Times New Roman" w:cs="Times New Roman"/>
                <w:color w:val="000000"/>
                <w:w w:val="102"/>
                <w:sz w:val="20"/>
              </w:rPr>
              <w:t>Протокол</w:t>
            </w:r>
            <w:proofErr w:type="spellEnd"/>
            <w:r w:rsidRPr="00C7535D">
              <w:rPr>
                <w:rFonts w:ascii="Times New Roman" w:eastAsia="Times New Roman" w:hAnsi="Times New Roman" w:cs="Times New Roman"/>
                <w:color w:val="000000"/>
                <w:w w:val="102"/>
                <w:sz w:val="20"/>
              </w:rPr>
              <w:t xml:space="preserve"> №1</w:t>
            </w:r>
          </w:p>
        </w:tc>
        <w:tc>
          <w:tcPr>
            <w:tcW w:w="3340" w:type="dxa"/>
            <w:tcMar>
              <w:left w:w="0" w:type="dxa"/>
              <w:right w:w="0" w:type="dxa"/>
            </w:tcMar>
          </w:tcPr>
          <w:p w:rsidR="00C76F25" w:rsidRPr="00C7535D" w:rsidRDefault="0044668A">
            <w:pPr>
              <w:autoSpaceDE w:val="0"/>
              <w:autoSpaceDN w:val="0"/>
              <w:spacing w:before="102" w:after="0" w:line="230" w:lineRule="auto"/>
              <w:ind w:left="356"/>
              <w:rPr>
                <w:rFonts w:ascii="Times New Roman" w:hAnsi="Times New Roman" w:cs="Times New Roman"/>
              </w:rPr>
            </w:pPr>
            <w:proofErr w:type="spellStart"/>
            <w:r w:rsidRPr="00C7535D">
              <w:rPr>
                <w:rFonts w:ascii="Times New Roman" w:eastAsia="Times New Roman" w:hAnsi="Times New Roman" w:cs="Times New Roman"/>
                <w:color w:val="000000"/>
                <w:w w:val="102"/>
                <w:sz w:val="20"/>
              </w:rPr>
              <w:t>Протокол</w:t>
            </w:r>
            <w:proofErr w:type="spellEnd"/>
            <w:r w:rsidRPr="00C7535D">
              <w:rPr>
                <w:rFonts w:ascii="Times New Roman" w:eastAsia="Times New Roman" w:hAnsi="Times New Roman" w:cs="Times New Roman"/>
                <w:color w:val="000000"/>
                <w:w w:val="102"/>
                <w:sz w:val="20"/>
              </w:rPr>
              <w:t xml:space="preserve"> №1</w:t>
            </w:r>
          </w:p>
        </w:tc>
        <w:tc>
          <w:tcPr>
            <w:tcW w:w="3500" w:type="dxa"/>
            <w:tcMar>
              <w:left w:w="0" w:type="dxa"/>
              <w:right w:w="0" w:type="dxa"/>
            </w:tcMar>
          </w:tcPr>
          <w:p w:rsidR="00C76F25" w:rsidRPr="00C7535D" w:rsidRDefault="0044668A">
            <w:pPr>
              <w:autoSpaceDE w:val="0"/>
              <w:autoSpaceDN w:val="0"/>
              <w:spacing w:before="102" w:after="0" w:line="230" w:lineRule="auto"/>
              <w:ind w:left="532"/>
              <w:rPr>
                <w:rFonts w:ascii="Times New Roman" w:hAnsi="Times New Roman" w:cs="Times New Roman"/>
                <w:lang w:val="ru-RU"/>
              </w:rPr>
            </w:pPr>
            <w:proofErr w:type="spellStart"/>
            <w:r w:rsidRPr="00C7535D">
              <w:rPr>
                <w:rFonts w:ascii="Times New Roman" w:eastAsia="Times New Roman" w:hAnsi="Times New Roman" w:cs="Times New Roman"/>
                <w:color w:val="000000"/>
                <w:w w:val="102"/>
                <w:sz w:val="20"/>
              </w:rPr>
              <w:t>Приказ</w:t>
            </w:r>
            <w:proofErr w:type="spellEnd"/>
            <w:r w:rsidRPr="00C7535D">
              <w:rPr>
                <w:rFonts w:ascii="Times New Roman" w:eastAsia="Times New Roman" w:hAnsi="Times New Roman" w:cs="Times New Roman"/>
                <w:color w:val="000000"/>
                <w:w w:val="102"/>
                <w:sz w:val="20"/>
              </w:rPr>
              <w:t xml:space="preserve"> №</w:t>
            </w:r>
            <w:r w:rsidR="00E2037F" w:rsidRPr="00C7535D">
              <w:rPr>
                <w:rFonts w:ascii="Times New Roman" w:eastAsia="Times New Roman" w:hAnsi="Times New Roman" w:cs="Times New Roman"/>
                <w:color w:val="000000"/>
                <w:w w:val="102"/>
                <w:sz w:val="20"/>
                <w:lang w:val="ru-RU"/>
              </w:rPr>
              <w:t>152/1</w:t>
            </w:r>
          </w:p>
        </w:tc>
      </w:tr>
      <w:tr w:rsidR="00C76F25" w:rsidRPr="00C7535D">
        <w:trPr>
          <w:trHeight w:hRule="exact" w:val="396"/>
        </w:trPr>
        <w:tc>
          <w:tcPr>
            <w:tcW w:w="3162" w:type="dxa"/>
            <w:tcMar>
              <w:left w:w="0" w:type="dxa"/>
              <w:right w:w="0" w:type="dxa"/>
            </w:tcMar>
          </w:tcPr>
          <w:p w:rsidR="00C76F25" w:rsidRPr="00C7535D" w:rsidRDefault="00E2037F">
            <w:pPr>
              <w:autoSpaceDE w:val="0"/>
              <w:autoSpaceDN w:val="0"/>
              <w:spacing w:before="110" w:after="0" w:line="230" w:lineRule="auto"/>
              <w:rPr>
                <w:rFonts w:ascii="Times New Roman" w:hAnsi="Times New Roman" w:cs="Times New Roman"/>
              </w:rPr>
            </w:pPr>
            <w:proofErr w:type="spellStart"/>
            <w:r w:rsidRPr="00C7535D">
              <w:rPr>
                <w:rFonts w:ascii="Times New Roman" w:eastAsia="Times New Roman" w:hAnsi="Times New Roman" w:cs="Times New Roman"/>
                <w:color w:val="000000"/>
                <w:w w:val="102"/>
                <w:sz w:val="20"/>
              </w:rPr>
              <w:t>от</w:t>
            </w:r>
            <w:proofErr w:type="spellEnd"/>
            <w:r w:rsidRPr="00C7535D">
              <w:rPr>
                <w:rFonts w:ascii="Times New Roman" w:eastAsia="Times New Roman" w:hAnsi="Times New Roman" w:cs="Times New Roman"/>
                <w:color w:val="000000"/>
                <w:w w:val="102"/>
                <w:sz w:val="20"/>
              </w:rPr>
              <w:t xml:space="preserve"> "3</w:t>
            </w:r>
            <w:r w:rsidRPr="00C7535D">
              <w:rPr>
                <w:rFonts w:ascii="Times New Roman" w:eastAsia="Times New Roman" w:hAnsi="Times New Roman" w:cs="Times New Roman"/>
                <w:color w:val="000000"/>
                <w:w w:val="102"/>
                <w:sz w:val="20"/>
                <w:lang w:val="ru-RU"/>
              </w:rPr>
              <w:t>0</w:t>
            </w:r>
            <w:r w:rsidR="0044668A" w:rsidRPr="00C7535D">
              <w:rPr>
                <w:rFonts w:ascii="Times New Roman" w:eastAsia="Times New Roman" w:hAnsi="Times New Roman" w:cs="Times New Roman"/>
                <w:color w:val="000000"/>
                <w:w w:val="102"/>
                <w:sz w:val="20"/>
              </w:rPr>
              <w:t>" августа2022 г.</w:t>
            </w:r>
          </w:p>
        </w:tc>
        <w:tc>
          <w:tcPr>
            <w:tcW w:w="3340" w:type="dxa"/>
            <w:tcMar>
              <w:left w:w="0" w:type="dxa"/>
              <w:right w:w="0" w:type="dxa"/>
            </w:tcMar>
          </w:tcPr>
          <w:p w:rsidR="00C76F25" w:rsidRPr="00C7535D" w:rsidRDefault="00E2037F">
            <w:pPr>
              <w:autoSpaceDE w:val="0"/>
              <w:autoSpaceDN w:val="0"/>
              <w:spacing w:before="110" w:after="0" w:line="230" w:lineRule="auto"/>
              <w:ind w:left="356"/>
              <w:rPr>
                <w:rFonts w:ascii="Times New Roman" w:hAnsi="Times New Roman" w:cs="Times New Roman"/>
              </w:rPr>
            </w:pPr>
            <w:proofErr w:type="spellStart"/>
            <w:r w:rsidRPr="00C7535D">
              <w:rPr>
                <w:rFonts w:ascii="Times New Roman" w:eastAsia="Times New Roman" w:hAnsi="Times New Roman" w:cs="Times New Roman"/>
                <w:color w:val="000000"/>
                <w:w w:val="102"/>
                <w:sz w:val="20"/>
              </w:rPr>
              <w:t>от</w:t>
            </w:r>
            <w:proofErr w:type="spellEnd"/>
            <w:r w:rsidRPr="00C7535D">
              <w:rPr>
                <w:rFonts w:ascii="Times New Roman" w:eastAsia="Times New Roman" w:hAnsi="Times New Roman" w:cs="Times New Roman"/>
                <w:color w:val="000000"/>
                <w:w w:val="102"/>
                <w:sz w:val="20"/>
              </w:rPr>
              <w:t xml:space="preserve"> "3</w:t>
            </w:r>
            <w:r w:rsidRPr="00C7535D">
              <w:rPr>
                <w:rFonts w:ascii="Times New Roman" w:eastAsia="Times New Roman" w:hAnsi="Times New Roman" w:cs="Times New Roman"/>
                <w:color w:val="000000"/>
                <w:w w:val="102"/>
                <w:sz w:val="20"/>
                <w:lang w:val="ru-RU"/>
              </w:rPr>
              <w:t>0</w:t>
            </w:r>
            <w:r w:rsidR="0044668A" w:rsidRPr="00C7535D">
              <w:rPr>
                <w:rFonts w:ascii="Times New Roman" w:eastAsia="Times New Roman" w:hAnsi="Times New Roman" w:cs="Times New Roman"/>
                <w:color w:val="000000"/>
                <w:w w:val="102"/>
                <w:sz w:val="20"/>
              </w:rPr>
              <w:t xml:space="preserve">" </w:t>
            </w:r>
            <w:proofErr w:type="spellStart"/>
            <w:r w:rsidR="0044668A" w:rsidRPr="00C7535D">
              <w:rPr>
                <w:rFonts w:ascii="Times New Roman" w:eastAsia="Times New Roman" w:hAnsi="Times New Roman" w:cs="Times New Roman"/>
                <w:color w:val="000000"/>
                <w:w w:val="102"/>
                <w:sz w:val="20"/>
              </w:rPr>
              <w:t>августа</w:t>
            </w:r>
            <w:proofErr w:type="spellEnd"/>
            <w:r w:rsidR="0044668A" w:rsidRPr="00C7535D">
              <w:rPr>
                <w:rFonts w:ascii="Times New Roman" w:eastAsia="Times New Roman" w:hAnsi="Times New Roman" w:cs="Times New Roman"/>
                <w:color w:val="000000"/>
                <w:w w:val="102"/>
                <w:sz w:val="20"/>
              </w:rPr>
              <w:t xml:space="preserve">  2022 г.</w:t>
            </w:r>
          </w:p>
        </w:tc>
        <w:tc>
          <w:tcPr>
            <w:tcW w:w="3500" w:type="dxa"/>
            <w:tcMar>
              <w:left w:w="0" w:type="dxa"/>
              <w:right w:w="0" w:type="dxa"/>
            </w:tcMar>
          </w:tcPr>
          <w:p w:rsidR="00C76F25" w:rsidRPr="00C7535D" w:rsidRDefault="0044668A">
            <w:pPr>
              <w:autoSpaceDE w:val="0"/>
              <w:autoSpaceDN w:val="0"/>
              <w:spacing w:before="110" w:after="0" w:line="230" w:lineRule="auto"/>
              <w:ind w:left="532"/>
              <w:rPr>
                <w:rFonts w:ascii="Times New Roman" w:hAnsi="Times New Roman" w:cs="Times New Roman"/>
              </w:rPr>
            </w:pPr>
            <w:proofErr w:type="spellStart"/>
            <w:r w:rsidRPr="00C7535D">
              <w:rPr>
                <w:rFonts w:ascii="Times New Roman" w:eastAsia="Times New Roman" w:hAnsi="Times New Roman" w:cs="Times New Roman"/>
                <w:color w:val="000000"/>
                <w:w w:val="102"/>
                <w:sz w:val="20"/>
              </w:rPr>
              <w:t>от</w:t>
            </w:r>
            <w:proofErr w:type="spellEnd"/>
            <w:r w:rsidRPr="00C7535D">
              <w:rPr>
                <w:rFonts w:ascii="Times New Roman" w:eastAsia="Times New Roman" w:hAnsi="Times New Roman" w:cs="Times New Roman"/>
                <w:color w:val="000000"/>
                <w:w w:val="102"/>
                <w:sz w:val="20"/>
              </w:rPr>
              <w:t xml:space="preserve"> "</w:t>
            </w:r>
            <w:r w:rsidR="00E2037F" w:rsidRPr="00C7535D">
              <w:rPr>
                <w:rFonts w:ascii="Times New Roman" w:eastAsia="Times New Roman" w:hAnsi="Times New Roman" w:cs="Times New Roman"/>
                <w:color w:val="000000"/>
                <w:w w:val="102"/>
                <w:sz w:val="20"/>
                <w:lang w:val="ru-RU"/>
              </w:rPr>
              <w:t>30</w:t>
            </w:r>
            <w:r w:rsidRPr="00C7535D">
              <w:rPr>
                <w:rFonts w:ascii="Times New Roman" w:eastAsia="Times New Roman" w:hAnsi="Times New Roman" w:cs="Times New Roman"/>
                <w:color w:val="000000"/>
                <w:w w:val="102"/>
                <w:sz w:val="20"/>
              </w:rPr>
              <w:t>"</w:t>
            </w:r>
            <w:r w:rsidR="00E2037F" w:rsidRPr="00C7535D">
              <w:rPr>
                <w:rFonts w:ascii="Times New Roman" w:eastAsia="Times New Roman" w:hAnsi="Times New Roman" w:cs="Times New Roman"/>
                <w:color w:val="000000"/>
                <w:w w:val="102"/>
                <w:sz w:val="20"/>
                <w:lang w:val="ru-RU"/>
              </w:rPr>
              <w:t>августа 2022</w:t>
            </w:r>
            <w:r w:rsidRPr="00C7535D">
              <w:rPr>
                <w:rFonts w:ascii="Times New Roman" w:eastAsia="Times New Roman" w:hAnsi="Times New Roman" w:cs="Times New Roman"/>
                <w:color w:val="000000"/>
                <w:w w:val="102"/>
                <w:sz w:val="20"/>
              </w:rPr>
              <w:t xml:space="preserve">  г.</w:t>
            </w:r>
          </w:p>
        </w:tc>
      </w:tr>
    </w:tbl>
    <w:p w:rsidR="00C76F25" w:rsidRDefault="0044668A">
      <w:pPr>
        <w:autoSpaceDE w:val="0"/>
        <w:autoSpaceDN w:val="0"/>
        <w:spacing w:before="978" w:after="0" w:line="262" w:lineRule="auto"/>
        <w:ind w:left="3744" w:right="3600"/>
        <w:jc w:val="center"/>
      </w:pPr>
      <w:r>
        <w:rPr>
          <w:rFonts w:ascii="Times New Roman" w:eastAsia="Times New Roman" w:hAnsi="Times New Roman"/>
          <w:b/>
          <w:color w:val="000000"/>
          <w:sz w:val="24"/>
        </w:rPr>
        <w:t xml:space="preserve">РАБОЧАЯ ПРОГРАММА </w:t>
      </w:r>
      <w:r>
        <w:br/>
      </w:r>
      <w:r>
        <w:rPr>
          <w:rFonts w:ascii="Times New Roman" w:eastAsia="Times New Roman" w:hAnsi="Times New Roman"/>
          <w:b/>
          <w:color w:val="000000"/>
          <w:sz w:val="24"/>
        </w:rPr>
        <w:t>(ID 4714485)</w:t>
      </w:r>
    </w:p>
    <w:p w:rsidR="00C76F25" w:rsidRDefault="0044668A">
      <w:pPr>
        <w:autoSpaceDE w:val="0"/>
        <w:autoSpaceDN w:val="0"/>
        <w:spacing w:before="166" w:after="0" w:line="262" w:lineRule="auto"/>
        <w:ind w:left="4320" w:right="3888"/>
        <w:jc w:val="center"/>
      </w:pPr>
      <w:proofErr w:type="spellStart"/>
      <w:r>
        <w:rPr>
          <w:rFonts w:ascii="Times New Roman" w:eastAsia="Times New Roman" w:hAnsi="Times New Roman"/>
          <w:color w:val="000000"/>
          <w:sz w:val="24"/>
        </w:rPr>
        <w:t>учебного</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предмета</w:t>
      </w:r>
      <w:proofErr w:type="spellEnd"/>
      <w:r>
        <w:br/>
      </w:r>
      <w:r>
        <w:rPr>
          <w:rFonts w:ascii="Times New Roman" w:eastAsia="Times New Roman" w:hAnsi="Times New Roman"/>
          <w:color w:val="000000"/>
          <w:sz w:val="24"/>
        </w:rPr>
        <w:t>«</w:t>
      </w:r>
      <w:proofErr w:type="spellStart"/>
      <w:r>
        <w:rPr>
          <w:rFonts w:ascii="Times New Roman" w:eastAsia="Times New Roman" w:hAnsi="Times New Roman"/>
          <w:color w:val="000000"/>
          <w:sz w:val="24"/>
        </w:rPr>
        <w:t>Литература</w:t>
      </w:r>
      <w:proofErr w:type="spellEnd"/>
      <w:r>
        <w:rPr>
          <w:rFonts w:ascii="Times New Roman" w:eastAsia="Times New Roman" w:hAnsi="Times New Roman"/>
          <w:color w:val="000000"/>
          <w:sz w:val="24"/>
        </w:rPr>
        <w:t>»</w:t>
      </w:r>
    </w:p>
    <w:p w:rsidR="007924E7" w:rsidRDefault="0044668A" w:rsidP="007924E7">
      <w:pPr>
        <w:autoSpaceDE w:val="0"/>
        <w:autoSpaceDN w:val="0"/>
        <w:spacing w:before="670" w:after="0" w:line="262" w:lineRule="auto"/>
        <w:ind w:left="3024" w:right="2592"/>
        <w:jc w:val="center"/>
        <w:rPr>
          <w:lang w:val="ru-RU"/>
        </w:rPr>
      </w:pPr>
      <w:r w:rsidRPr="007924E7">
        <w:rPr>
          <w:rFonts w:ascii="Times New Roman" w:eastAsia="Times New Roman" w:hAnsi="Times New Roman"/>
          <w:color w:val="000000"/>
          <w:sz w:val="24"/>
          <w:lang w:val="ru-RU"/>
        </w:rPr>
        <w:t xml:space="preserve">для 5 класса основного общего образования </w:t>
      </w:r>
      <w:r w:rsidRPr="007924E7">
        <w:rPr>
          <w:lang w:val="ru-RU"/>
        </w:rPr>
        <w:br/>
      </w:r>
      <w:r w:rsidRPr="007924E7">
        <w:rPr>
          <w:rFonts w:ascii="Times New Roman" w:eastAsia="Times New Roman" w:hAnsi="Times New Roman"/>
          <w:color w:val="000000"/>
          <w:sz w:val="24"/>
          <w:lang w:val="ru-RU"/>
        </w:rPr>
        <w:t>на 2022-20232  учебный год</w:t>
      </w:r>
    </w:p>
    <w:p w:rsidR="007924E7" w:rsidRDefault="0044668A" w:rsidP="007924E7">
      <w:pPr>
        <w:autoSpaceDE w:val="0"/>
        <w:autoSpaceDN w:val="0"/>
        <w:spacing w:before="670" w:after="0" w:line="262" w:lineRule="auto"/>
        <w:ind w:left="3024" w:right="2592"/>
        <w:jc w:val="center"/>
        <w:rPr>
          <w:rFonts w:ascii="Times New Roman" w:eastAsia="Times New Roman" w:hAnsi="Times New Roman"/>
          <w:color w:val="000000"/>
          <w:sz w:val="24"/>
          <w:lang w:val="ru-RU"/>
        </w:rPr>
      </w:pPr>
      <w:r w:rsidRPr="007924E7">
        <w:rPr>
          <w:rFonts w:ascii="Times New Roman" w:eastAsia="Times New Roman" w:hAnsi="Times New Roman"/>
          <w:color w:val="000000"/>
          <w:sz w:val="24"/>
          <w:lang w:val="ru-RU"/>
        </w:rPr>
        <w:t>С</w:t>
      </w:r>
      <w:r w:rsidR="007924E7">
        <w:rPr>
          <w:rFonts w:ascii="Times New Roman" w:eastAsia="Times New Roman" w:hAnsi="Times New Roman"/>
          <w:color w:val="000000"/>
          <w:sz w:val="24"/>
          <w:lang w:val="ru-RU"/>
        </w:rPr>
        <w:t xml:space="preserve">оставитель: </w:t>
      </w:r>
      <w:proofErr w:type="spellStart"/>
      <w:r w:rsidR="007924E7">
        <w:rPr>
          <w:rFonts w:ascii="Times New Roman" w:eastAsia="Times New Roman" w:hAnsi="Times New Roman"/>
          <w:color w:val="000000"/>
          <w:sz w:val="24"/>
          <w:lang w:val="ru-RU"/>
        </w:rPr>
        <w:t>Листопадова</w:t>
      </w:r>
      <w:proofErr w:type="spellEnd"/>
      <w:r w:rsidR="007924E7">
        <w:rPr>
          <w:rFonts w:ascii="Times New Roman" w:eastAsia="Times New Roman" w:hAnsi="Times New Roman"/>
          <w:color w:val="000000"/>
          <w:sz w:val="24"/>
          <w:lang w:val="ru-RU"/>
        </w:rPr>
        <w:t xml:space="preserve"> Наталья </w:t>
      </w:r>
      <w:r w:rsidRPr="007924E7">
        <w:rPr>
          <w:rFonts w:ascii="Times New Roman" w:eastAsia="Times New Roman" w:hAnsi="Times New Roman"/>
          <w:color w:val="000000"/>
          <w:sz w:val="24"/>
          <w:lang w:val="ru-RU"/>
        </w:rPr>
        <w:t xml:space="preserve">Алексеевна </w:t>
      </w:r>
      <w:r w:rsidRPr="007924E7">
        <w:rPr>
          <w:lang w:val="ru-RU"/>
        </w:rPr>
        <w:br/>
      </w:r>
      <w:r w:rsidRPr="007924E7">
        <w:rPr>
          <w:rFonts w:ascii="Times New Roman" w:eastAsia="Times New Roman" w:hAnsi="Times New Roman"/>
          <w:color w:val="000000"/>
          <w:sz w:val="24"/>
          <w:lang w:val="ru-RU"/>
        </w:rPr>
        <w:t>учи</w:t>
      </w:r>
      <w:r w:rsidR="007924E7">
        <w:rPr>
          <w:rFonts w:ascii="Times New Roman" w:eastAsia="Times New Roman" w:hAnsi="Times New Roman"/>
          <w:color w:val="000000"/>
          <w:sz w:val="24"/>
          <w:lang w:val="ru-RU"/>
        </w:rPr>
        <w:t>тель русского языка и литературы</w:t>
      </w:r>
    </w:p>
    <w:p w:rsidR="007924E7" w:rsidRDefault="007924E7" w:rsidP="007924E7">
      <w:pPr>
        <w:autoSpaceDE w:val="0"/>
        <w:autoSpaceDN w:val="0"/>
        <w:spacing w:before="670" w:after="0" w:line="262" w:lineRule="auto"/>
        <w:ind w:left="3024" w:right="2592"/>
        <w:jc w:val="center"/>
        <w:rPr>
          <w:rFonts w:ascii="Times New Roman" w:eastAsia="Times New Roman" w:hAnsi="Times New Roman"/>
          <w:color w:val="000000"/>
          <w:sz w:val="24"/>
          <w:lang w:val="ru-RU"/>
        </w:rPr>
      </w:pPr>
    </w:p>
    <w:p w:rsidR="00E12B73" w:rsidRDefault="00E12B73" w:rsidP="00E12B73">
      <w:pPr>
        <w:autoSpaceDE w:val="0"/>
        <w:autoSpaceDN w:val="0"/>
        <w:spacing w:after="0" w:line="230" w:lineRule="auto"/>
        <w:ind w:right="2448"/>
        <w:rPr>
          <w:rFonts w:ascii="Times New Roman" w:eastAsia="Times New Roman" w:hAnsi="Times New Roman"/>
          <w:color w:val="000000"/>
          <w:sz w:val="24"/>
          <w:lang w:val="ru-RU"/>
        </w:rPr>
      </w:pPr>
      <w:r>
        <w:rPr>
          <w:rFonts w:ascii="Times New Roman" w:eastAsia="Times New Roman" w:hAnsi="Times New Roman"/>
          <w:color w:val="000000"/>
          <w:sz w:val="24"/>
          <w:lang w:val="ru-RU"/>
        </w:rPr>
        <w:t xml:space="preserve">                                                                      </w:t>
      </w:r>
    </w:p>
    <w:p w:rsidR="00E12B73" w:rsidRPr="007924E7" w:rsidRDefault="00E12B73" w:rsidP="00E12B73">
      <w:pPr>
        <w:autoSpaceDE w:val="0"/>
        <w:autoSpaceDN w:val="0"/>
        <w:spacing w:after="0" w:line="230" w:lineRule="auto"/>
        <w:ind w:right="2448"/>
        <w:rPr>
          <w:lang w:val="ru-RU"/>
        </w:rPr>
      </w:pPr>
      <w:r>
        <w:rPr>
          <w:rFonts w:ascii="Times New Roman" w:eastAsia="Times New Roman" w:hAnsi="Times New Roman"/>
          <w:color w:val="000000"/>
          <w:sz w:val="24"/>
          <w:lang w:val="ru-RU"/>
        </w:rPr>
        <w:t xml:space="preserve">                                                                     ст. </w:t>
      </w:r>
      <w:proofErr w:type="spellStart"/>
      <w:r>
        <w:rPr>
          <w:rFonts w:ascii="Times New Roman" w:eastAsia="Times New Roman" w:hAnsi="Times New Roman"/>
          <w:color w:val="000000"/>
          <w:sz w:val="24"/>
          <w:lang w:val="ru-RU"/>
        </w:rPr>
        <w:t>Багаевская</w:t>
      </w:r>
      <w:proofErr w:type="spellEnd"/>
      <w:r>
        <w:rPr>
          <w:rFonts w:ascii="Times New Roman" w:eastAsia="Times New Roman" w:hAnsi="Times New Roman"/>
          <w:color w:val="000000"/>
          <w:sz w:val="24"/>
          <w:lang w:val="ru-RU"/>
        </w:rPr>
        <w:t xml:space="preserve"> </w:t>
      </w:r>
      <w:r w:rsidRPr="007924E7">
        <w:rPr>
          <w:rFonts w:ascii="Times New Roman" w:eastAsia="Times New Roman" w:hAnsi="Times New Roman"/>
          <w:color w:val="000000"/>
          <w:sz w:val="24"/>
          <w:lang w:val="ru-RU"/>
        </w:rPr>
        <w:t xml:space="preserve"> 2022</w:t>
      </w:r>
    </w:p>
    <w:p w:rsidR="007924E7" w:rsidRPr="007924E7" w:rsidRDefault="007924E7" w:rsidP="007924E7">
      <w:pPr>
        <w:autoSpaceDE w:val="0"/>
        <w:autoSpaceDN w:val="0"/>
        <w:spacing w:before="670" w:after="0" w:line="262" w:lineRule="auto"/>
        <w:ind w:left="3024" w:right="2592"/>
        <w:jc w:val="center"/>
        <w:rPr>
          <w:lang w:val="ru-RU"/>
        </w:rPr>
      </w:pPr>
    </w:p>
    <w:p w:rsidR="007924E7" w:rsidRDefault="007924E7" w:rsidP="007924E7">
      <w:pPr>
        <w:autoSpaceDE w:val="0"/>
        <w:autoSpaceDN w:val="0"/>
        <w:spacing w:after="0" w:line="230" w:lineRule="auto"/>
        <w:ind w:right="2448"/>
        <w:rPr>
          <w:rFonts w:ascii="Times New Roman" w:eastAsia="Times New Roman" w:hAnsi="Times New Roman"/>
          <w:color w:val="000000"/>
          <w:sz w:val="24"/>
          <w:lang w:val="ru-RU"/>
        </w:rPr>
      </w:pPr>
      <w:r>
        <w:rPr>
          <w:rFonts w:ascii="Times New Roman" w:eastAsia="Times New Roman" w:hAnsi="Times New Roman"/>
          <w:color w:val="000000"/>
          <w:sz w:val="24"/>
          <w:lang w:val="ru-RU"/>
        </w:rPr>
        <w:t xml:space="preserve">                                                       </w:t>
      </w:r>
    </w:p>
    <w:p w:rsidR="007924E7" w:rsidRDefault="007924E7" w:rsidP="007924E7">
      <w:pPr>
        <w:autoSpaceDE w:val="0"/>
        <w:autoSpaceDN w:val="0"/>
        <w:spacing w:after="0" w:line="230" w:lineRule="auto"/>
        <w:ind w:right="2448"/>
        <w:rPr>
          <w:rFonts w:ascii="Times New Roman" w:eastAsia="Times New Roman" w:hAnsi="Times New Roman"/>
          <w:color w:val="000000"/>
          <w:sz w:val="24"/>
          <w:lang w:val="ru-RU"/>
        </w:rPr>
      </w:pPr>
    </w:p>
    <w:p w:rsidR="007924E7" w:rsidRDefault="007924E7" w:rsidP="007924E7">
      <w:pPr>
        <w:autoSpaceDE w:val="0"/>
        <w:autoSpaceDN w:val="0"/>
        <w:spacing w:after="0" w:line="230" w:lineRule="auto"/>
        <w:ind w:right="2448"/>
        <w:rPr>
          <w:rFonts w:ascii="Times New Roman" w:eastAsia="Times New Roman" w:hAnsi="Times New Roman"/>
          <w:color w:val="000000"/>
          <w:sz w:val="24"/>
          <w:lang w:val="ru-RU"/>
        </w:rPr>
      </w:pPr>
    </w:p>
    <w:p w:rsidR="007924E7" w:rsidRDefault="007924E7" w:rsidP="007924E7">
      <w:pPr>
        <w:autoSpaceDE w:val="0"/>
        <w:autoSpaceDN w:val="0"/>
        <w:spacing w:before="2112" w:after="0" w:line="262" w:lineRule="auto"/>
        <w:ind w:left="5402"/>
        <w:rPr>
          <w:rFonts w:ascii="Times New Roman" w:eastAsia="Times New Roman" w:hAnsi="Times New Roman"/>
          <w:color w:val="000000"/>
          <w:sz w:val="24"/>
          <w:lang w:val="ru-RU"/>
        </w:rPr>
      </w:pPr>
    </w:p>
    <w:p w:rsidR="007924E7" w:rsidRDefault="007924E7" w:rsidP="007924E7">
      <w:pPr>
        <w:autoSpaceDE w:val="0"/>
        <w:autoSpaceDN w:val="0"/>
        <w:spacing w:before="2112" w:after="0" w:line="262" w:lineRule="auto"/>
        <w:ind w:left="6398" w:hanging="996"/>
        <w:rPr>
          <w:rFonts w:ascii="Times New Roman" w:eastAsia="Times New Roman" w:hAnsi="Times New Roman"/>
          <w:color w:val="000000"/>
          <w:sz w:val="24"/>
          <w:lang w:val="ru-RU"/>
        </w:rPr>
      </w:pPr>
    </w:p>
    <w:p w:rsidR="007924E7" w:rsidRPr="007924E7" w:rsidRDefault="007924E7" w:rsidP="007924E7">
      <w:pPr>
        <w:autoSpaceDE w:val="0"/>
        <w:autoSpaceDN w:val="0"/>
        <w:spacing w:before="2112" w:after="0" w:line="262" w:lineRule="auto"/>
        <w:ind w:left="6398" w:hanging="996"/>
        <w:rPr>
          <w:rFonts w:ascii="Times New Roman" w:eastAsia="Times New Roman" w:hAnsi="Times New Roman"/>
          <w:color w:val="000000"/>
          <w:sz w:val="24"/>
          <w:lang w:val="ru-RU"/>
        </w:rPr>
        <w:sectPr w:rsidR="007924E7" w:rsidRPr="007924E7">
          <w:pgSz w:w="11900" w:h="16840"/>
          <w:pgMar w:top="298" w:right="876" w:bottom="1440" w:left="738" w:header="720" w:footer="720" w:gutter="0"/>
          <w:cols w:space="720" w:equalWidth="0">
            <w:col w:w="10286" w:space="0"/>
          </w:cols>
          <w:docGrid w:linePitch="360"/>
        </w:sectPr>
      </w:pPr>
    </w:p>
    <w:p w:rsidR="00C76F25" w:rsidRPr="007924E7" w:rsidRDefault="00C76F25">
      <w:pPr>
        <w:rPr>
          <w:lang w:val="ru-RU"/>
        </w:rPr>
        <w:sectPr w:rsidR="00C76F25" w:rsidRPr="007924E7">
          <w:pgSz w:w="11900" w:h="16840"/>
          <w:pgMar w:top="298" w:right="1440" w:bottom="1440" w:left="1440" w:header="720" w:footer="720" w:gutter="0"/>
          <w:cols w:space="720" w:equalWidth="0">
            <w:col w:w="9020" w:space="0"/>
          </w:cols>
          <w:docGrid w:linePitch="360"/>
        </w:sectPr>
      </w:pPr>
    </w:p>
    <w:p w:rsidR="00C76F25" w:rsidRPr="007924E7" w:rsidRDefault="00C76F25">
      <w:pPr>
        <w:autoSpaceDE w:val="0"/>
        <w:autoSpaceDN w:val="0"/>
        <w:spacing w:after="78" w:line="220" w:lineRule="exact"/>
        <w:rPr>
          <w:lang w:val="ru-RU"/>
        </w:rPr>
      </w:pPr>
    </w:p>
    <w:p w:rsidR="00C76F25" w:rsidRDefault="00C7535D">
      <w:pPr>
        <w:autoSpaceDE w:val="0"/>
        <w:autoSpaceDN w:val="0"/>
        <w:spacing w:after="0" w:line="230" w:lineRule="auto"/>
        <w:rPr>
          <w:rFonts w:ascii="Times New Roman" w:eastAsia="Times New Roman" w:hAnsi="Times New Roman"/>
          <w:b/>
          <w:color w:val="000000"/>
          <w:sz w:val="24"/>
          <w:lang w:val="ru-RU"/>
        </w:rPr>
      </w:pPr>
      <w:r>
        <w:rPr>
          <w:rFonts w:ascii="Times New Roman" w:eastAsia="Times New Roman" w:hAnsi="Times New Roman"/>
          <w:b/>
          <w:color w:val="000000"/>
          <w:sz w:val="24"/>
          <w:lang w:val="ru-RU"/>
        </w:rPr>
        <w:t xml:space="preserve">                                                       </w:t>
      </w:r>
      <w:r w:rsidR="0044668A" w:rsidRPr="007924E7">
        <w:rPr>
          <w:rFonts w:ascii="Times New Roman" w:eastAsia="Times New Roman" w:hAnsi="Times New Roman"/>
          <w:b/>
          <w:color w:val="000000"/>
          <w:sz w:val="24"/>
          <w:lang w:val="ru-RU"/>
        </w:rPr>
        <w:t>ПОЯСНИТЕЛЬНАЯ ЗАПИСКА</w:t>
      </w:r>
    </w:p>
    <w:p w:rsidR="00C7535D" w:rsidRDefault="00C7535D">
      <w:pPr>
        <w:autoSpaceDE w:val="0"/>
        <w:autoSpaceDN w:val="0"/>
        <w:spacing w:after="0" w:line="230" w:lineRule="auto"/>
        <w:rPr>
          <w:rFonts w:ascii="Times New Roman" w:eastAsia="Times New Roman" w:hAnsi="Times New Roman"/>
          <w:b/>
          <w:color w:val="000000"/>
          <w:sz w:val="24"/>
          <w:lang w:val="ru-RU"/>
        </w:rPr>
      </w:pPr>
    </w:p>
    <w:p w:rsidR="00C7535D" w:rsidRPr="00C7535D" w:rsidRDefault="00C7535D" w:rsidP="00C7535D">
      <w:pPr>
        <w:rPr>
          <w:rFonts w:ascii="Times New Roman" w:hAnsi="Times New Roman" w:cs="Times New Roman"/>
          <w:sz w:val="24"/>
          <w:szCs w:val="24"/>
          <w:lang w:val="ru-RU"/>
        </w:rPr>
      </w:pPr>
      <w:r w:rsidRPr="00C7535D">
        <w:rPr>
          <w:rFonts w:ascii="Times New Roman" w:hAnsi="Times New Roman" w:cs="Times New Roman"/>
          <w:sz w:val="24"/>
          <w:szCs w:val="24"/>
          <w:lang w:val="ru-RU"/>
        </w:rPr>
        <w:t>Настоящая рабочая программа составлена на основании следующих нормативно-правовых документов:</w:t>
      </w:r>
    </w:p>
    <w:p w:rsidR="00C7535D" w:rsidRPr="00C7535D" w:rsidRDefault="00C7535D" w:rsidP="00C7535D">
      <w:pPr>
        <w:pStyle w:val="ae"/>
        <w:numPr>
          <w:ilvl w:val="0"/>
          <w:numId w:val="10"/>
        </w:numPr>
        <w:spacing w:line="240" w:lineRule="auto"/>
        <w:jc w:val="both"/>
        <w:rPr>
          <w:rFonts w:ascii="Times New Roman" w:hAnsi="Times New Roman" w:cs="Times New Roman"/>
          <w:sz w:val="24"/>
          <w:szCs w:val="24"/>
          <w:lang w:val="ru-RU"/>
        </w:rPr>
      </w:pPr>
      <w:r w:rsidRPr="00C7535D">
        <w:rPr>
          <w:rFonts w:ascii="Times New Roman" w:hAnsi="Times New Roman" w:cs="Times New Roman"/>
          <w:sz w:val="24"/>
          <w:szCs w:val="24"/>
          <w:lang w:val="ru-RU"/>
        </w:rPr>
        <w:t>Федеральный закон «Об образовании в РФ», № 273-ФЗ от 29.12.2012.</w:t>
      </w:r>
    </w:p>
    <w:p w:rsidR="00C7535D" w:rsidRPr="00C7535D" w:rsidRDefault="00C7535D" w:rsidP="00C7535D">
      <w:pPr>
        <w:pStyle w:val="ae"/>
        <w:numPr>
          <w:ilvl w:val="0"/>
          <w:numId w:val="10"/>
        </w:numPr>
        <w:spacing w:line="240" w:lineRule="auto"/>
        <w:jc w:val="both"/>
        <w:rPr>
          <w:rFonts w:ascii="Times New Roman" w:hAnsi="Times New Roman" w:cs="Times New Roman"/>
          <w:sz w:val="24"/>
          <w:szCs w:val="24"/>
          <w:lang w:val="ru-RU"/>
        </w:rPr>
      </w:pPr>
      <w:r w:rsidRPr="00C7535D">
        <w:rPr>
          <w:rFonts w:ascii="Times New Roman" w:hAnsi="Times New Roman" w:cs="Times New Roman"/>
          <w:sz w:val="24"/>
          <w:szCs w:val="24"/>
          <w:lang w:val="ru-RU"/>
        </w:rPr>
        <w:t>Приказ Министерства образования и науки Российской Федерации от 31.05.2021 г. № 287 «Об утверждении Федерального государственного образовательного стандарта основного общего образования»;</w:t>
      </w:r>
    </w:p>
    <w:p w:rsidR="00C7535D" w:rsidRPr="00C7535D" w:rsidRDefault="00C7535D" w:rsidP="00C7535D">
      <w:pPr>
        <w:pStyle w:val="ae"/>
        <w:numPr>
          <w:ilvl w:val="0"/>
          <w:numId w:val="10"/>
        </w:numPr>
        <w:spacing w:line="240" w:lineRule="auto"/>
        <w:jc w:val="both"/>
        <w:rPr>
          <w:rFonts w:ascii="Times New Roman" w:hAnsi="Times New Roman" w:cs="Times New Roman"/>
          <w:sz w:val="24"/>
          <w:szCs w:val="24"/>
          <w:lang w:val="ru-RU"/>
        </w:rPr>
      </w:pPr>
      <w:r w:rsidRPr="00C7535D">
        <w:rPr>
          <w:rFonts w:ascii="Times New Roman" w:hAnsi="Times New Roman" w:cs="Times New Roman"/>
          <w:sz w:val="24"/>
          <w:szCs w:val="24"/>
          <w:lang w:val="ru-RU"/>
        </w:rPr>
        <w:t>Постановление Главного государственного санитарного врача РФ от 28.09.2020 г. № 28 «</w:t>
      </w:r>
      <w:r w:rsidRPr="00C7535D">
        <w:rPr>
          <w:rFonts w:ascii="Times New Roman" w:hAnsi="Times New Roman" w:cs="Times New Roman"/>
          <w:bCs/>
          <w:sz w:val="24"/>
          <w:szCs w:val="24"/>
          <w:lang w:val="ru-RU"/>
        </w:rPr>
        <w:t>Об утверждении санитарных правил СП 2.4.3648-20 «Санитарно-</w:t>
      </w:r>
      <w:proofErr w:type="spellStart"/>
      <w:r w:rsidRPr="00C7535D">
        <w:rPr>
          <w:rFonts w:ascii="Times New Roman" w:hAnsi="Times New Roman" w:cs="Times New Roman"/>
          <w:bCs/>
          <w:sz w:val="24"/>
          <w:szCs w:val="24"/>
          <w:lang w:val="ru-RU"/>
        </w:rPr>
        <w:t>эпидемио</w:t>
      </w:r>
      <w:proofErr w:type="spellEnd"/>
      <w:r w:rsidRPr="00C7535D">
        <w:rPr>
          <w:rFonts w:ascii="Times New Roman" w:hAnsi="Times New Roman" w:cs="Times New Roman"/>
          <w:bCs/>
          <w:sz w:val="24"/>
          <w:szCs w:val="24"/>
          <w:lang w:val="ru-RU"/>
        </w:rPr>
        <w:t>-логические требования к организациям воспитания и обучения, отдыха и оздоровления детей и молодежи»</w:t>
      </w:r>
      <w:r w:rsidRPr="00C7535D">
        <w:rPr>
          <w:rFonts w:ascii="Times New Roman" w:hAnsi="Times New Roman" w:cs="Times New Roman"/>
          <w:sz w:val="24"/>
          <w:szCs w:val="24"/>
          <w:lang w:val="ru-RU"/>
        </w:rPr>
        <w:t>;</w:t>
      </w:r>
    </w:p>
    <w:p w:rsidR="00C7535D" w:rsidRPr="00C7535D" w:rsidRDefault="00C7535D" w:rsidP="00C7535D">
      <w:pPr>
        <w:pStyle w:val="ae"/>
        <w:numPr>
          <w:ilvl w:val="0"/>
          <w:numId w:val="10"/>
        </w:numPr>
        <w:spacing w:line="240" w:lineRule="auto"/>
        <w:jc w:val="both"/>
        <w:rPr>
          <w:rFonts w:ascii="Times New Roman" w:hAnsi="Times New Roman" w:cs="Times New Roman"/>
          <w:sz w:val="24"/>
          <w:szCs w:val="24"/>
          <w:lang w:val="ru-RU"/>
        </w:rPr>
      </w:pPr>
      <w:r w:rsidRPr="00C7535D">
        <w:rPr>
          <w:rFonts w:ascii="Times New Roman" w:hAnsi="Times New Roman" w:cs="Times New Roman"/>
          <w:sz w:val="24"/>
          <w:szCs w:val="24"/>
          <w:lang w:val="ru-RU"/>
        </w:rPr>
        <w:t>Приказ Министерства просвещения Российской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C7535D" w:rsidRPr="00C7535D" w:rsidRDefault="00C7535D" w:rsidP="00C7535D">
      <w:pPr>
        <w:pStyle w:val="ae"/>
        <w:numPr>
          <w:ilvl w:val="0"/>
          <w:numId w:val="10"/>
        </w:numPr>
        <w:spacing w:line="240" w:lineRule="auto"/>
        <w:jc w:val="both"/>
        <w:rPr>
          <w:rFonts w:ascii="Times New Roman" w:hAnsi="Times New Roman" w:cs="Times New Roman"/>
          <w:sz w:val="24"/>
          <w:szCs w:val="24"/>
          <w:lang w:val="ru-RU"/>
        </w:rPr>
      </w:pPr>
      <w:r w:rsidRPr="00C7535D">
        <w:rPr>
          <w:rFonts w:ascii="Times New Roman" w:hAnsi="Times New Roman" w:cs="Times New Roman"/>
          <w:sz w:val="24"/>
          <w:szCs w:val="24"/>
          <w:lang w:val="ru-RU"/>
        </w:rPr>
        <w:t xml:space="preserve"> Приказ Министерства просвещения Российской Федерации  от 23.12.2020 г. №  766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утверждённый приказом Министерства просвещения Российской Федерации от 20 мая 2020 года № 254".</w:t>
      </w:r>
    </w:p>
    <w:p w:rsidR="00C7535D" w:rsidRPr="00C7535D" w:rsidRDefault="00C7535D" w:rsidP="00C7535D">
      <w:pPr>
        <w:pStyle w:val="ae"/>
        <w:numPr>
          <w:ilvl w:val="0"/>
          <w:numId w:val="10"/>
        </w:numPr>
        <w:spacing w:line="240" w:lineRule="auto"/>
        <w:jc w:val="both"/>
        <w:rPr>
          <w:rFonts w:ascii="Times New Roman" w:hAnsi="Times New Roman" w:cs="Times New Roman"/>
          <w:sz w:val="24"/>
          <w:szCs w:val="24"/>
        </w:rPr>
      </w:pPr>
      <w:proofErr w:type="spellStart"/>
      <w:r w:rsidRPr="00C7535D">
        <w:rPr>
          <w:rFonts w:ascii="Times New Roman" w:hAnsi="Times New Roman" w:cs="Times New Roman"/>
          <w:sz w:val="24"/>
          <w:szCs w:val="24"/>
        </w:rPr>
        <w:t>Устав</w:t>
      </w:r>
      <w:proofErr w:type="spellEnd"/>
      <w:r w:rsidRPr="00C7535D">
        <w:rPr>
          <w:rFonts w:ascii="Times New Roman" w:hAnsi="Times New Roman" w:cs="Times New Roman"/>
          <w:sz w:val="24"/>
          <w:szCs w:val="24"/>
        </w:rPr>
        <w:t xml:space="preserve"> МБОУ БСОШ № 2.</w:t>
      </w:r>
    </w:p>
    <w:p w:rsidR="00C7535D" w:rsidRPr="00C7535D" w:rsidRDefault="00C7535D" w:rsidP="00C7535D">
      <w:pPr>
        <w:pStyle w:val="ae"/>
        <w:numPr>
          <w:ilvl w:val="0"/>
          <w:numId w:val="10"/>
        </w:numPr>
        <w:spacing w:line="240" w:lineRule="auto"/>
        <w:jc w:val="both"/>
        <w:rPr>
          <w:rFonts w:ascii="Times New Roman" w:hAnsi="Times New Roman" w:cs="Times New Roman"/>
          <w:sz w:val="24"/>
          <w:szCs w:val="24"/>
          <w:lang w:val="ru-RU"/>
        </w:rPr>
      </w:pPr>
      <w:r w:rsidRPr="00C7535D">
        <w:rPr>
          <w:rFonts w:ascii="Times New Roman" w:hAnsi="Times New Roman" w:cs="Times New Roman"/>
          <w:sz w:val="24"/>
          <w:szCs w:val="24"/>
          <w:lang w:val="ru-RU"/>
        </w:rPr>
        <w:t>Основная образовательная программа МБОУ БСОШ № 2.</w:t>
      </w:r>
    </w:p>
    <w:p w:rsidR="00C7535D" w:rsidRPr="00C7535D" w:rsidRDefault="00C7535D" w:rsidP="00C7535D">
      <w:pPr>
        <w:pStyle w:val="ae"/>
        <w:numPr>
          <w:ilvl w:val="0"/>
          <w:numId w:val="10"/>
        </w:numPr>
        <w:spacing w:line="240" w:lineRule="auto"/>
        <w:jc w:val="both"/>
        <w:rPr>
          <w:rFonts w:ascii="Times New Roman" w:hAnsi="Times New Roman" w:cs="Times New Roman"/>
          <w:sz w:val="24"/>
          <w:szCs w:val="24"/>
          <w:lang w:val="ru-RU"/>
        </w:rPr>
      </w:pPr>
      <w:r w:rsidRPr="00C7535D">
        <w:rPr>
          <w:rFonts w:ascii="Times New Roman" w:hAnsi="Times New Roman" w:cs="Times New Roman"/>
          <w:sz w:val="24"/>
          <w:szCs w:val="24"/>
          <w:lang w:val="ru-RU"/>
        </w:rPr>
        <w:t>Учебный план МБОУ БСОШ № 2 на 2022-2023 учебный год.</w:t>
      </w:r>
    </w:p>
    <w:p w:rsidR="00C7535D" w:rsidRPr="00C7535D" w:rsidRDefault="00C7535D" w:rsidP="00C7535D">
      <w:pPr>
        <w:pStyle w:val="ae"/>
        <w:numPr>
          <w:ilvl w:val="0"/>
          <w:numId w:val="10"/>
        </w:numPr>
        <w:spacing w:line="240" w:lineRule="auto"/>
        <w:jc w:val="both"/>
        <w:rPr>
          <w:rFonts w:ascii="Times New Roman" w:hAnsi="Times New Roman" w:cs="Times New Roman"/>
          <w:sz w:val="24"/>
          <w:szCs w:val="24"/>
          <w:lang w:val="ru-RU"/>
        </w:rPr>
      </w:pPr>
      <w:r w:rsidRPr="00C7535D">
        <w:rPr>
          <w:rFonts w:ascii="Times New Roman" w:hAnsi="Times New Roman" w:cs="Times New Roman"/>
          <w:sz w:val="24"/>
          <w:szCs w:val="24"/>
          <w:lang w:val="ru-RU"/>
        </w:rPr>
        <w:t>Положение МБОУ БСОШ № 2 «О рабочей программе учебных курсов, предметов, дисциплин (модулей)».</w:t>
      </w:r>
    </w:p>
    <w:p w:rsidR="00C76F25" w:rsidRPr="007924E7" w:rsidRDefault="0044668A">
      <w:pPr>
        <w:autoSpaceDE w:val="0"/>
        <w:autoSpaceDN w:val="0"/>
        <w:spacing w:before="346" w:after="0" w:line="286" w:lineRule="auto"/>
        <w:ind w:firstLine="180"/>
        <w:rPr>
          <w:lang w:val="ru-RU"/>
        </w:rPr>
      </w:pPr>
      <w:proofErr w:type="gramStart"/>
      <w:r w:rsidRPr="007924E7">
        <w:rPr>
          <w:rFonts w:ascii="Times New Roman" w:eastAsia="Times New Roman" w:hAnsi="Times New Roman"/>
          <w:color w:val="000000"/>
          <w:sz w:val="24"/>
          <w:lang w:val="ru-RU"/>
        </w:rPr>
        <w:t xml:space="preserve">Рабочая программа по литературе для обучающихся 5 классов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sidRPr="007924E7">
        <w:rPr>
          <w:rFonts w:ascii="Times New Roman" w:eastAsia="Times New Roman" w:hAnsi="Times New Roman"/>
          <w:color w:val="000000"/>
          <w:sz w:val="24"/>
          <w:lang w:val="ru-RU"/>
        </w:rPr>
        <w:t>Минпросвещения</w:t>
      </w:r>
      <w:proofErr w:type="spellEnd"/>
      <w:r w:rsidRPr="007924E7">
        <w:rPr>
          <w:rFonts w:ascii="Times New Roman" w:eastAsia="Times New Roman" w:hAnsi="Times New Roman"/>
          <w:color w:val="000000"/>
          <w:sz w:val="24"/>
          <w:lang w:val="ru-RU"/>
        </w:rPr>
        <w:t xml:space="preserve"> России от 31.05.2021 г.   № 287, зарегистрирован </w:t>
      </w:r>
      <w:r w:rsidRPr="007924E7">
        <w:rPr>
          <w:lang w:val="ru-RU"/>
        </w:rPr>
        <w:br/>
      </w:r>
      <w:r w:rsidRPr="007924E7">
        <w:rPr>
          <w:rFonts w:ascii="Times New Roman" w:eastAsia="Times New Roman" w:hAnsi="Times New Roman"/>
          <w:color w:val="000000"/>
          <w:sz w:val="24"/>
          <w:lang w:val="ru-RU"/>
        </w:rPr>
        <w:t>Министерством юстиции Российской Федерации 05.07.2021 г., рег. номер — 64101) (далее — ФГОС ООО), а также Примерной программы воспитания, с учётом Концепции преподавания русского</w:t>
      </w:r>
      <w:proofErr w:type="gramEnd"/>
      <w:r w:rsidRPr="007924E7">
        <w:rPr>
          <w:rFonts w:ascii="Times New Roman" w:eastAsia="Times New Roman" w:hAnsi="Times New Roman"/>
          <w:color w:val="000000"/>
          <w:sz w:val="24"/>
          <w:lang w:val="ru-RU"/>
        </w:rPr>
        <w:t xml:space="preserve"> языка и литературы в Российской Федерации (утверждённой распоряжением Правительства Российской Федерации от 9 апреля 2016 г. № 637-р). </w:t>
      </w:r>
    </w:p>
    <w:p w:rsidR="00C76F25" w:rsidRPr="007924E7" w:rsidRDefault="0044668A">
      <w:pPr>
        <w:autoSpaceDE w:val="0"/>
        <w:autoSpaceDN w:val="0"/>
        <w:spacing w:before="264" w:after="0" w:line="230" w:lineRule="auto"/>
        <w:rPr>
          <w:lang w:val="ru-RU"/>
        </w:rPr>
      </w:pPr>
      <w:r w:rsidRPr="007924E7">
        <w:rPr>
          <w:rFonts w:ascii="Times New Roman" w:eastAsia="Times New Roman" w:hAnsi="Times New Roman"/>
          <w:b/>
          <w:color w:val="000000"/>
          <w:sz w:val="24"/>
          <w:lang w:val="ru-RU"/>
        </w:rPr>
        <w:t>ОБЩАЯ ХАРАКТЕРИСТИКА УЧЕБНОГО ПРЕДМЕТА «ЛИТЕРАТУРА»</w:t>
      </w:r>
    </w:p>
    <w:p w:rsidR="00C76F25" w:rsidRPr="007924E7" w:rsidRDefault="0044668A">
      <w:pPr>
        <w:autoSpaceDE w:val="0"/>
        <w:autoSpaceDN w:val="0"/>
        <w:spacing w:before="168" w:after="0"/>
        <w:ind w:right="288" w:firstLine="180"/>
        <w:rPr>
          <w:lang w:val="ru-RU"/>
        </w:rPr>
      </w:pPr>
      <w:r w:rsidRPr="007924E7">
        <w:rPr>
          <w:rFonts w:ascii="Times New Roman" w:eastAsia="Times New Roman" w:hAnsi="Times New Roman"/>
          <w:color w:val="000000"/>
          <w:sz w:val="24"/>
          <w:lang w:val="ru-RU"/>
        </w:rPr>
        <w:t>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w:t>
      </w:r>
    </w:p>
    <w:p w:rsidR="00C76F25" w:rsidRPr="007924E7" w:rsidRDefault="0044668A">
      <w:pPr>
        <w:autoSpaceDE w:val="0"/>
        <w:autoSpaceDN w:val="0"/>
        <w:spacing w:before="70" w:after="0" w:line="281" w:lineRule="auto"/>
        <w:ind w:right="288" w:firstLine="180"/>
        <w:rPr>
          <w:lang w:val="ru-RU"/>
        </w:rPr>
      </w:pPr>
      <w:r w:rsidRPr="007924E7">
        <w:rPr>
          <w:rFonts w:ascii="Times New Roman" w:eastAsia="Times New Roman" w:hAnsi="Times New Roman"/>
          <w:color w:val="000000"/>
          <w:sz w:val="24"/>
          <w:lang w:val="ru-RU"/>
        </w:rPr>
        <w:t>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C76F25" w:rsidRPr="007924E7" w:rsidRDefault="0044668A">
      <w:pPr>
        <w:autoSpaceDE w:val="0"/>
        <w:autoSpaceDN w:val="0"/>
        <w:spacing w:before="70" w:after="0" w:line="271" w:lineRule="auto"/>
        <w:ind w:right="144" w:firstLine="180"/>
        <w:rPr>
          <w:lang w:val="ru-RU"/>
        </w:rPr>
      </w:pPr>
      <w:r w:rsidRPr="007924E7">
        <w:rPr>
          <w:rFonts w:ascii="Times New Roman" w:eastAsia="Times New Roman" w:hAnsi="Times New Roman"/>
          <w:color w:val="000000"/>
          <w:sz w:val="24"/>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w:t>
      </w:r>
    </w:p>
    <w:p w:rsidR="00C76F25" w:rsidRPr="007924E7" w:rsidRDefault="0044668A">
      <w:pPr>
        <w:autoSpaceDE w:val="0"/>
        <w:autoSpaceDN w:val="0"/>
        <w:spacing w:before="70" w:after="0"/>
        <w:rPr>
          <w:lang w:val="ru-RU"/>
        </w:rPr>
      </w:pPr>
      <w:r w:rsidRPr="007924E7">
        <w:rPr>
          <w:rFonts w:ascii="Times New Roman" w:eastAsia="Times New Roman" w:hAnsi="Times New Roman"/>
          <w:color w:val="000000"/>
          <w:sz w:val="24"/>
          <w:lang w:val="ru-RU"/>
        </w:rPr>
        <w:lastRenderedPageBreak/>
        <w:t>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C76F25" w:rsidRPr="007924E7" w:rsidRDefault="0044668A">
      <w:pPr>
        <w:autoSpaceDE w:val="0"/>
        <w:autoSpaceDN w:val="0"/>
        <w:spacing w:before="70" w:after="0" w:line="281" w:lineRule="auto"/>
        <w:ind w:firstLine="180"/>
        <w:rPr>
          <w:lang w:val="ru-RU"/>
        </w:rPr>
      </w:pPr>
      <w:r w:rsidRPr="007924E7">
        <w:rPr>
          <w:rFonts w:ascii="Times New Roman" w:eastAsia="Times New Roman" w:hAnsi="Times New Roman"/>
          <w:color w:val="000000"/>
          <w:sz w:val="24"/>
          <w:lang w:val="ru-RU"/>
        </w:rPr>
        <w:t xml:space="preserve">Полноценное литературное образование в основной школе невозможно без учёта преемственности с курсом литературного чтения в начальной школе, </w:t>
      </w:r>
      <w:proofErr w:type="spellStart"/>
      <w:r w:rsidRPr="007924E7">
        <w:rPr>
          <w:rFonts w:ascii="Times New Roman" w:eastAsia="Times New Roman" w:hAnsi="Times New Roman"/>
          <w:color w:val="000000"/>
          <w:sz w:val="24"/>
          <w:lang w:val="ru-RU"/>
        </w:rPr>
        <w:t>межпредметных</w:t>
      </w:r>
      <w:proofErr w:type="spellEnd"/>
      <w:r w:rsidRPr="007924E7">
        <w:rPr>
          <w:rFonts w:ascii="Times New Roman" w:eastAsia="Times New Roman" w:hAnsi="Times New Roman"/>
          <w:color w:val="000000"/>
          <w:sz w:val="24"/>
          <w:lang w:val="ru-RU"/>
        </w:rPr>
        <w:t xml:space="preserve"> связей с курсом русского языка, истории и предметов художественного цикла,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C76F25" w:rsidRPr="007924E7" w:rsidRDefault="0044668A">
      <w:pPr>
        <w:autoSpaceDE w:val="0"/>
        <w:autoSpaceDN w:val="0"/>
        <w:spacing w:before="72" w:after="0" w:line="281" w:lineRule="auto"/>
        <w:ind w:right="144" w:firstLine="180"/>
        <w:rPr>
          <w:lang w:val="ru-RU"/>
        </w:rPr>
      </w:pPr>
      <w:r w:rsidRPr="007924E7">
        <w:rPr>
          <w:rFonts w:ascii="Times New Roman" w:eastAsia="Times New Roman" w:hAnsi="Times New Roman"/>
          <w:color w:val="000000"/>
          <w:sz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литератур народов России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w:t>
      </w:r>
      <w:r w:rsidRPr="007924E7">
        <w:rPr>
          <w:lang w:val="ru-RU"/>
        </w:rPr>
        <w:br/>
      </w:r>
      <w:r w:rsidRPr="007924E7">
        <w:rPr>
          <w:rFonts w:ascii="Times New Roman" w:eastAsia="Times New Roman" w:hAnsi="Times New Roman"/>
          <w:color w:val="000000"/>
          <w:sz w:val="24"/>
          <w:lang w:val="ru-RU"/>
        </w:rPr>
        <w:t xml:space="preserve">планируемых результатов обучения. </w:t>
      </w:r>
    </w:p>
    <w:p w:rsidR="00C76F25" w:rsidRPr="007924E7" w:rsidRDefault="0044668A">
      <w:pPr>
        <w:autoSpaceDE w:val="0"/>
        <w:autoSpaceDN w:val="0"/>
        <w:spacing w:before="262" w:after="0" w:line="230" w:lineRule="auto"/>
        <w:rPr>
          <w:lang w:val="ru-RU"/>
        </w:rPr>
      </w:pPr>
      <w:r w:rsidRPr="007924E7">
        <w:rPr>
          <w:rFonts w:ascii="Times New Roman" w:eastAsia="Times New Roman" w:hAnsi="Times New Roman"/>
          <w:b/>
          <w:color w:val="000000"/>
          <w:sz w:val="24"/>
          <w:lang w:val="ru-RU"/>
        </w:rPr>
        <w:t>ЦЕЛИ ИЗУЧЕНИЯ УЧЕБНОГО ПРЕДМЕТА «ЛИТЕРАТУРА»</w:t>
      </w:r>
    </w:p>
    <w:p w:rsidR="00C76F25" w:rsidRDefault="0044668A" w:rsidP="00C7535D">
      <w:pPr>
        <w:autoSpaceDE w:val="0"/>
        <w:autoSpaceDN w:val="0"/>
        <w:spacing w:before="166" w:after="0" w:line="283" w:lineRule="auto"/>
        <w:ind w:right="144" w:firstLine="180"/>
        <w:rPr>
          <w:rFonts w:ascii="Times New Roman" w:eastAsia="Times New Roman" w:hAnsi="Times New Roman"/>
          <w:color w:val="000000"/>
          <w:sz w:val="24"/>
          <w:lang w:val="ru-RU"/>
        </w:rPr>
      </w:pPr>
      <w:proofErr w:type="gramStart"/>
      <w:r w:rsidRPr="007924E7">
        <w:rPr>
          <w:rFonts w:ascii="Times New Roman" w:eastAsia="Times New Roman" w:hAnsi="Times New Roman"/>
          <w:color w:val="000000"/>
          <w:sz w:val="24"/>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w:t>
      </w:r>
      <w:r w:rsidRPr="007924E7">
        <w:rPr>
          <w:lang w:val="ru-RU"/>
        </w:rPr>
        <w:br/>
      </w:r>
      <w:r w:rsidRPr="007924E7">
        <w:rPr>
          <w:rFonts w:ascii="Times New Roman" w:eastAsia="Times New Roman" w:hAnsi="Times New Roman"/>
          <w:color w:val="000000"/>
          <w:sz w:val="24"/>
          <w:lang w:val="ru-RU"/>
        </w:rPr>
        <w:t>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7924E7">
        <w:rPr>
          <w:rFonts w:ascii="Times New Roman" w:eastAsia="Times New Roman" w:hAnsi="Times New Roman"/>
          <w:color w:val="000000"/>
          <w:sz w:val="24"/>
          <w:lang w:val="ru-RU"/>
        </w:rPr>
        <w:t xml:space="preserve"> Достижение указанных целей возможно при решении учебных задач, которые постепен</w:t>
      </w:r>
      <w:r w:rsidR="00C7535D">
        <w:rPr>
          <w:rFonts w:ascii="Times New Roman" w:eastAsia="Times New Roman" w:hAnsi="Times New Roman"/>
          <w:color w:val="000000"/>
          <w:sz w:val="24"/>
          <w:lang w:val="ru-RU"/>
        </w:rPr>
        <w:t>но усложняются от 5 к 9 классу.</w:t>
      </w:r>
    </w:p>
    <w:p w:rsidR="00C7535D" w:rsidRDefault="00C7535D" w:rsidP="00C7535D">
      <w:pPr>
        <w:autoSpaceDE w:val="0"/>
        <w:autoSpaceDN w:val="0"/>
        <w:spacing w:before="166" w:after="0" w:line="283" w:lineRule="auto"/>
        <w:ind w:right="144" w:firstLine="180"/>
        <w:rPr>
          <w:lang w:val="ru-RU"/>
        </w:rPr>
      </w:pPr>
    </w:p>
    <w:p w:rsidR="00C7535D" w:rsidRPr="007924E7" w:rsidRDefault="00C7535D" w:rsidP="00C7535D">
      <w:pPr>
        <w:autoSpaceDE w:val="0"/>
        <w:autoSpaceDN w:val="0"/>
        <w:spacing w:after="0" w:line="286" w:lineRule="auto"/>
        <w:ind w:right="288" w:firstLine="180"/>
        <w:rPr>
          <w:lang w:val="ru-RU"/>
        </w:rPr>
      </w:pPr>
      <w:proofErr w:type="gramStart"/>
      <w:r w:rsidRPr="007924E7">
        <w:rPr>
          <w:rFonts w:ascii="Times New Roman" w:eastAsia="Times New Roman" w:hAnsi="Times New Roman"/>
          <w:color w:val="000000"/>
          <w:sz w:val="24"/>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w:t>
      </w:r>
      <w:r w:rsidRPr="007924E7">
        <w:rPr>
          <w:lang w:val="ru-RU"/>
        </w:rPr>
        <w:br/>
      </w:r>
      <w:r w:rsidRPr="007924E7">
        <w:rPr>
          <w:rFonts w:ascii="Times New Roman" w:eastAsia="Times New Roman" w:hAnsi="Times New Roman"/>
          <w:color w:val="000000"/>
          <w:sz w:val="24"/>
          <w:lang w:val="ru-RU"/>
        </w:rPr>
        <w:t>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w:t>
      </w:r>
      <w:proofErr w:type="gramEnd"/>
      <w:r w:rsidRPr="007924E7">
        <w:rPr>
          <w:rFonts w:ascii="Times New Roman" w:eastAsia="Times New Roman" w:hAnsi="Times New Roman"/>
          <w:color w:val="000000"/>
          <w:sz w:val="24"/>
          <w:lang w:val="ru-RU"/>
        </w:rPr>
        <w:t xml:space="preserve"> </w:t>
      </w:r>
      <w:proofErr w:type="gramStart"/>
      <w:r w:rsidRPr="007924E7">
        <w:rPr>
          <w:rFonts w:ascii="Times New Roman" w:eastAsia="Times New Roman" w:hAnsi="Times New Roman"/>
          <w:color w:val="000000"/>
          <w:sz w:val="24"/>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C7535D" w:rsidRPr="007924E7" w:rsidRDefault="00C7535D" w:rsidP="00C7535D">
      <w:pPr>
        <w:autoSpaceDE w:val="0"/>
        <w:autoSpaceDN w:val="0"/>
        <w:spacing w:before="72" w:after="0" w:line="283" w:lineRule="auto"/>
        <w:ind w:firstLine="180"/>
        <w:rPr>
          <w:lang w:val="ru-RU"/>
        </w:rPr>
      </w:pPr>
      <w:proofErr w:type="gramStart"/>
      <w:r w:rsidRPr="007924E7">
        <w:rPr>
          <w:rFonts w:ascii="Times New Roman" w:eastAsia="Times New Roman" w:hAnsi="Times New Roman"/>
          <w:color w:val="000000"/>
          <w:sz w:val="24"/>
          <w:lang w:val="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w:t>
      </w:r>
      <w:proofErr w:type="gramEnd"/>
      <w:r w:rsidRPr="007924E7">
        <w:rPr>
          <w:rFonts w:ascii="Times New Roman" w:eastAsia="Times New Roman" w:hAnsi="Times New Roman"/>
          <w:color w:val="000000"/>
          <w:sz w:val="24"/>
          <w:lang w:val="ru-RU"/>
        </w:rPr>
        <w:t xml:space="preserve"> произведений, в том числе в процессе участия в различных мероприятиях, посвящённых литературе, чтению, книжной культуре. </w:t>
      </w:r>
    </w:p>
    <w:p w:rsidR="00C7535D" w:rsidRPr="007924E7" w:rsidRDefault="00C7535D" w:rsidP="00C7535D">
      <w:pPr>
        <w:autoSpaceDE w:val="0"/>
        <w:autoSpaceDN w:val="0"/>
        <w:spacing w:before="70" w:after="0" w:line="288" w:lineRule="auto"/>
        <w:ind w:firstLine="180"/>
        <w:rPr>
          <w:lang w:val="ru-RU"/>
        </w:rPr>
      </w:pPr>
      <w:proofErr w:type="gramStart"/>
      <w:r w:rsidRPr="007924E7">
        <w:rPr>
          <w:rFonts w:ascii="Times New Roman" w:eastAsia="Times New Roman" w:hAnsi="Times New Roman"/>
          <w:color w:val="000000"/>
          <w:sz w:val="24"/>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w:t>
      </w:r>
      <w:r w:rsidRPr="007924E7">
        <w:rPr>
          <w:lang w:val="ru-RU"/>
        </w:rPr>
        <w:br/>
      </w:r>
      <w:r w:rsidRPr="007924E7">
        <w:rPr>
          <w:rFonts w:ascii="Times New Roman" w:eastAsia="Times New Roman" w:hAnsi="Times New Roman"/>
          <w:color w:val="000000"/>
          <w:sz w:val="24"/>
          <w:lang w:val="ru-RU"/>
        </w:rPr>
        <w:t>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7924E7">
        <w:rPr>
          <w:rFonts w:ascii="Times New Roman" w:eastAsia="Times New Roman" w:hAnsi="Times New Roman"/>
          <w:color w:val="000000"/>
          <w:sz w:val="24"/>
          <w:lang w:val="ru-RU"/>
        </w:rPr>
        <w:t xml:space="preserve"> развитие читательских умений, творческих способностей, эстетического вкуса. Эти задачи </w:t>
      </w:r>
      <w:r w:rsidRPr="007924E7">
        <w:rPr>
          <w:rFonts w:ascii="Times New Roman" w:eastAsia="Times New Roman" w:hAnsi="Times New Roman"/>
          <w:color w:val="000000"/>
          <w:sz w:val="24"/>
          <w:lang w:val="ru-RU"/>
        </w:rPr>
        <w:lastRenderedPageBreak/>
        <w:t xml:space="preserve">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w:t>
      </w:r>
      <w:r w:rsidRPr="007924E7">
        <w:rPr>
          <w:lang w:val="ru-RU"/>
        </w:rPr>
        <w:br/>
      </w:r>
      <w:r w:rsidRPr="007924E7">
        <w:rPr>
          <w:rFonts w:ascii="Times New Roman" w:eastAsia="Times New Roman" w:hAnsi="Times New Roman"/>
          <w:color w:val="000000"/>
          <w:sz w:val="24"/>
          <w:lang w:val="ru-RU"/>
        </w:rPr>
        <w:t xml:space="preserve">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7924E7">
        <w:rPr>
          <w:rFonts w:ascii="Times New Roman" w:eastAsia="Times New Roman" w:hAnsi="Times New Roman"/>
          <w:color w:val="000000"/>
          <w:sz w:val="24"/>
          <w:lang w:val="ru-RU"/>
        </w:rPr>
        <w:t>проблемы</w:t>
      </w:r>
      <w:proofErr w:type="gramEnd"/>
      <w:r w:rsidRPr="007924E7">
        <w:rPr>
          <w:rFonts w:ascii="Times New Roman" w:eastAsia="Times New Roman" w:hAnsi="Times New Roman"/>
          <w:color w:val="000000"/>
          <w:sz w:val="24"/>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w:t>
      </w:r>
      <w:r w:rsidRPr="007924E7">
        <w:rPr>
          <w:lang w:val="ru-RU"/>
        </w:rPr>
        <w:br/>
      </w:r>
      <w:r w:rsidRPr="007924E7">
        <w:rPr>
          <w:rFonts w:ascii="Times New Roman" w:eastAsia="Times New Roman" w:hAnsi="Times New Roman"/>
          <w:color w:val="000000"/>
          <w:sz w:val="24"/>
          <w:lang w:val="ru-RU"/>
        </w:rPr>
        <w:t xml:space="preserve">критической оценки. </w:t>
      </w:r>
    </w:p>
    <w:p w:rsidR="00C7535D" w:rsidRPr="007924E7" w:rsidRDefault="00C7535D" w:rsidP="00C7535D">
      <w:pPr>
        <w:autoSpaceDE w:val="0"/>
        <w:autoSpaceDN w:val="0"/>
        <w:spacing w:before="72" w:after="0" w:line="283" w:lineRule="auto"/>
        <w:ind w:firstLine="180"/>
        <w:rPr>
          <w:lang w:val="ru-RU"/>
        </w:rPr>
      </w:pPr>
      <w:proofErr w:type="gramStart"/>
      <w:r w:rsidRPr="007924E7">
        <w:rPr>
          <w:rFonts w:ascii="Times New Roman" w:eastAsia="Times New Roman" w:hAnsi="Times New Roman"/>
          <w:color w:val="000000"/>
          <w:sz w:val="24"/>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w:t>
      </w:r>
      <w:proofErr w:type="gramEnd"/>
      <w:r w:rsidRPr="007924E7">
        <w:rPr>
          <w:rFonts w:ascii="Times New Roman" w:eastAsia="Times New Roman" w:hAnsi="Times New Roman"/>
          <w:color w:val="000000"/>
          <w:sz w:val="24"/>
          <w:lang w:val="ru-RU"/>
        </w:rPr>
        <w:t xml:space="preserve"> воспринимая чужую точку зрения и аргументированно отстаивая свою. </w:t>
      </w:r>
    </w:p>
    <w:p w:rsidR="00C7535D" w:rsidRPr="007924E7" w:rsidRDefault="00C7535D" w:rsidP="00C7535D">
      <w:pPr>
        <w:autoSpaceDE w:val="0"/>
        <w:autoSpaceDN w:val="0"/>
        <w:spacing w:before="262" w:after="0" w:line="230" w:lineRule="auto"/>
        <w:rPr>
          <w:lang w:val="ru-RU"/>
        </w:rPr>
      </w:pPr>
      <w:r w:rsidRPr="007924E7">
        <w:rPr>
          <w:rFonts w:ascii="Times New Roman" w:eastAsia="Times New Roman" w:hAnsi="Times New Roman"/>
          <w:b/>
          <w:color w:val="000000"/>
          <w:sz w:val="24"/>
          <w:lang w:val="ru-RU"/>
        </w:rPr>
        <w:t>МЕСТО УЧЕБНОГО ПРЕДМЕТА «ЛИТЕРАТУРА» В УЧЕБНОМ ПЛАНЕ</w:t>
      </w:r>
    </w:p>
    <w:p w:rsidR="00C7535D" w:rsidRPr="007924E7" w:rsidRDefault="00C7535D" w:rsidP="00C7535D">
      <w:pPr>
        <w:autoSpaceDE w:val="0"/>
        <w:autoSpaceDN w:val="0"/>
        <w:spacing w:before="166" w:after="0" w:line="271" w:lineRule="auto"/>
        <w:ind w:right="576" w:firstLine="180"/>
        <w:rPr>
          <w:lang w:val="ru-RU"/>
        </w:rPr>
      </w:pPr>
      <w:r w:rsidRPr="007924E7">
        <w:rPr>
          <w:rFonts w:ascii="Times New Roman" w:eastAsia="Times New Roman" w:hAnsi="Times New Roman"/>
          <w:color w:val="000000"/>
          <w:sz w:val="24"/>
          <w:lang w:val="ru-RU"/>
        </w:rPr>
        <w:t xml:space="preserve">Предмет «Литература» входит в предметную область «Русский язык и литература» и является обязательным для изучения. Предмет «Литература» преемственен по отношению к </w:t>
      </w:r>
      <w:proofErr w:type="spellStart"/>
      <w:r w:rsidRPr="007924E7">
        <w:rPr>
          <w:rFonts w:ascii="Times New Roman" w:eastAsia="Times New Roman" w:hAnsi="Times New Roman"/>
          <w:color w:val="000000"/>
          <w:sz w:val="24"/>
          <w:lang w:val="ru-RU"/>
        </w:rPr>
        <w:t>предмету</w:t>
      </w:r>
      <w:proofErr w:type="gramStart"/>
      <w:r w:rsidRPr="007924E7">
        <w:rPr>
          <w:rFonts w:ascii="Times New Roman" w:eastAsia="Times New Roman" w:hAnsi="Times New Roman"/>
          <w:color w:val="000000"/>
          <w:sz w:val="24"/>
          <w:lang w:val="ru-RU"/>
        </w:rPr>
        <w:t>«Л</w:t>
      </w:r>
      <w:proofErr w:type="gramEnd"/>
      <w:r w:rsidRPr="007924E7">
        <w:rPr>
          <w:rFonts w:ascii="Times New Roman" w:eastAsia="Times New Roman" w:hAnsi="Times New Roman"/>
          <w:color w:val="000000"/>
          <w:sz w:val="24"/>
          <w:lang w:val="ru-RU"/>
        </w:rPr>
        <w:t>итературное</w:t>
      </w:r>
      <w:proofErr w:type="spellEnd"/>
      <w:r w:rsidRPr="007924E7">
        <w:rPr>
          <w:rFonts w:ascii="Times New Roman" w:eastAsia="Times New Roman" w:hAnsi="Times New Roman"/>
          <w:color w:val="000000"/>
          <w:sz w:val="24"/>
          <w:lang w:val="ru-RU"/>
        </w:rPr>
        <w:t xml:space="preserve"> чтение». </w:t>
      </w:r>
    </w:p>
    <w:p w:rsidR="00EA33B3" w:rsidRDefault="00C7535D" w:rsidP="00C7535D">
      <w:pPr>
        <w:autoSpaceDE w:val="0"/>
        <w:autoSpaceDN w:val="0"/>
        <w:spacing w:after="0" w:line="230" w:lineRule="auto"/>
        <w:rPr>
          <w:rFonts w:ascii="Times New Roman" w:eastAsia="Times New Roman" w:hAnsi="Times New Roman"/>
          <w:color w:val="000000"/>
          <w:sz w:val="24"/>
          <w:lang w:val="ru-RU"/>
        </w:rPr>
      </w:pPr>
      <w:r w:rsidRPr="007924E7">
        <w:rPr>
          <w:rFonts w:ascii="Times New Roman" w:eastAsia="Times New Roman" w:hAnsi="Times New Roman"/>
          <w:color w:val="000000"/>
          <w:sz w:val="24"/>
          <w:lang w:val="ru-RU"/>
        </w:rPr>
        <w:t>В 5 классе на изучение предмета отводится 3 часа в неделю, суммарно изучение литературы в 5</w:t>
      </w:r>
      <w:r w:rsidRPr="00C7535D">
        <w:rPr>
          <w:rFonts w:ascii="Times New Roman" w:eastAsia="Times New Roman" w:hAnsi="Times New Roman"/>
          <w:color w:val="000000"/>
          <w:sz w:val="24"/>
          <w:lang w:val="ru-RU"/>
        </w:rPr>
        <w:t xml:space="preserve"> </w:t>
      </w:r>
      <w:r w:rsidRPr="007924E7">
        <w:rPr>
          <w:rFonts w:ascii="Times New Roman" w:eastAsia="Times New Roman" w:hAnsi="Times New Roman"/>
          <w:color w:val="000000"/>
          <w:sz w:val="24"/>
          <w:lang w:val="ru-RU"/>
        </w:rPr>
        <w:t>классе по программе основного общего обр</w:t>
      </w:r>
      <w:r w:rsidR="00EA33B3">
        <w:rPr>
          <w:rFonts w:ascii="Times New Roman" w:eastAsia="Times New Roman" w:hAnsi="Times New Roman"/>
          <w:color w:val="000000"/>
          <w:sz w:val="24"/>
          <w:lang w:val="ru-RU"/>
        </w:rPr>
        <w:t>азования рассчитано на 102 часа, однако три из них</w:t>
      </w:r>
    </w:p>
    <w:p w:rsidR="00EA33B3" w:rsidRDefault="00EA33B3" w:rsidP="00C7535D">
      <w:pPr>
        <w:autoSpaceDE w:val="0"/>
        <w:autoSpaceDN w:val="0"/>
        <w:spacing w:after="0" w:line="230" w:lineRule="auto"/>
        <w:rPr>
          <w:rFonts w:ascii="Times New Roman" w:eastAsia="Times New Roman" w:hAnsi="Times New Roman"/>
          <w:color w:val="000000"/>
          <w:sz w:val="24"/>
          <w:lang w:val="ru-RU"/>
        </w:rPr>
      </w:pPr>
      <w:r>
        <w:rPr>
          <w:rFonts w:ascii="Times New Roman" w:eastAsia="Times New Roman" w:hAnsi="Times New Roman"/>
          <w:color w:val="000000"/>
          <w:sz w:val="24"/>
          <w:lang w:val="ru-RU"/>
        </w:rPr>
        <w:t>выпали на праздничные дни(08.03; 01,05; 08.05.-09.05), поэтому количество часов составляет 99.</w:t>
      </w:r>
    </w:p>
    <w:p w:rsidR="00C7535D" w:rsidRPr="007924E7" w:rsidRDefault="00C7535D" w:rsidP="00C7535D">
      <w:pPr>
        <w:autoSpaceDE w:val="0"/>
        <w:autoSpaceDN w:val="0"/>
        <w:spacing w:after="0" w:line="230" w:lineRule="auto"/>
        <w:rPr>
          <w:lang w:val="ru-RU"/>
        </w:rPr>
      </w:pPr>
      <w:r w:rsidRPr="007924E7">
        <w:rPr>
          <w:rFonts w:ascii="Times New Roman" w:eastAsia="Times New Roman" w:hAnsi="Times New Roman"/>
          <w:color w:val="000000"/>
          <w:sz w:val="24"/>
          <w:lang w:val="ru-RU"/>
        </w:rPr>
        <w:t xml:space="preserve"> </w:t>
      </w:r>
    </w:p>
    <w:p w:rsidR="00C7535D" w:rsidRPr="007924E7" w:rsidRDefault="00C7535D" w:rsidP="00C7535D">
      <w:pPr>
        <w:autoSpaceDE w:val="0"/>
        <w:autoSpaceDN w:val="0"/>
        <w:spacing w:before="70" w:after="0" w:line="230" w:lineRule="auto"/>
        <w:ind w:left="180"/>
        <w:rPr>
          <w:lang w:val="ru-RU"/>
        </w:rPr>
      </w:pPr>
    </w:p>
    <w:p w:rsidR="00C7535D" w:rsidRPr="007924E7" w:rsidRDefault="00C7535D" w:rsidP="00C7535D">
      <w:pPr>
        <w:rPr>
          <w:lang w:val="ru-RU"/>
        </w:rPr>
        <w:sectPr w:rsidR="00C7535D" w:rsidRPr="007924E7">
          <w:pgSz w:w="11900" w:h="16840"/>
          <w:pgMar w:top="298" w:right="690" w:bottom="452" w:left="666" w:header="720" w:footer="720" w:gutter="0"/>
          <w:cols w:space="720" w:equalWidth="0">
            <w:col w:w="10544" w:space="0"/>
          </w:cols>
          <w:docGrid w:linePitch="360"/>
        </w:sectPr>
      </w:pPr>
    </w:p>
    <w:p w:rsidR="00C7535D" w:rsidRPr="007924E7" w:rsidRDefault="00C7535D" w:rsidP="00C7535D">
      <w:pPr>
        <w:autoSpaceDE w:val="0"/>
        <w:autoSpaceDN w:val="0"/>
        <w:spacing w:after="66" w:line="220" w:lineRule="exact"/>
        <w:rPr>
          <w:lang w:val="ru-RU"/>
        </w:rPr>
      </w:pPr>
    </w:p>
    <w:p w:rsidR="00C7535D" w:rsidRPr="007924E7" w:rsidRDefault="00C7535D" w:rsidP="00C7535D">
      <w:pPr>
        <w:autoSpaceDE w:val="0"/>
        <w:autoSpaceDN w:val="0"/>
        <w:spacing w:before="166" w:after="0" w:line="283" w:lineRule="auto"/>
        <w:ind w:right="144" w:firstLine="180"/>
        <w:rPr>
          <w:lang w:val="ru-RU"/>
        </w:rPr>
        <w:sectPr w:rsidR="00C7535D" w:rsidRPr="007924E7">
          <w:pgSz w:w="11900" w:h="16840"/>
          <w:pgMar w:top="298" w:right="650" w:bottom="338" w:left="666" w:header="720" w:footer="720" w:gutter="0"/>
          <w:cols w:space="720" w:equalWidth="0">
            <w:col w:w="10584" w:space="0"/>
          </w:cols>
          <w:docGrid w:linePitch="360"/>
        </w:sectPr>
      </w:pPr>
    </w:p>
    <w:p w:rsidR="00C76F25" w:rsidRPr="007924E7" w:rsidRDefault="00C76F25">
      <w:pPr>
        <w:autoSpaceDE w:val="0"/>
        <w:autoSpaceDN w:val="0"/>
        <w:spacing w:after="78" w:line="220" w:lineRule="exact"/>
        <w:rPr>
          <w:lang w:val="ru-RU"/>
        </w:rPr>
      </w:pPr>
    </w:p>
    <w:p w:rsidR="00C76F25" w:rsidRPr="007924E7" w:rsidRDefault="0044668A">
      <w:pPr>
        <w:autoSpaceDE w:val="0"/>
        <w:autoSpaceDN w:val="0"/>
        <w:spacing w:after="0" w:line="286" w:lineRule="auto"/>
        <w:ind w:right="288" w:firstLine="180"/>
        <w:rPr>
          <w:lang w:val="ru-RU"/>
        </w:rPr>
      </w:pPr>
      <w:proofErr w:type="gramStart"/>
      <w:r w:rsidRPr="007924E7">
        <w:rPr>
          <w:rFonts w:ascii="Times New Roman" w:eastAsia="Times New Roman" w:hAnsi="Times New Roman"/>
          <w:color w:val="000000"/>
          <w:sz w:val="24"/>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w:t>
      </w:r>
      <w:r w:rsidRPr="007924E7">
        <w:rPr>
          <w:lang w:val="ru-RU"/>
        </w:rPr>
        <w:br/>
      </w:r>
      <w:r w:rsidRPr="007924E7">
        <w:rPr>
          <w:rFonts w:ascii="Times New Roman" w:eastAsia="Times New Roman" w:hAnsi="Times New Roman"/>
          <w:color w:val="000000"/>
          <w:sz w:val="24"/>
          <w:lang w:val="ru-RU"/>
        </w:rPr>
        <w:t>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w:t>
      </w:r>
      <w:proofErr w:type="gramEnd"/>
      <w:r w:rsidRPr="007924E7">
        <w:rPr>
          <w:rFonts w:ascii="Times New Roman" w:eastAsia="Times New Roman" w:hAnsi="Times New Roman"/>
          <w:color w:val="000000"/>
          <w:sz w:val="24"/>
          <w:lang w:val="ru-RU"/>
        </w:rPr>
        <w:t xml:space="preserve"> </w:t>
      </w:r>
      <w:proofErr w:type="gramStart"/>
      <w:r w:rsidRPr="007924E7">
        <w:rPr>
          <w:rFonts w:ascii="Times New Roman" w:eastAsia="Times New Roman" w:hAnsi="Times New Roman"/>
          <w:color w:val="000000"/>
          <w:sz w:val="24"/>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C76F25" w:rsidRPr="007924E7" w:rsidRDefault="0044668A">
      <w:pPr>
        <w:autoSpaceDE w:val="0"/>
        <w:autoSpaceDN w:val="0"/>
        <w:spacing w:before="72" w:after="0" w:line="283" w:lineRule="auto"/>
        <w:ind w:firstLine="180"/>
        <w:rPr>
          <w:lang w:val="ru-RU"/>
        </w:rPr>
      </w:pPr>
      <w:proofErr w:type="gramStart"/>
      <w:r w:rsidRPr="007924E7">
        <w:rPr>
          <w:rFonts w:ascii="Times New Roman" w:eastAsia="Times New Roman" w:hAnsi="Times New Roman"/>
          <w:color w:val="000000"/>
          <w:sz w:val="24"/>
          <w:lang w:val="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w:t>
      </w:r>
      <w:proofErr w:type="gramEnd"/>
      <w:r w:rsidRPr="007924E7">
        <w:rPr>
          <w:rFonts w:ascii="Times New Roman" w:eastAsia="Times New Roman" w:hAnsi="Times New Roman"/>
          <w:color w:val="000000"/>
          <w:sz w:val="24"/>
          <w:lang w:val="ru-RU"/>
        </w:rPr>
        <w:t xml:space="preserve"> произведений, в том числе в процессе участия в различных мероприятиях, посвящённых литературе, чтению, книжной культуре. </w:t>
      </w:r>
    </w:p>
    <w:p w:rsidR="00C76F25" w:rsidRPr="007924E7" w:rsidRDefault="0044668A">
      <w:pPr>
        <w:autoSpaceDE w:val="0"/>
        <w:autoSpaceDN w:val="0"/>
        <w:spacing w:before="70" w:after="0" w:line="288" w:lineRule="auto"/>
        <w:ind w:firstLine="180"/>
        <w:rPr>
          <w:lang w:val="ru-RU"/>
        </w:rPr>
      </w:pPr>
      <w:proofErr w:type="gramStart"/>
      <w:r w:rsidRPr="007924E7">
        <w:rPr>
          <w:rFonts w:ascii="Times New Roman" w:eastAsia="Times New Roman" w:hAnsi="Times New Roman"/>
          <w:color w:val="000000"/>
          <w:sz w:val="24"/>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w:t>
      </w:r>
      <w:r w:rsidRPr="007924E7">
        <w:rPr>
          <w:lang w:val="ru-RU"/>
        </w:rPr>
        <w:br/>
      </w:r>
      <w:r w:rsidRPr="007924E7">
        <w:rPr>
          <w:rFonts w:ascii="Times New Roman" w:eastAsia="Times New Roman" w:hAnsi="Times New Roman"/>
          <w:color w:val="000000"/>
          <w:sz w:val="24"/>
          <w:lang w:val="ru-RU"/>
        </w:rPr>
        <w:t>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7924E7">
        <w:rPr>
          <w:rFonts w:ascii="Times New Roman" w:eastAsia="Times New Roman" w:hAnsi="Times New Roman"/>
          <w:color w:val="000000"/>
          <w:sz w:val="24"/>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w:t>
      </w:r>
      <w:r w:rsidRPr="007924E7">
        <w:rPr>
          <w:lang w:val="ru-RU"/>
        </w:rPr>
        <w:br/>
      </w:r>
      <w:r w:rsidRPr="007924E7">
        <w:rPr>
          <w:rFonts w:ascii="Times New Roman" w:eastAsia="Times New Roman" w:hAnsi="Times New Roman"/>
          <w:color w:val="000000"/>
          <w:sz w:val="24"/>
          <w:lang w:val="ru-RU"/>
        </w:rPr>
        <w:t xml:space="preserve">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7924E7">
        <w:rPr>
          <w:rFonts w:ascii="Times New Roman" w:eastAsia="Times New Roman" w:hAnsi="Times New Roman"/>
          <w:color w:val="000000"/>
          <w:sz w:val="24"/>
          <w:lang w:val="ru-RU"/>
        </w:rPr>
        <w:t>проблемы</w:t>
      </w:r>
      <w:proofErr w:type="gramEnd"/>
      <w:r w:rsidRPr="007924E7">
        <w:rPr>
          <w:rFonts w:ascii="Times New Roman" w:eastAsia="Times New Roman" w:hAnsi="Times New Roman"/>
          <w:color w:val="000000"/>
          <w:sz w:val="24"/>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w:t>
      </w:r>
      <w:r w:rsidRPr="007924E7">
        <w:rPr>
          <w:lang w:val="ru-RU"/>
        </w:rPr>
        <w:br/>
      </w:r>
      <w:r w:rsidRPr="007924E7">
        <w:rPr>
          <w:rFonts w:ascii="Times New Roman" w:eastAsia="Times New Roman" w:hAnsi="Times New Roman"/>
          <w:color w:val="000000"/>
          <w:sz w:val="24"/>
          <w:lang w:val="ru-RU"/>
        </w:rPr>
        <w:t xml:space="preserve">критической оценки. </w:t>
      </w:r>
    </w:p>
    <w:p w:rsidR="00C76F25" w:rsidRPr="007924E7" w:rsidRDefault="0044668A">
      <w:pPr>
        <w:autoSpaceDE w:val="0"/>
        <w:autoSpaceDN w:val="0"/>
        <w:spacing w:before="72" w:after="0" w:line="283" w:lineRule="auto"/>
        <w:ind w:firstLine="180"/>
        <w:rPr>
          <w:lang w:val="ru-RU"/>
        </w:rPr>
      </w:pPr>
      <w:proofErr w:type="gramStart"/>
      <w:r w:rsidRPr="007924E7">
        <w:rPr>
          <w:rFonts w:ascii="Times New Roman" w:eastAsia="Times New Roman" w:hAnsi="Times New Roman"/>
          <w:color w:val="000000"/>
          <w:sz w:val="24"/>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w:t>
      </w:r>
      <w:proofErr w:type="gramEnd"/>
      <w:r w:rsidRPr="007924E7">
        <w:rPr>
          <w:rFonts w:ascii="Times New Roman" w:eastAsia="Times New Roman" w:hAnsi="Times New Roman"/>
          <w:color w:val="000000"/>
          <w:sz w:val="24"/>
          <w:lang w:val="ru-RU"/>
        </w:rPr>
        <w:t xml:space="preserve"> воспринимая чужую точку зрения и аргументированно отстаивая свою. </w:t>
      </w:r>
    </w:p>
    <w:p w:rsidR="00C76F25" w:rsidRPr="007924E7" w:rsidRDefault="0044668A">
      <w:pPr>
        <w:autoSpaceDE w:val="0"/>
        <w:autoSpaceDN w:val="0"/>
        <w:spacing w:before="262" w:after="0" w:line="230" w:lineRule="auto"/>
        <w:rPr>
          <w:lang w:val="ru-RU"/>
        </w:rPr>
      </w:pPr>
      <w:r w:rsidRPr="007924E7">
        <w:rPr>
          <w:rFonts w:ascii="Times New Roman" w:eastAsia="Times New Roman" w:hAnsi="Times New Roman"/>
          <w:b/>
          <w:color w:val="000000"/>
          <w:sz w:val="24"/>
          <w:lang w:val="ru-RU"/>
        </w:rPr>
        <w:t>МЕСТО УЧЕБНОГО ПРЕДМЕТА «ЛИТЕРАТУРА» В УЧЕБНОМ ПЛАНЕ</w:t>
      </w:r>
    </w:p>
    <w:p w:rsidR="00C76F25" w:rsidRPr="007924E7" w:rsidRDefault="0044668A">
      <w:pPr>
        <w:autoSpaceDE w:val="0"/>
        <w:autoSpaceDN w:val="0"/>
        <w:spacing w:before="166" w:after="0" w:line="271" w:lineRule="auto"/>
        <w:ind w:right="576" w:firstLine="180"/>
        <w:rPr>
          <w:lang w:val="ru-RU"/>
        </w:rPr>
      </w:pPr>
      <w:r w:rsidRPr="007924E7">
        <w:rPr>
          <w:rFonts w:ascii="Times New Roman" w:eastAsia="Times New Roman" w:hAnsi="Times New Roman"/>
          <w:color w:val="000000"/>
          <w:sz w:val="24"/>
          <w:lang w:val="ru-RU"/>
        </w:rPr>
        <w:t xml:space="preserve">Предмет «Литература» входит в предметную область «Русский язык и литература» и является обязательным для изучения. Предмет «Литература» преемственен по отношению к </w:t>
      </w:r>
      <w:proofErr w:type="spellStart"/>
      <w:r w:rsidRPr="007924E7">
        <w:rPr>
          <w:rFonts w:ascii="Times New Roman" w:eastAsia="Times New Roman" w:hAnsi="Times New Roman"/>
          <w:color w:val="000000"/>
          <w:sz w:val="24"/>
          <w:lang w:val="ru-RU"/>
        </w:rPr>
        <w:t>предмету</w:t>
      </w:r>
      <w:proofErr w:type="gramStart"/>
      <w:r w:rsidRPr="007924E7">
        <w:rPr>
          <w:rFonts w:ascii="Times New Roman" w:eastAsia="Times New Roman" w:hAnsi="Times New Roman"/>
          <w:color w:val="000000"/>
          <w:sz w:val="24"/>
          <w:lang w:val="ru-RU"/>
        </w:rPr>
        <w:t>«Л</w:t>
      </w:r>
      <w:proofErr w:type="gramEnd"/>
      <w:r w:rsidRPr="007924E7">
        <w:rPr>
          <w:rFonts w:ascii="Times New Roman" w:eastAsia="Times New Roman" w:hAnsi="Times New Roman"/>
          <w:color w:val="000000"/>
          <w:sz w:val="24"/>
          <w:lang w:val="ru-RU"/>
        </w:rPr>
        <w:t>итературное</w:t>
      </w:r>
      <w:proofErr w:type="spellEnd"/>
      <w:r w:rsidRPr="007924E7">
        <w:rPr>
          <w:rFonts w:ascii="Times New Roman" w:eastAsia="Times New Roman" w:hAnsi="Times New Roman"/>
          <w:color w:val="000000"/>
          <w:sz w:val="24"/>
          <w:lang w:val="ru-RU"/>
        </w:rPr>
        <w:t xml:space="preserve"> чтение». </w:t>
      </w:r>
    </w:p>
    <w:p w:rsidR="00C76F25" w:rsidRPr="007924E7" w:rsidRDefault="0044668A">
      <w:pPr>
        <w:autoSpaceDE w:val="0"/>
        <w:autoSpaceDN w:val="0"/>
        <w:spacing w:before="70" w:after="0" w:line="230" w:lineRule="auto"/>
        <w:ind w:left="180"/>
        <w:rPr>
          <w:lang w:val="ru-RU"/>
        </w:rPr>
      </w:pPr>
      <w:r w:rsidRPr="007924E7">
        <w:rPr>
          <w:rFonts w:ascii="Times New Roman" w:eastAsia="Times New Roman" w:hAnsi="Times New Roman"/>
          <w:color w:val="000000"/>
          <w:sz w:val="24"/>
          <w:lang w:val="ru-RU"/>
        </w:rPr>
        <w:t>В 5 классе на изучение предмета отводится 3 часа в неделю, суммарно изучение литературы в 5</w:t>
      </w:r>
    </w:p>
    <w:p w:rsidR="00C76F25" w:rsidRPr="007924E7" w:rsidRDefault="00C76F25">
      <w:pPr>
        <w:rPr>
          <w:lang w:val="ru-RU"/>
        </w:rPr>
        <w:sectPr w:rsidR="00C76F25" w:rsidRPr="007924E7">
          <w:pgSz w:w="11900" w:h="16840"/>
          <w:pgMar w:top="298" w:right="690" w:bottom="452" w:left="666" w:header="720" w:footer="720" w:gutter="0"/>
          <w:cols w:space="720" w:equalWidth="0">
            <w:col w:w="10544" w:space="0"/>
          </w:cols>
          <w:docGrid w:linePitch="360"/>
        </w:sectPr>
      </w:pPr>
    </w:p>
    <w:p w:rsidR="00C76F25" w:rsidRPr="007924E7" w:rsidRDefault="00C76F25">
      <w:pPr>
        <w:autoSpaceDE w:val="0"/>
        <w:autoSpaceDN w:val="0"/>
        <w:spacing w:after="66" w:line="220" w:lineRule="exact"/>
        <w:rPr>
          <w:lang w:val="ru-RU"/>
        </w:rPr>
      </w:pPr>
    </w:p>
    <w:p w:rsidR="00C76F25" w:rsidRPr="007924E7" w:rsidRDefault="0044668A">
      <w:pPr>
        <w:autoSpaceDE w:val="0"/>
        <w:autoSpaceDN w:val="0"/>
        <w:spacing w:after="0" w:line="230" w:lineRule="auto"/>
        <w:rPr>
          <w:lang w:val="ru-RU"/>
        </w:rPr>
      </w:pPr>
      <w:proofErr w:type="gramStart"/>
      <w:r w:rsidRPr="007924E7">
        <w:rPr>
          <w:rFonts w:ascii="Times New Roman" w:eastAsia="Times New Roman" w:hAnsi="Times New Roman"/>
          <w:color w:val="000000"/>
          <w:sz w:val="24"/>
          <w:lang w:val="ru-RU"/>
        </w:rPr>
        <w:t>классе</w:t>
      </w:r>
      <w:proofErr w:type="gramEnd"/>
      <w:r w:rsidRPr="007924E7">
        <w:rPr>
          <w:rFonts w:ascii="Times New Roman" w:eastAsia="Times New Roman" w:hAnsi="Times New Roman"/>
          <w:color w:val="000000"/>
          <w:sz w:val="24"/>
          <w:lang w:val="ru-RU"/>
        </w:rPr>
        <w:t xml:space="preserve"> по программе основного общего образования рассчитано на 102 часа. </w:t>
      </w:r>
    </w:p>
    <w:p w:rsidR="00C76F25" w:rsidRPr="007924E7" w:rsidRDefault="00C76F25">
      <w:pPr>
        <w:rPr>
          <w:lang w:val="ru-RU"/>
        </w:rPr>
        <w:sectPr w:rsidR="00C76F25" w:rsidRPr="007924E7">
          <w:pgSz w:w="11900" w:h="16840"/>
          <w:pgMar w:top="286" w:right="1440" w:bottom="1440" w:left="666" w:header="720" w:footer="720" w:gutter="0"/>
          <w:cols w:space="720" w:equalWidth="0">
            <w:col w:w="9794" w:space="0"/>
          </w:cols>
          <w:docGrid w:linePitch="360"/>
        </w:sectPr>
      </w:pPr>
    </w:p>
    <w:p w:rsidR="00C76F25" w:rsidRPr="007924E7" w:rsidRDefault="00C76F25">
      <w:pPr>
        <w:autoSpaceDE w:val="0"/>
        <w:autoSpaceDN w:val="0"/>
        <w:spacing w:after="78" w:line="220" w:lineRule="exact"/>
        <w:rPr>
          <w:lang w:val="ru-RU"/>
        </w:rPr>
      </w:pPr>
    </w:p>
    <w:p w:rsidR="00C76F25" w:rsidRPr="007924E7" w:rsidRDefault="0044668A">
      <w:pPr>
        <w:autoSpaceDE w:val="0"/>
        <w:autoSpaceDN w:val="0"/>
        <w:spacing w:after="0" w:line="230" w:lineRule="auto"/>
        <w:rPr>
          <w:lang w:val="ru-RU"/>
        </w:rPr>
      </w:pPr>
      <w:r w:rsidRPr="007924E7">
        <w:rPr>
          <w:rFonts w:ascii="Times New Roman" w:eastAsia="Times New Roman" w:hAnsi="Times New Roman"/>
          <w:b/>
          <w:color w:val="000000"/>
          <w:sz w:val="24"/>
          <w:lang w:val="ru-RU"/>
        </w:rPr>
        <w:t xml:space="preserve">СОДЕРЖАНИЕ УЧЕБНОГО ПРЕДМЕТА </w:t>
      </w:r>
    </w:p>
    <w:p w:rsidR="00C76F25" w:rsidRPr="007924E7" w:rsidRDefault="0044668A">
      <w:pPr>
        <w:autoSpaceDE w:val="0"/>
        <w:autoSpaceDN w:val="0"/>
        <w:spacing w:before="466" w:after="0" w:line="262" w:lineRule="auto"/>
        <w:ind w:right="7344"/>
        <w:rPr>
          <w:lang w:val="ru-RU"/>
        </w:rPr>
      </w:pPr>
      <w:r w:rsidRPr="007924E7">
        <w:rPr>
          <w:rFonts w:ascii="Times New Roman" w:eastAsia="Times New Roman" w:hAnsi="Times New Roman"/>
          <w:b/>
          <w:color w:val="000000"/>
          <w:sz w:val="24"/>
          <w:lang w:val="ru-RU"/>
        </w:rPr>
        <w:t xml:space="preserve">Мифология </w:t>
      </w:r>
      <w:r w:rsidRPr="007924E7">
        <w:rPr>
          <w:lang w:val="ru-RU"/>
        </w:rPr>
        <w:br/>
      </w:r>
      <w:r w:rsidRPr="007924E7">
        <w:rPr>
          <w:rFonts w:ascii="Times New Roman" w:eastAsia="Times New Roman" w:hAnsi="Times New Roman"/>
          <w:color w:val="000000"/>
          <w:sz w:val="24"/>
          <w:lang w:val="ru-RU"/>
        </w:rPr>
        <w:t>Мифы народов России и мира.</w:t>
      </w:r>
    </w:p>
    <w:p w:rsidR="00C76F25" w:rsidRPr="007924E7" w:rsidRDefault="0044668A">
      <w:pPr>
        <w:autoSpaceDE w:val="0"/>
        <w:autoSpaceDN w:val="0"/>
        <w:spacing w:before="406" w:after="0" w:line="271" w:lineRule="auto"/>
        <w:ind w:right="576"/>
        <w:rPr>
          <w:lang w:val="ru-RU"/>
        </w:rPr>
      </w:pPr>
      <w:r w:rsidRPr="007924E7">
        <w:rPr>
          <w:rFonts w:ascii="Times New Roman" w:eastAsia="Times New Roman" w:hAnsi="Times New Roman"/>
          <w:b/>
          <w:color w:val="000000"/>
          <w:sz w:val="24"/>
          <w:lang w:val="ru-RU"/>
        </w:rPr>
        <w:t xml:space="preserve">Фольклор </w:t>
      </w:r>
      <w:r w:rsidRPr="007924E7">
        <w:rPr>
          <w:lang w:val="ru-RU"/>
        </w:rPr>
        <w:br/>
      </w:r>
      <w:r w:rsidRPr="007924E7">
        <w:rPr>
          <w:rFonts w:ascii="Times New Roman" w:eastAsia="Times New Roman" w:hAnsi="Times New Roman"/>
          <w:color w:val="000000"/>
          <w:sz w:val="24"/>
          <w:lang w:val="ru-RU"/>
        </w:rPr>
        <w:t>Малые жанры: пословицы, поговорки, загадки. Сказки народов России и народов мира (не менее трёх).</w:t>
      </w:r>
    </w:p>
    <w:p w:rsidR="00C76F25" w:rsidRPr="007924E7" w:rsidRDefault="0044668A">
      <w:pPr>
        <w:autoSpaceDE w:val="0"/>
        <w:autoSpaceDN w:val="0"/>
        <w:spacing w:before="408" w:after="0"/>
        <w:ind w:right="144"/>
        <w:rPr>
          <w:lang w:val="ru-RU"/>
        </w:rPr>
      </w:pPr>
      <w:r w:rsidRPr="007924E7">
        <w:rPr>
          <w:rFonts w:ascii="Times New Roman" w:eastAsia="Times New Roman" w:hAnsi="Times New Roman"/>
          <w:b/>
          <w:color w:val="000000"/>
          <w:sz w:val="24"/>
          <w:lang w:val="ru-RU"/>
        </w:rPr>
        <w:t xml:space="preserve">Литература первой половины </w:t>
      </w:r>
      <w:r>
        <w:rPr>
          <w:rFonts w:ascii="Times New Roman" w:eastAsia="Times New Roman" w:hAnsi="Times New Roman"/>
          <w:b/>
          <w:color w:val="000000"/>
          <w:sz w:val="24"/>
        </w:rPr>
        <w:t>XIX</w:t>
      </w:r>
      <w:r w:rsidRPr="007924E7">
        <w:rPr>
          <w:rFonts w:ascii="Times New Roman" w:eastAsia="Times New Roman" w:hAnsi="Times New Roman"/>
          <w:b/>
          <w:color w:val="000000"/>
          <w:sz w:val="24"/>
          <w:lang w:val="ru-RU"/>
        </w:rPr>
        <w:t xml:space="preserve"> века </w:t>
      </w:r>
      <w:r w:rsidRPr="007924E7">
        <w:rPr>
          <w:lang w:val="ru-RU"/>
        </w:rPr>
        <w:br/>
      </w:r>
      <w:r w:rsidRPr="007924E7">
        <w:rPr>
          <w:rFonts w:ascii="Times New Roman" w:eastAsia="Times New Roman" w:hAnsi="Times New Roman"/>
          <w:b/>
          <w:color w:val="000000"/>
          <w:sz w:val="24"/>
          <w:lang w:val="ru-RU"/>
        </w:rPr>
        <w:t xml:space="preserve">И. А. Крылов. </w:t>
      </w:r>
      <w:r w:rsidRPr="007924E7">
        <w:rPr>
          <w:rFonts w:ascii="Times New Roman" w:eastAsia="Times New Roman" w:hAnsi="Times New Roman"/>
          <w:color w:val="000000"/>
          <w:sz w:val="24"/>
          <w:lang w:val="ru-RU"/>
        </w:rPr>
        <w:t>Басни (три по выбору). Например, «Волк на псарне», «Листы и Корни», «Свинья под Дубом», «Квартет»,</w:t>
      </w:r>
      <w:r w:rsidRPr="007924E7">
        <w:rPr>
          <w:lang w:val="ru-RU"/>
        </w:rPr>
        <w:br/>
      </w:r>
      <w:r w:rsidRPr="007924E7">
        <w:rPr>
          <w:rFonts w:ascii="Times New Roman" w:eastAsia="Times New Roman" w:hAnsi="Times New Roman"/>
          <w:color w:val="000000"/>
          <w:sz w:val="24"/>
          <w:lang w:val="ru-RU"/>
        </w:rPr>
        <w:t>«Осёл и Соловей», «Ворона и Лисица».</w:t>
      </w:r>
    </w:p>
    <w:p w:rsidR="00C76F25" w:rsidRPr="007924E7" w:rsidRDefault="0044668A">
      <w:pPr>
        <w:autoSpaceDE w:val="0"/>
        <w:autoSpaceDN w:val="0"/>
        <w:spacing w:before="70" w:after="0" w:line="262" w:lineRule="auto"/>
        <w:ind w:right="2304"/>
        <w:rPr>
          <w:lang w:val="ru-RU"/>
        </w:rPr>
      </w:pPr>
      <w:r w:rsidRPr="007924E7">
        <w:rPr>
          <w:rFonts w:ascii="Times New Roman" w:eastAsia="Times New Roman" w:hAnsi="Times New Roman"/>
          <w:b/>
          <w:color w:val="000000"/>
          <w:sz w:val="24"/>
          <w:lang w:val="ru-RU"/>
        </w:rPr>
        <w:t xml:space="preserve">А. С. Пушкин. </w:t>
      </w:r>
      <w:r w:rsidRPr="007924E7">
        <w:rPr>
          <w:rFonts w:ascii="Times New Roman" w:eastAsia="Times New Roman" w:hAnsi="Times New Roman"/>
          <w:color w:val="000000"/>
          <w:sz w:val="24"/>
          <w:lang w:val="ru-RU"/>
        </w:rPr>
        <w:t>Стихотворения (не менее трёх). «Зимнее утро»,</w:t>
      </w:r>
      <w:r w:rsidRPr="007924E7">
        <w:rPr>
          <w:lang w:val="ru-RU"/>
        </w:rPr>
        <w:br/>
      </w:r>
      <w:r w:rsidRPr="007924E7">
        <w:rPr>
          <w:rFonts w:ascii="Times New Roman" w:eastAsia="Times New Roman" w:hAnsi="Times New Roman"/>
          <w:color w:val="000000"/>
          <w:sz w:val="24"/>
          <w:lang w:val="ru-RU"/>
        </w:rPr>
        <w:t>«Зимний вечер», «Няне» и др. «Сказка о мёртвой царевне и о семи богатырях».</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b/>
          <w:color w:val="000000"/>
          <w:sz w:val="24"/>
          <w:lang w:val="ru-RU"/>
        </w:rPr>
        <w:t>М. Ю. Лермонтов.</w:t>
      </w:r>
      <w:r w:rsidRPr="007924E7">
        <w:rPr>
          <w:rFonts w:ascii="Times New Roman" w:eastAsia="Times New Roman" w:hAnsi="Times New Roman"/>
          <w:color w:val="000000"/>
          <w:sz w:val="24"/>
          <w:lang w:val="ru-RU"/>
        </w:rPr>
        <w:t xml:space="preserve"> Стихотворение «Бородино».</w:t>
      </w:r>
    </w:p>
    <w:p w:rsidR="00C76F25" w:rsidRPr="007924E7" w:rsidRDefault="0044668A">
      <w:pPr>
        <w:autoSpaceDE w:val="0"/>
        <w:autoSpaceDN w:val="0"/>
        <w:spacing w:before="70" w:after="0" w:line="262" w:lineRule="auto"/>
        <w:ind w:right="4176"/>
        <w:rPr>
          <w:lang w:val="ru-RU"/>
        </w:rPr>
      </w:pPr>
      <w:r w:rsidRPr="007924E7">
        <w:rPr>
          <w:rFonts w:ascii="Times New Roman" w:eastAsia="Times New Roman" w:hAnsi="Times New Roman"/>
          <w:b/>
          <w:color w:val="000000"/>
          <w:sz w:val="24"/>
          <w:lang w:val="ru-RU"/>
        </w:rPr>
        <w:t>Н. В. Гоголь.</w:t>
      </w:r>
      <w:r w:rsidRPr="007924E7">
        <w:rPr>
          <w:rFonts w:ascii="Times New Roman" w:eastAsia="Times New Roman" w:hAnsi="Times New Roman"/>
          <w:color w:val="000000"/>
          <w:sz w:val="24"/>
          <w:lang w:val="ru-RU"/>
        </w:rPr>
        <w:t xml:space="preserve"> Повесть «Ночь перед Рождеством» из </w:t>
      </w:r>
      <w:proofErr w:type="spellStart"/>
      <w:r w:rsidRPr="007924E7">
        <w:rPr>
          <w:rFonts w:ascii="Times New Roman" w:eastAsia="Times New Roman" w:hAnsi="Times New Roman"/>
          <w:color w:val="000000"/>
          <w:sz w:val="24"/>
          <w:lang w:val="ru-RU"/>
        </w:rPr>
        <w:t>сборника</w:t>
      </w:r>
      <w:proofErr w:type="gramStart"/>
      <w:r w:rsidRPr="007924E7">
        <w:rPr>
          <w:rFonts w:ascii="Times New Roman" w:eastAsia="Times New Roman" w:hAnsi="Times New Roman"/>
          <w:color w:val="000000"/>
          <w:sz w:val="24"/>
          <w:lang w:val="ru-RU"/>
        </w:rPr>
        <w:t>«В</w:t>
      </w:r>
      <w:proofErr w:type="gramEnd"/>
      <w:r w:rsidRPr="007924E7">
        <w:rPr>
          <w:rFonts w:ascii="Times New Roman" w:eastAsia="Times New Roman" w:hAnsi="Times New Roman"/>
          <w:color w:val="000000"/>
          <w:sz w:val="24"/>
          <w:lang w:val="ru-RU"/>
        </w:rPr>
        <w:t>ечера</w:t>
      </w:r>
      <w:proofErr w:type="spellEnd"/>
      <w:r w:rsidRPr="007924E7">
        <w:rPr>
          <w:rFonts w:ascii="Times New Roman" w:eastAsia="Times New Roman" w:hAnsi="Times New Roman"/>
          <w:color w:val="000000"/>
          <w:sz w:val="24"/>
          <w:lang w:val="ru-RU"/>
        </w:rPr>
        <w:t xml:space="preserve"> на хуторе близ Диканьки».</w:t>
      </w:r>
    </w:p>
    <w:p w:rsidR="00C76F25" w:rsidRPr="007924E7" w:rsidRDefault="0044668A">
      <w:pPr>
        <w:autoSpaceDE w:val="0"/>
        <w:autoSpaceDN w:val="0"/>
        <w:spacing w:before="406" w:after="0" w:line="262" w:lineRule="auto"/>
        <w:ind w:right="6192"/>
        <w:rPr>
          <w:lang w:val="ru-RU"/>
        </w:rPr>
      </w:pPr>
      <w:r w:rsidRPr="007924E7">
        <w:rPr>
          <w:rFonts w:ascii="Times New Roman" w:eastAsia="Times New Roman" w:hAnsi="Times New Roman"/>
          <w:b/>
          <w:color w:val="000000"/>
          <w:sz w:val="24"/>
          <w:lang w:val="ru-RU"/>
        </w:rPr>
        <w:t xml:space="preserve">Литература второй половины </w:t>
      </w:r>
      <w:r>
        <w:rPr>
          <w:rFonts w:ascii="Times New Roman" w:eastAsia="Times New Roman" w:hAnsi="Times New Roman"/>
          <w:b/>
          <w:color w:val="000000"/>
          <w:sz w:val="24"/>
        </w:rPr>
        <w:t>XIX</w:t>
      </w:r>
      <w:r w:rsidRPr="007924E7">
        <w:rPr>
          <w:rFonts w:ascii="Times New Roman" w:eastAsia="Times New Roman" w:hAnsi="Times New Roman"/>
          <w:b/>
          <w:color w:val="000000"/>
          <w:sz w:val="24"/>
          <w:lang w:val="ru-RU"/>
        </w:rPr>
        <w:t xml:space="preserve"> века </w:t>
      </w:r>
      <w:r w:rsidRPr="007924E7">
        <w:rPr>
          <w:lang w:val="ru-RU"/>
        </w:rPr>
        <w:br/>
      </w:r>
      <w:r w:rsidRPr="007924E7">
        <w:rPr>
          <w:rFonts w:ascii="Times New Roman" w:eastAsia="Times New Roman" w:hAnsi="Times New Roman"/>
          <w:b/>
          <w:color w:val="000000"/>
          <w:sz w:val="24"/>
          <w:lang w:val="ru-RU"/>
        </w:rPr>
        <w:t>И. С. Тургенев.</w:t>
      </w:r>
      <w:r w:rsidRPr="007924E7">
        <w:rPr>
          <w:rFonts w:ascii="Times New Roman" w:eastAsia="Times New Roman" w:hAnsi="Times New Roman"/>
          <w:color w:val="000000"/>
          <w:sz w:val="24"/>
          <w:lang w:val="ru-RU"/>
        </w:rPr>
        <w:t xml:space="preserve"> Рассказ «Муму».</w:t>
      </w:r>
    </w:p>
    <w:p w:rsidR="00C76F25" w:rsidRPr="007924E7" w:rsidRDefault="0044668A">
      <w:pPr>
        <w:autoSpaceDE w:val="0"/>
        <w:autoSpaceDN w:val="0"/>
        <w:spacing w:before="70" w:after="0" w:line="262" w:lineRule="auto"/>
        <w:ind w:right="144"/>
        <w:rPr>
          <w:lang w:val="ru-RU"/>
        </w:rPr>
      </w:pPr>
      <w:r w:rsidRPr="007924E7">
        <w:rPr>
          <w:rFonts w:ascii="Times New Roman" w:eastAsia="Times New Roman" w:hAnsi="Times New Roman"/>
          <w:b/>
          <w:color w:val="000000"/>
          <w:sz w:val="24"/>
          <w:lang w:val="ru-RU"/>
        </w:rPr>
        <w:t>Н. А. Некрасов.</w:t>
      </w:r>
      <w:r w:rsidRPr="007924E7">
        <w:rPr>
          <w:rFonts w:ascii="Times New Roman" w:eastAsia="Times New Roman" w:hAnsi="Times New Roman"/>
          <w:color w:val="000000"/>
          <w:sz w:val="24"/>
          <w:lang w:val="ru-RU"/>
        </w:rPr>
        <w:t xml:space="preserve"> Стихотворения (не менее двух). «Крестьянские дети». «Школьник». Поэма «Мороз, Красный нос» (фрагмент).</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b/>
          <w:color w:val="000000"/>
          <w:sz w:val="24"/>
          <w:lang w:val="ru-RU"/>
        </w:rPr>
        <w:t>Л. Н. Толстой.</w:t>
      </w:r>
      <w:r w:rsidRPr="007924E7">
        <w:rPr>
          <w:rFonts w:ascii="Times New Roman" w:eastAsia="Times New Roman" w:hAnsi="Times New Roman"/>
          <w:color w:val="000000"/>
          <w:sz w:val="24"/>
          <w:lang w:val="ru-RU"/>
        </w:rPr>
        <w:t xml:space="preserve"> Рассказ «Кавказский пленник».</w:t>
      </w:r>
    </w:p>
    <w:p w:rsidR="00C76F25" w:rsidRPr="007924E7" w:rsidRDefault="0044668A">
      <w:pPr>
        <w:autoSpaceDE w:val="0"/>
        <w:autoSpaceDN w:val="0"/>
        <w:spacing w:before="406" w:after="0"/>
        <w:rPr>
          <w:lang w:val="ru-RU"/>
        </w:rPr>
      </w:pPr>
      <w:r w:rsidRPr="007924E7">
        <w:rPr>
          <w:rFonts w:ascii="Times New Roman" w:eastAsia="Times New Roman" w:hAnsi="Times New Roman"/>
          <w:b/>
          <w:color w:val="000000"/>
          <w:sz w:val="24"/>
          <w:lang w:val="ru-RU"/>
        </w:rPr>
        <w:t xml:space="preserve">Литература </w:t>
      </w:r>
      <w:r>
        <w:rPr>
          <w:rFonts w:ascii="Times New Roman" w:eastAsia="Times New Roman" w:hAnsi="Times New Roman"/>
          <w:b/>
          <w:color w:val="000000"/>
          <w:sz w:val="24"/>
        </w:rPr>
        <w:t>XIX</w:t>
      </w:r>
      <w:r w:rsidRPr="007924E7">
        <w:rPr>
          <w:rFonts w:ascii="Times New Roman" w:eastAsia="Times New Roman" w:hAnsi="Times New Roman"/>
          <w:b/>
          <w:color w:val="000000"/>
          <w:sz w:val="24"/>
          <w:lang w:val="ru-RU"/>
        </w:rPr>
        <w:t xml:space="preserve">—ХХ веков </w:t>
      </w:r>
      <w:r w:rsidRPr="007924E7">
        <w:rPr>
          <w:lang w:val="ru-RU"/>
        </w:rPr>
        <w:br/>
      </w:r>
      <w:r w:rsidRPr="007924E7">
        <w:rPr>
          <w:rFonts w:ascii="Times New Roman" w:eastAsia="Times New Roman" w:hAnsi="Times New Roman"/>
          <w:b/>
          <w:color w:val="000000"/>
          <w:sz w:val="24"/>
          <w:lang w:val="ru-RU"/>
        </w:rPr>
        <w:t xml:space="preserve">Стихотворения отечественных поэтов </w:t>
      </w:r>
      <w:r>
        <w:rPr>
          <w:rFonts w:ascii="Times New Roman" w:eastAsia="Times New Roman" w:hAnsi="Times New Roman"/>
          <w:b/>
          <w:color w:val="000000"/>
          <w:sz w:val="24"/>
        </w:rPr>
        <w:t>XIX</w:t>
      </w:r>
      <w:r w:rsidRPr="007924E7">
        <w:rPr>
          <w:rFonts w:ascii="Times New Roman" w:eastAsia="Times New Roman" w:hAnsi="Times New Roman"/>
          <w:b/>
          <w:color w:val="000000"/>
          <w:sz w:val="24"/>
          <w:lang w:val="ru-RU"/>
        </w:rPr>
        <w:t xml:space="preserve">—ХХ веков о родной природе и о связи человека с Родиной </w:t>
      </w:r>
      <w:r w:rsidRPr="007924E7">
        <w:rPr>
          <w:rFonts w:ascii="Times New Roman" w:eastAsia="Times New Roman" w:hAnsi="Times New Roman"/>
          <w:color w:val="000000"/>
          <w:sz w:val="24"/>
          <w:lang w:val="ru-RU"/>
        </w:rPr>
        <w:t>(не менее пяти стихотворений трёх поэтов). Например, стихотворения А. К. Толстого, Ф. И. Тютчева,  А.  А.  Фета,  И.  А.  Бунина,  А.  А.  Блока, С. А. Есенина, Н. М. Рубцова, Ю. П. Кузнецова.</w:t>
      </w:r>
    </w:p>
    <w:p w:rsidR="00C76F25" w:rsidRPr="007924E7" w:rsidRDefault="0044668A">
      <w:pPr>
        <w:autoSpaceDE w:val="0"/>
        <w:autoSpaceDN w:val="0"/>
        <w:spacing w:before="70" w:after="0" w:line="271" w:lineRule="auto"/>
        <w:rPr>
          <w:lang w:val="ru-RU"/>
        </w:rPr>
      </w:pPr>
      <w:r w:rsidRPr="007924E7">
        <w:rPr>
          <w:rFonts w:ascii="Times New Roman" w:eastAsia="Times New Roman" w:hAnsi="Times New Roman"/>
          <w:b/>
          <w:color w:val="000000"/>
          <w:sz w:val="24"/>
          <w:lang w:val="ru-RU"/>
        </w:rPr>
        <w:t xml:space="preserve">Юмористические рассказы отечественных писателей </w:t>
      </w:r>
      <w:r>
        <w:rPr>
          <w:rFonts w:ascii="Times New Roman" w:eastAsia="Times New Roman" w:hAnsi="Times New Roman"/>
          <w:b/>
          <w:color w:val="000000"/>
          <w:sz w:val="24"/>
        </w:rPr>
        <w:t>XIX</w:t>
      </w:r>
      <w:r w:rsidRPr="007924E7">
        <w:rPr>
          <w:rFonts w:ascii="Times New Roman" w:eastAsia="Times New Roman" w:hAnsi="Times New Roman"/>
          <w:b/>
          <w:color w:val="000000"/>
          <w:sz w:val="24"/>
          <w:lang w:val="ru-RU"/>
        </w:rPr>
        <w:t xml:space="preserve">— </w:t>
      </w:r>
      <w:r>
        <w:rPr>
          <w:rFonts w:ascii="Times New Roman" w:eastAsia="Times New Roman" w:hAnsi="Times New Roman"/>
          <w:b/>
          <w:color w:val="000000"/>
          <w:sz w:val="24"/>
        </w:rPr>
        <w:t>XX</w:t>
      </w:r>
      <w:r w:rsidRPr="007924E7">
        <w:rPr>
          <w:rFonts w:ascii="Times New Roman" w:eastAsia="Times New Roman" w:hAnsi="Times New Roman"/>
          <w:b/>
          <w:color w:val="000000"/>
          <w:sz w:val="24"/>
          <w:lang w:val="ru-RU"/>
        </w:rPr>
        <w:t xml:space="preserve"> веков </w:t>
      </w:r>
      <w:r w:rsidRPr="007924E7">
        <w:rPr>
          <w:lang w:val="ru-RU"/>
        </w:rPr>
        <w:br/>
      </w:r>
      <w:r w:rsidRPr="007924E7">
        <w:rPr>
          <w:rFonts w:ascii="Times New Roman" w:eastAsia="Times New Roman" w:hAnsi="Times New Roman"/>
          <w:b/>
          <w:color w:val="000000"/>
          <w:sz w:val="24"/>
          <w:lang w:val="ru-RU"/>
        </w:rPr>
        <w:t xml:space="preserve">А. П. Чехов </w:t>
      </w:r>
      <w:r w:rsidRPr="007924E7">
        <w:rPr>
          <w:rFonts w:ascii="Times New Roman" w:eastAsia="Times New Roman" w:hAnsi="Times New Roman"/>
          <w:color w:val="000000"/>
          <w:sz w:val="24"/>
          <w:lang w:val="ru-RU"/>
        </w:rPr>
        <w:t xml:space="preserve">(два рассказа по выбору). Например, «Лошадиная фамилия», «Мальчики», «Хирургия» и др. </w:t>
      </w:r>
    </w:p>
    <w:p w:rsidR="00C76F25" w:rsidRPr="007924E7" w:rsidRDefault="0044668A">
      <w:pPr>
        <w:autoSpaceDE w:val="0"/>
        <w:autoSpaceDN w:val="0"/>
        <w:spacing w:before="72" w:after="0" w:line="262" w:lineRule="auto"/>
        <w:ind w:right="1008"/>
        <w:rPr>
          <w:lang w:val="ru-RU"/>
        </w:rPr>
      </w:pPr>
      <w:r w:rsidRPr="007924E7">
        <w:rPr>
          <w:rFonts w:ascii="Times New Roman" w:eastAsia="Times New Roman" w:hAnsi="Times New Roman"/>
          <w:b/>
          <w:color w:val="000000"/>
          <w:sz w:val="24"/>
          <w:lang w:val="ru-RU"/>
        </w:rPr>
        <w:t xml:space="preserve">М. М. Зощенко </w:t>
      </w:r>
      <w:r w:rsidRPr="007924E7">
        <w:rPr>
          <w:rFonts w:ascii="Times New Roman" w:eastAsia="Times New Roman" w:hAnsi="Times New Roman"/>
          <w:color w:val="000000"/>
          <w:sz w:val="24"/>
          <w:lang w:val="ru-RU"/>
        </w:rPr>
        <w:t>(два рассказа по выбору). Например, «Галоша», «Лёля  и  Минька»,  «Ёлка», «Золотые  слова»,  «Встреча» и др.</w:t>
      </w:r>
    </w:p>
    <w:p w:rsidR="00C76F25" w:rsidRPr="007924E7" w:rsidRDefault="0044668A">
      <w:pPr>
        <w:autoSpaceDE w:val="0"/>
        <w:autoSpaceDN w:val="0"/>
        <w:spacing w:before="70" w:after="0" w:line="262" w:lineRule="auto"/>
        <w:rPr>
          <w:lang w:val="ru-RU"/>
        </w:rPr>
      </w:pPr>
      <w:r w:rsidRPr="007924E7">
        <w:rPr>
          <w:rFonts w:ascii="Times New Roman" w:eastAsia="Times New Roman" w:hAnsi="Times New Roman"/>
          <w:b/>
          <w:color w:val="000000"/>
          <w:sz w:val="24"/>
          <w:lang w:val="ru-RU"/>
        </w:rPr>
        <w:t>Произведения отечественной литературы о природе и животных</w:t>
      </w:r>
      <w:r w:rsidRPr="007924E7">
        <w:rPr>
          <w:rFonts w:ascii="Times New Roman" w:eastAsia="Times New Roman" w:hAnsi="Times New Roman"/>
          <w:color w:val="000000"/>
          <w:sz w:val="24"/>
          <w:lang w:val="ru-RU"/>
        </w:rPr>
        <w:t xml:space="preserve"> (не менее двух). Например, А. И. Куприна, М. М. Пришвина, К. Г. Паустовского.</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b/>
          <w:color w:val="000000"/>
          <w:sz w:val="24"/>
          <w:lang w:val="ru-RU"/>
        </w:rPr>
        <w:t>А. П. Платонов.</w:t>
      </w:r>
      <w:r w:rsidRPr="007924E7">
        <w:rPr>
          <w:rFonts w:ascii="Times New Roman" w:eastAsia="Times New Roman" w:hAnsi="Times New Roman"/>
          <w:color w:val="000000"/>
          <w:sz w:val="24"/>
          <w:lang w:val="ru-RU"/>
        </w:rPr>
        <w:t xml:space="preserve"> Рассказы (один по выбору). Например, «Корова», «Никита» и др.</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b/>
          <w:color w:val="000000"/>
          <w:sz w:val="24"/>
          <w:lang w:val="ru-RU"/>
        </w:rPr>
        <w:t>В. П. Астафьев.</w:t>
      </w:r>
      <w:r w:rsidRPr="007924E7">
        <w:rPr>
          <w:rFonts w:ascii="Times New Roman" w:eastAsia="Times New Roman" w:hAnsi="Times New Roman"/>
          <w:color w:val="000000"/>
          <w:sz w:val="24"/>
          <w:lang w:val="ru-RU"/>
        </w:rPr>
        <w:t xml:space="preserve"> Рассказ «</w:t>
      </w:r>
      <w:proofErr w:type="spellStart"/>
      <w:r w:rsidRPr="007924E7">
        <w:rPr>
          <w:rFonts w:ascii="Times New Roman" w:eastAsia="Times New Roman" w:hAnsi="Times New Roman"/>
          <w:color w:val="000000"/>
          <w:sz w:val="24"/>
          <w:lang w:val="ru-RU"/>
        </w:rPr>
        <w:t>Васюткино</w:t>
      </w:r>
      <w:proofErr w:type="spellEnd"/>
      <w:r w:rsidRPr="007924E7">
        <w:rPr>
          <w:rFonts w:ascii="Times New Roman" w:eastAsia="Times New Roman" w:hAnsi="Times New Roman"/>
          <w:color w:val="000000"/>
          <w:sz w:val="24"/>
          <w:lang w:val="ru-RU"/>
        </w:rPr>
        <w:t xml:space="preserve"> озеро».</w:t>
      </w:r>
    </w:p>
    <w:p w:rsidR="00C76F25" w:rsidRPr="007924E7" w:rsidRDefault="0044668A">
      <w:pPr>
        <w:autoSpaceDE w:val="0"/>
        <w:autoSpaceDN w:val="0"/>
        <w:spacing w:before="406" w:after="0" w:line="262" w:lineRule="auto"/>
        <w:rPr>
          <w:lang w:val="ru-RU"/>
        </w:rPr>
      </w:pPr>
      <w:r w:rsidRPr="007924E7">
        <w:rPr>
          <w:rFonts w:ascii="Times New Roman" w:eastAsia="Times New Roman" w:hAnsi="Times New Roman"/>
          <w:b/>
          <w:color w:val="000000"/>
          <w:sz w:val="24"/>
          <w:lang w:val="ru-RU"/>
        </w:rPr>
        <w:t xml:space="preserve">Литература </w:t>
      </w:r>
      <w:r>
        <w:rPr>
          <w:rFonts w:ascii="Times New Roman" w:eastAsia="Times New Roman" w:hAnsi="Times New Roman"/>
          <w:b/>
          <w:color w:val="000000"/>
          <w:sz w:val="24"/>
        </w:rPr>
        <w:t>XX</w:t>
      </w:r>
      <w:r w:rsidRPr="007924E7">
        <w:rPr>
          <w:rFonts w:ascii="Times New Roman" w:eastAsia="Times New Roman" w:hAnsi="Times New Roman"/>
          <w:b/>
          <w:color w:val="000000"/>
          <w:sz w:val="24"/>
          <w:lang w:val="ru-RU"/>
        </w:rPr>
        <w:t>—</w:t>
      </w:r>
      <w:r>
        <w:rPr>
          <w:rFonts w:ascii="Times New Roman" w:eastAsia="Times New Roman" w:hAnsi="Times New Roman"/>
          <w:b/>
          <w:color w:val="000000"/>
          <w:sz w:val="24"/>
        </w:rPr>
        <w:t>XXI</w:t>
      </w:r>
      <w:r w:rsidRPr="007924E7">
        <w:rPr>
          <w:rFonts w:ascii="Times New Roman" w:eastAsia="Times New Roman" w:hAnsi="Times New Roman"/>
          <w:b/>
          <w:color w:val="000000"/>
          <w:sz w:val="24"/>
          <w:lang w:val="ru-RU"/>
        </w:rPr>
        <w:t xml:space="preserve"> веков </w:t>
      </w:r>
      <w:r w:rsidRPr="007924E7">
        <w:rPr>
          <w:lang w:val="ru-RU"/>
        </w:rPr>
        <w:br/>
      </w:r>
      <w:r w:rsidRPr="007924E7">
        <w:rPr>
          <w:rFonts w:ascii="Times New Roman" w:eastAsia="Times New Roman" w:hAnsi="Times New Roman"/>
          <w:b/>
          <w:color w:val="000000"/>
          <w:sz w:val="24"/>
          <w:lang w:val="ru-RU"/>
        </w:rPr>
        <w:t>Произведения отечественной прозы на тему «Человек на войне»</w:t>
      </w:r>
      <w:r w:rsidRPr="007924E7">
        <w:rPr>
          <w:rFonts w:ascii="Times New Roman" w:eastAsia="Times New Roman" w:hAnsi="Times New Roman"/>
          <w:color w:val="000000"/>
          <w:sz w:val="24"/>
          <w:lang w:val="ru-RU"/>
        </w:rPr>
        <w:t xml:space="preserve"> (не менее двух). Например, Л. А.</w:t>
      </w:r>
    </w:p>
    <w:p w:rsidR="00C76F25" w:rsidRPr="007924E7" w:rsidRDefault="0044668A">
      <w:pPr>
        <w:autoSpaceDE w:val="0"/>
        <w:autoSpaceDN w:val="0"/>
        <w:spacing w:before="70" w:after="0" w:line="262" w:lineRule="auto"/>
        <w:ind w:right="576"/>
        <w:rPr>
          <w:lang w:val="ru-RU"/>
        </w:rPr>
      </w:pPr>
      <w:r w:rsidRPr="007924E7">
        <w:rPr>
          <w:rFonts w:ascii="Times New Roman" w:eastAsia="Times New Roman" w:hAnsi="Times New Roman"/>
          <w:color w:val="000000"/>
          <w:sz w:val="24"/>
          <w:lang w:val="ru-RU"/>
        </w:rPr>
        <w:t>Кассиль. «Дорогие мои мальчишки»; Ю. Я. Яковлев. «Девочки с  Васильевского  острова»; В. П. Катаев. «Сын полка» и др.</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b/>
          <w:color w:val="000000"/>
          <w:sz w:val="24"/>
          <w:lang w:val="ru-RU"/>
        </w:rPr>
        <w:t xml:space="preserve">Произведения отечественных писателей </w:t>
      </w:r>
      <w:r>
        <w:rPr>
          <w:rFonts w:ascii="Times New Roman" w:eastAsia="Times New Roman" w:hAnsi="Times New Roman"/>
          <w:b/>
          <w:color w:val="000000"/>
          <w:sz w:val="24"/>
        </w:rPr>
        <w:t>XIX</w:t>
      </w:r>
      <w:r w:rsidRPr="007924E7">
        <w:rPr>
          <w:rFonts w:ascii="Times New Roman" w:eastAsia="Times New Roman" w:hAnsi="Times New Roman"/>
          <w:b/>
          <w:color w:val="000000"/>
          <w:sz w:val="24"/>
          <w:lang w:val="ru-RU"/>
        </w:rPr>
        <w:t>—</w:t>
      </w:r>
      <w:r>
        <w:rPr>
          <w:rFonts w:ascii="Times New Roman" w:eastAsia="Times New Roman" w:hAnsi="Times New Roman"/>
          <w:b/>
          <w:color w:val="000000"/>
          <w:sz w:val="24"/>
        </w:rPr>
        <w:t>XXI</w:t>
      </w:r>
      <w:r w:rsidRPr="007924E7">
        <w:rPr>
          <w:rFonts w:ascii="Times New Roman" w:eastAsia="Times New Roman" w:hAnsi="Times New Roman"/>
          <w:b/>
          <w:color w:val="000000"/>
          <w:sz w:val="24"/>
          <w:lang w:val="ru-RU"/>
        </w:rPr>
        <w:t xml:space="preserve"> веков на тему детства</w:t>
      </w:r>
      <w:r w:rsidRPr="007924E7">
        <w:rPr>
          <w:rFonts w:ascii="Times New Roman" w:eastAsia="Times New Roman" w:hAnsi="Times New Roman"/>
          <w:color w:val="000000"/>
          <w:sz w:val="24"/>
          <w:lang w:val="ru-RU"/>
        </w:rPr>
        <w:t xml:space="preserve"> (не менее двух).</w:t>
      </w:r>
    </w:p>
    <w:p w:rsidR="00C76F25" w:rsidRPr="007924E7" w:rsidRDefault="0044668A">
      <w:pPr>
        <w:autoSpaceDE w:val="0"/>
        <w:autoSpaceDN w:val="0"/>
        <w:spacing w:before="70" w:after="0" w:line="262" w:lineRule="auto"/>
        <w:ind w:right="144"/>
        <w:rPr>
          <w:lang w:val="ru-RU"/>
        </w:rPr>
      </w:pPr>
      <w:r w:rsidRPr="007924E7">
        <w:rPr>
          <w:rFonts w:ascii="Times New Roman" w:eastAsia="Times New Roman" w:hAnsi="Times New Roman"/>
          <w:color w:val="000000"/>
          <w:sz w:val="24"/>
          <w:lang w:val="ru-RU"/>
        </w:rPr>
        <w:t xml:space="preserve">Например, произведения В. Г. Короленко, В. П. Катаева, В. П. Крапивина, Ю. П. Казакова, А. Г. Алексина, В. П. Астафьева, В. К. </w:t>
      </w:r>
      <w:proofErr w:type="spellStart"/>
      <w:r w:rsidRPr="007924E7">
        <w:rPr>
          <w:rFonts w:ascii="Times New Roman" w:eastAsia="Times New Roman" w:hAnsi="Times New Roman"/>
          <w:color w:val="000000"/>
          <w:sz w:val="24"/>
          <w:lang w:val="ru-RU"/>
        </w:rPr>
        <w:t>Железникова</w:t>
      </w:r>
      <w:proofErr w:type="spellEnd"/>
      <w:r w:rsidRPr="007924E7">
        <w:rPr>
          <w:rFonts w:ascii="Times New Roman" w:eastAsia="Times New Roman" w:hAnsi="Times New Roman"/>
          <w:color w:val="000000"/>
          <w:sz w:val="24"/>
          <w:lang w:val="ru-RU"/>
        </w:rPr>
        <w:t xml:space="preserve">, Ю. Я. Яковлева, Ю. И. Коваля, А. А. </w:t>
      </w:r>
      <w:proofErr w:type="spellStart"/>
      <w:r w:rsidRPr="007924E7">
        <w:rPr>
          <w:rFonts w:ascii="Times New Roman" w:eastAsia="Times New Roman" w:hAnsi="Times New Roman"/>
          <w:color w:val="000000"/>
          <w:sz w:val="24"/>
          <w:lang w:val="ru-RU"/>
        </w:rPr>
        <w:t>Гиваргизова</w:t>
      </w:r>
      <w:proofErr w:type="spellEnd"/>
      <w:r w:rsidRPr="007924E7">
        <w:rPr>
          <w:rFonts w:ascii="Times New Roman" w:eastAsia="Times New Roman" w:hAnsi="Times New Roman"/>
          <w:color w:val="000000"/>
          <w:sz w:val="24"/>
          <w:lang w:val="ru-RU"/>
        </w:rPr>
        <w:t>, М.</w:t>
      </w:r>
    </w:p>
    <w:p w:rsidR="00C76F25" w:rsidRPr="007924E7" w:rsidRDefault="00C76F25">
      <w:pPr>
        <w:rPr>
          <w:lang w:val="ru-RU"/>
        </w:rPr>
        <w:sectPr w:rsidR="00C76F25" w:rsidRPr="007924E7">
          <w:pgSz w:w="11900" w:h="16840"/>
          <w:pgMar w:top="298" w:right="650" w:bottom="398" w:left="666" w:header="720" w:footer="720" w:gutter="0"/>
          <w:cols w:space="720" w:equalWidth="0">
            <w:col w:w="10584" w:space="0"/>
          </w:cols>
          <w:docGrid w:linePitch="360"/>
        </w:sectPr>
      </w:pPr>
    </w:p>
    <w:p w:rsidR="00C76F25" w:rsidRPr="007924E7" w:rsidRDefault="00C76F25">
      <w:pPr>
        <w:autoSpaceDE w:val="0"/>
        <w:autoSpaceDN w:val="0"/>
        <w:spacing w:after="66" w:line="220" w:lineRule="exact"/>
        <w:rPr>
          <w:lang w:val="ru-RU"/>
        </w:rPr>
      </w:pPr>
    </w:p>
    <w:p w:rsidR="00C76F25" w:rsidRPr="007924E7" w:rsidRDefault="0044668A">
      <w:pPr>
        <w:autoSpaceDE w:val="0"/>
        <w:autoSpaceDN w:val="0"/>
        <w:spacing w:after="0" w:line="230" w:lineRule="auto"/>
        <w:rPr>
          <w:lang w:val="ru-RU"/>
        </w:rPr>
      </w:pPr>
      <w:r w:rsidRPr="007924E7">
        <w:rPr>
          <w:rFonts w:ascii="Times New Roman" w:eastAsia="Times New Roman" w:hAnsi="Times New Roman"/>
          <w:color w:val="000000"/>
          <w:sz w:val="24"/>
          <w:lang w:val="ru-RU"/>
        </w:rPr>
        <w:t xml:space="preserve">С. </w:t>
      </w:r>
      <w:proofErr w:type="spellStart"/>
      <w:r w:rsidRPr="007924E7">
        <w:rPr>
          <w:rFonts w:ascii="Times New Roman" w:eastAsia="Times New Roman" w:hAnsi="Times New Roman"/>
          <w:color w:val="000000"/>
          <w:sz w:val="24"/>
          <w:lang w:val="ru-RU"/>
        </w:rPr>
        <w:t>Аромштам</w:t>
      </w:r>
      <w:proofErr w:type="spellEnd"/>
      <w:r w:rsidRPr="007924E7">
        <w:rPr>
          <w:rFonts w:ascii="Times New Roman" w:eastAsia="Times New Roman" w:hAnsi="Times New Roman"/>
          <w:color w:val="000000"/>
          <w:sz w:val="24"/>
          <w:lang w:val="ru-RU"/>
        </w:rPr>
        <w:t xml:space="preserve">, Н. Ю. </w:t>
      </w:r>
      <w:proofErr w:type="spellStart"/>
      <w:r w:rsidRPr="007924E7">
        <w:rPr>
          <w:rFonts w:ascii="Times New Roman" w:eastAsia="Times New Roman" w:hAnsi="Times New Roman"/>
          <w:color w:val="000000"/>
          <w:sz w:val="24"/>
          <w:lang w:val="ru-RU"/>
        </w:rPr>
        <w:t>Абгарян</w:t>
      </w:r>
      <w:proofErr w:type="spellEnd"/>
      <w:r w:rsidRPr="007924E7">
        <w:rPr>
          <w:rFonts w:ascii="Times New Roman" w:eastAsia="Times New Roman" w:hAnsi="Times New Roman"/>
          <w:color w:val="000000"/>
          <w:sz w:val="24"/>
          <w:lang w:val="ru-RU"/>
        </w:rPr>
        <w:t>.</w:t>
      </w:r>
    </w:p>
    <w:p w:rsidR="00C76F25" w:rsidRPr="007924E7" w:rsidRDefault="0044668A">
      <w:pPr>
        <w:autoSpaceDE w:val="0"/>
        <w:autoSpaceDN w:val="0"/>
        <w:spacing w:before="70" w:after="0" w:line="271" w:lineRule="auto"/>
        <w:ind w:right="288"/>
        <w:rPr>
          <w:lang w:val="ru-RU"/>
        </w:rPr>
      </w:pPr>
      <w:r w:rsidRPr="007924E7">
        <w:rPr>
          <w:rFonts w:ascii="Times New Roman" w:eastAsia="Times New Roman" w:hAnsi="Times New Roman"/>
          <w:b/>
          <w:color w:val="000000"/>
          <w:sz w:val="24"/>
          <w:lang w:val="ru-RU"/>
        </w:rPr>
        <w:t>Произведения приключенческого жанра отечественных писателей</w:t>
      </w:r>
      <w:r w:rsidRPr="007924E7">
        <w:rPr>
          <w:rFonts w:ascii="Times New Roman" w:eastAsia="Times New Roman" w:hAnsi="Times New Roman"/>
          <w:color w:val="000000"/>
          <w:sz w:val="24"/>
          <w:lang w:val="ru-RU"/>
        </w:rPr>
        <w:t xml:space="preserve">  (одно  по  выбору). Например,  К.  Булычёв.  «Девочка, с которой ничего не случится», «Миллион приключений» и др. (главы по выбору).</w:t>
      </w:r>
    </w:p>
    <w:p w:rsidR="00C76F25" w:rsidRPr="007924E7" w:rsidRDefault="0044668A">
      <w:pPr>
        <w:autoSpaceDE w:val="0"/>
        <w:autoSpaceDN w:val="0"/>
        <w:spacing w:before="406" w:after="0" w:line="262" w:lineRule="auto"/>
        <w:ind w:right="4176"/>
        <w:rPr>
          <w:lang w:val="ru-RU"/>
        </w:rPr>
      </w:pPr>
      <w:r w:rsidRPr="007924E7">
        <w:rPr>
          <w:rFonts w:ascii="Times New Roman" w:eastAsia="Times New Roman" w:hAnsi="Times New Roman"/>
          <w:b/>
          <w:color w:val="000000"/>
          <w:sz w:val="24"/>
          <w:lang w:val="ru-RU"/>
        </w:rPr>
        <w:t xml:space="preserve">Литература народов Российской Федерации </w:t>
      </w:r>
      <w:r w:rsidRPr="007924E7">
        <w:rPr>
          <w:lang w:val="ru-RU"/>
        </w:rPr>
        <w:br/>
      </w:r>
      <w:r w:rsidRPr="007924E7">
        <w:rPr>
          <w:rFonts w:ascii="Times New Roman" w:eastAsia="Times New Roman" w:hAnsi="Times New Roman"/>
          <w:b/>
          <w:color w:val="000000"/>
          <w:sz w:val="24"/>
          <w:lang w:val="ru-RU"/>
        </w:rPr>
        <w:t xml:space="preserve">Стихотворения </w:t>
      </w:r>
      <w:r w:rsidRPr="007924E7">
        <w:rPr>
          <w:rFonts w:ascii="Times New Roman" w:eastAsia="Times New Roman" w:hAnsi="Times New Roman"/>
          <w:color w:val="000000"/>
          <w:sz w:val="24"/>
          <w:lang w:val="ru-RU"/>
        </w:rPr>
        <w:t>(одно по выбору). Например, Р. Г. Гамзатов.</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color w:val="000000"/>
          <w:sz w:val="24"/>
          <w:lang w:val="ru-RU"/>
        </w:rPr>
        <w:t xml:space="preserve">«Песня соловья»; М. </w:t>
      </w:r>
      <w:proofErr w:type="gramStart"/>
      <w:r w:rsidRPr="007924E7">
        <w:rPr>
          <w:rFonts w:ascii="Times New Roman" w:eastAsia="Times New Roman" w:hAnsi="Times New Roman"/>
          <w:color w:val="000000"/>
          <w:sz w:val="24"/>
          <w:lang w:val="ru-RU"/>
        </w:rPr>
        <w:t>Карим</w:t>
      </w:r>
      <w:proofErr w:type="gramEnd"/>
      <w:r w:rsidRPr="007924E7">
        <w:rPr>
          <w:rFonts w:ascii="Times New Roman" w:eastAsia="Times New Roman" w:hAnsi="Times New Roman"/>
          <w:color w:val="000000"/>
          <w:sz w:val="24"/>
          <w:lang w:val="ru-RU"/>
        </w:rPr>
        <w:t>. «Эту песню мать мне пела».</w:t>
      </w:r>
    </w:p>
    <w:p w:rsidR="00C76F25" w:rsidRPr="007924E7" w:rsidRDefault="0044668A">
      <w:pPr>
        <w:autoSpaceDE w:val="0"/>
        <w:autoSpaceDN w:val="0"/>
        <w:spacing w:before="406" w:after="0" w:line="262" w:lineRule="auto"/>
        <w:ind w:right="1008"/>
        <w:rPr>
          <w:lang w:val="ru-RU"/>
        </w:rPr>
      </w:pPr>
      <w:r w:rsidRPr="007924E7">
        <w:rPr>
          <w:rFonts w:ascii="Times New Roman" w:eastAsia="Times New Roman" w:hAnsi="Times New Roman"/>
          <w:b/>
          <w:color w:val="000000"/>
          <w:sz w:val="24"/>
          <w:lang w:val="ru-RU"/>
        </w:rPr>
        <w:t xml:space="preserve">Зарубежная литература </w:t>
      </w:r>
      <w:r w:rsidRPr="007924E7">
        <w:rPr>
          <w:lang w:val="ru-RU"/>
        </w:rPr>
        <w:br/>
      </w:r>
      <w:r w:rsidRPr="007924E7">
        <w:rPr>
          <w:rFonts w:ascii="Times New Roman" w:eastAsia="Times New Roman" w:hAnsi="Times New Roman"/>
          <w:b/>
          <w:color w:val="000000"/>
          <w:sz w:val="24"/>
          <w:lang w:val="ru-RU"/>
        </w:rPr>
        <w:t xml:space="preserve">Х. К. Андерсен. </w:t>
      </w:r>
      <w:r w:rsidRPr="007924E7">
        <w:rPr>
          <w:rFonts w:ascii="Times New Roman" w:eastAsia="Times New Roman" w:hAnsi="Times New Roman"/>
          <w:color w:val="000000"/>
          <w:sz w:val="24"/>
          <w:lang w:val="ru-RU"/>
        </w:rPr>
        <w:t>Сказки (одна по выбору). Например, «Снежная королева», «Соловей» и др.</w:t>
      </w:r>
    </w:p>
    <w:p w:rsidR="00C76F25" w:rsidRPr="007924E7" w:rsidRDefault="0044668A">
      <w:pPr>
        <w:autoSpaceDE w:val="0"/>
        <w:autoSpaceDN w:val="0"/>
        <w:spacing w:before="72" w:after="0" w:line="262" w:lineRule="auto"/>
        <w:rPr>
          <w:lang w:val="ru-RU"/>
        </w:rPr>
      </w:pPr>
      <w:r w:rsidRPr="007924E7">
        <w:rPr>
          <w:rFonts w:ascii="Times New Roman" w:eastAsia="Times New Roman" w:hAnsi="Times New Roman"/>
          <w:b/>
          <w:color w:val="000000"/>
          <w:sz w:val="24"/>
          <w:lang w:val="ru-RU"/>
        </w:rPr>
        <w:t>Зарубежная сказочная проза</w:t>
      </w:r>
      <w:r w:rsidRPr="007924E7">
        <w:rPr>
          <w:rFonts w:ascii="Times New Roman" w:eastAsia="Times New Roman" w:hAnsi="Times New Roman"/>
          <w:color w:val="000000"/>
          <w:sz w:val="24"/>
          <w:lang w:val="ru-RU"/>
        </w:rPr>
        <w:t xml:space="preserve"> (одно произведение по выбору). Например, Л. Кэрролл. «Алиса в Стране Чудес» (главы по выбору), Дж. Р. Р. </w:t>
      </w:r>
      <w:proofErr w:type="spellStart"/>
      <w:r w:rsidRPr="007924E7">
        <w:rPr>
          <w:rFonts w:ascii="Times New Roman" w:eastAsia="Times New Roman" w:hAnsi="Times New Roman"/>
          <w:color w:val="000000"/>
          <w:sz w:val="24"/>
          <w:lang w:val="ru-RU"/>
        </w:rPr>
        <w:t>Толкин</w:t>
      </w:r>
      <w:proofErr w:type="spellEnd"/>
      <w:r w:rsidRPr="007924E7">
        <w:rPr>
          <w:rFonts w:ascii="Times New Roman" w:eastAsia="Times New Roman" w:hAnsi="Times New Roman"/>
          <w:color w:val="000000"/>
          <w:sz w:val="24"/>
          <w:lang w:val="ru-RU"/>
        </w:rPr>
        <w:t>. «</w:t>
      </w:r>
      <w:proofErr w:type="spellStart"/>
      <w:r w:rsidRPr="007924E7">
        <w:rPr>
          <w:rFonts w:ascii="Times New Roman" w:eastAsia="Times New Roman" w:hAnsi="Times New Roman"/>
          <w:color w:val="000000"/>
          <w:sz w:val="24"/>
          <w:lang w:val="ru-RU"/>
        </w:rPr>
        <w:t>Хоббит</w:t>
      </w:r>
      <w:proofErr w:type="spellEnd"/>
      <w:r w:rsidRPr="007924E7">
        <w:rPr>
          <w:rFonts w:ascii="Times New Roman" w:eastAsia="Times New Roman" w:hAnsi="Times New Roman"/>
          <w:color w:val="000000"/>
          <w:sz w:val="24"/>
          <w:lang w:val="ru-RU"/>
        </w:rPr>
        <w:t>, или</w:t>
      </w:r>
      <w:proofErr w:type="gramStart"/>
      <w:r w:rsidRPr="007924E7">
        <w:rPr>
          <w:rFonts w:ascii="Times New Roman" w:eastAsia="Times New Roman" w:hAnsi="Times New Roman"/>
          <w:color w:val="000000"/>
          <w:sz w:val="24"/>
          <w:lang w:val="ru-RU"/>
        </w:rPr>
        <w:t xml:space="preserve"> Т</w:t>
      </w:r>
      <w:proofErr w:type="gramEnd"/>
      <w:r w:rsidRPr="007924E7">
        <w:rPr>
          <w:rFonts w:ascii="Times New Roman" w:eastAsia="Times New Roman" w:hAnsi="Times New Roman"/>
          <w:color w:val="000000"/>
          <w:sz w:val="24"/>
          <w:lang w:val="ru-RU"/>
        </w:rPr>
        <w:t>уда и обратно» (главы по выбору).</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b/>
          <w:color w:val="000000"/>
          <w:sz w:val="24"/>
          <w:lang w:val="ru-RU"/>
        </w:rPr>
        <w:t xml:space="preserve">Зарубежная проза о детях и подростках </w:t>
      </w:r>
      <w:r w:rsidRPr="007924E7">
        <w:rPr>
          <w:rFonts w:ascii="Times New Roman" w:eastAsia="Times New Roman" w:hAnsi="Times New Roman"/>
          <w:color w:val="000000"/>
          <w:sz w:val="24"/>
          <w:lang w:val="ru-RU"/>
        </w:rPr>
        <w:t xml:space="preserve">(два произведения по выбору).   Например,   М.   Твен. </w:t>
      </w:r>
    </w:p>
    <w:p w:rsidR="00C76F25" w:rsidRPr="007924E7" w:rsidRDefault="0044668A">
      <w:pPr>
        <w:autoSpaceDE w:val="0"/>
        <w:autoSpaceDN w:val="0"/>
        <w:spacing w:before="70" w:after="0"/>
        <w:ind w:right="144"/>
        <w:rPr>
          <w:lang w:val="ru-RU"/>
        </w:rPr>
      </w:pPr>
      <w:r w:rsidRPr="007924E7">
        <w:rPr>
          <w:rFonts w:ascii="Times New Roman" w:eastAsia="Times New Roman" w:hAnsi="Times New Roman"/>
          <w:color w:val="000000"/>
          <w:sz w:val="24"/>
          <w:lang w:val="ru-RU"/>
        </w:rPr>
        <w:t xml:space="preserve">«Приключения   Тома   </w:t>
      </w:r>
      <w:proofErr w:type="spellStart"/>
      <w:r w:rsidRPr="007924E7">
        <w:rPr>
          <w:rFonts w:ascii="Times New Roman" w:eastAsia="Times New Roman" w:hAnsi="Times New Roman"/>
          <w:color w:val="000000"/>
          <w:sz w:val="24"/>
          <w:lang w:val="ru-RU"/>
        </w:rPr>
        <w:t>Сойера</w:t>
      </w:r>
      <w:proofErr w:type="spellEnd"/>
      <w:r w:rsidRPr="007924E7">
        <w:rPr>
          <w:rFonts w:ascii="Times New Roman" w:eastAsia="Times New Roman" w:hAnsi="Times New Roman"/>
          <w:color w:val="000000"/>
          <w:sz w:val="24"/>
          <w:lang w:val="ru-RU"/>
        </w:rPr>
        <w:t>»</w:t>
      </w:r>
      <w:r w:rsidRPr="007924E7">
        <w:rPr>
          <w:lang w:val="ru-RU"/>
        </w:rPr>
        <w:br/>
      </w:r>
      <w:r w:rsidRPr="007924E7">
        <w:rPr>
          <w:rFonts w:ascii="Times New Roman" w:eastAsia="Times New Roman" w:hAnsi="Times New Roman"/>
          <w:color w:val="000000"/>
          <w:sz w:val="24"/>
          <w:lang w:val="ru-RU"/>
        </w:rPr>
        <w:t xml:space="preserve">(главы по выбору); Дж. Лондон. «Сказание о </w:t>
      </w:r>
      <w:proofErr w:type="spellStart"/>
      <w:r w:rsidRPr="007924E7">
        <w:rPr>
          <w:rFonts w:ascii="Times New Roman" w:eastAsia="Times New Roman" w:hAnsi="Times New Roman"/>
          <w:color w:val="000000"/>
          <w:sz w:val="24"/>
          <w:lang w:val="ru-RU"/>
        </w:rPr>
        <w:t>Кише</w:t>
      </w:r>
      <w:proofErr w:type="spellEnd"/>
      <w:r w:rsidRPr="007924E7">
        <w:rPr>
          <w:rFonts w:ascii="Times New Roman" w:eastAsia="Times New Roman" w:hAnsi="Times New Roman"/>
          <w:color w:val="000000"/>
          <w:sz w:val="24"/>
          <w:lang w:val="ru-RU"/>
        </w:rPr>
        <w:t xml:space="preserve">»; Р. </w:t>
      </w:r>
      <w:proofErr w:type="spellStart"/>
      <w:r w:rsidRPr="007924E7">
        <w:rPr>
          <w:rFonts w:ascii="Times New Roman" w:eastAsia="Times New Roman" w:hAnsi="Times New Roman"/>
          <w:color w:val="000000"/>
          <w:sz w:val="24"/>
          <w:lang w:val="ru-RU"/>
        </w:rPr>
        <w:t>Брэдбери</w:t>
      </w:r>
      <w:proofErr w:type="spellEnd"/>
      <w:r w:rsidRPr="007924E7">
        <w:rPr>
          <w:rFonts w:ascii="Times New Roman" w:eastAsia="Times New Roman" w:hAnsi="Times New Roman"/>
          <w:color w:val="000000"/>
          <w:sz w:val="24"/>
          <w:lang w:val="ru-RU"/>
        </w:rPr>
        <w:t>. Рассказы. Например, «</w:t>
      </w:r>
      <w:proofErr w:type="spellStart"/>
      <w:r w:rsidRPr="007924E7">
        <w:rPr>
          <w:rFonts w:ascii="Times New Roman" w:eastAsia="Times New Roman" w:hAnsi="Times New Roman"/>
          <w:color w:val="000000"/>
          <w:sz w:val="24"/>
          <w:lang w:val="ru-RU"/>
        </w:rPr>
        <w:t>Каникулы»</w:t>
      </w:r>
      <w:proofErr w:type="gramStart"/>
      <w:r w:rsidRPr="007924E7">
        <w:rPr>
          <w:rFonts w:ascii="Times New Roman" w:eastAsia="Times New Roman" w:hAnsi="Times New Roman"/>
          <w:color w:val="000000"/>
          <w:sz w:val="24"/>
          <w:lang w:val="ru-RU"/>
        </w:rPr>
        <w:t>,«</w:t>
      </w:r>
      <w:proofErr w:type="gramEnd"/>
      <w:r w:rsidRPr="007924E7">
        <w:rPr>
          <w:rFonts w:ascii="Times New Roman" w:eastAsia="Times New Roman" w:hAnsi="Times New Roman"/>
          <w:color w:val="000000"/>
          <w:sz w:val="24"/>
          <w:lang w:val="ru-RU"/>
        </w:rPr>
        <w:t>Звук</w:t>
      </w:r>
      <w:proofErr w:type="spellEnd"/>
      <w:r w:rsidRPr="007924E7">
        <w:rPr>
          <w:rFonts w:ascii="Times New Roman" w:eastAsia="Times New Roman" w:hAnsi="Times New Roman"/>
          <w:color w:val="000000"/>
          <w:sz w:val="24"/>
          <w:lang w:val="ru-RU"/>
        </w:rPr>
        <w:t xml:space="preserve"> бегущих ног»,</w:t>
      </w:r>
      <w:r w:rsidRPr="007924E7">
        <w:rPr>
          <w:lang w:val="ru-RU"/>
        </w:rPr>
        <w:br/>
      </w:r>
      <w:r w:rsidRPr="007924E7">
        <w:rPr>
          <w:rFonts w:ascii="Times New Roman" w:eastAsia="Times New Roman" w:hAnsi="Times New Roman"/>
          <w:color w:val="000000"/>
          <w:sz w:val="24"/>
          <w:lang w:val="ru-RU"/>
        </w:rPr>
        <w:t>«Зелёное утро» и др.</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b/>
          <w:color w:val="000000"/>
          <w:sz w:val="24"/>
          <w:lang w:val="ru-RU"/>
        </w:rPr>
        <w:t xml:space="preserve">Зарубежная приключенческая проза </w:t>
      </w:r>
      <w:r w:rsidRPr="007924E7">
        <w:rPr>
          <w:rFonts w:ascii="Times New Roman" w:eastAsia="Times New Roman" w:hAnsi="Times New Roman"/>
          <w:color w:val="000000"/>
          <w:sz w:val="24"/>
          <w:lang w:val="ru-RU"/>
        </w:rPr>
        <w:t>(два произведения по выбору).</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color w:val="000000"/>
          <w:sz w:val="24"/>
          <w:lang w:val="ru-RU"/>
        </w:rPr>
        <w:t>Например, Р. Л. Стивенсон. «Остров сокровищ», «Чёрная стрела» и др.</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b/>
          <w:color w:val="000000"/>
          <w:sz w:val="24"/>
          <w:lang w:val="ru-RU"/>
        </w:rPr>
        <w:t xml:space="preserve">Зарубежная проза о животных </w:t>
      </w:r>
      <w:r w:rsidRPr="007924E7">
        <w:rPr>
          <w:rFonts w:ascii="Times New Roman" w:eastAsia="Times New Roman" w:hAnsi="Times New Roman"/>
          <w:color w:val="000000"/>
          <w:sz w:val="24"/>
          <w:lang w:val="ru-RU"/>
        </w:rPr>
        <w:t>(одно-два произведения по выбору).</w:t>
      </w:r>
    </w:p>
    <w:p w:rsidR="00C76F25" w:rsidRPr="007924E7" w:rsidRDefault="0044668A">
      <w:pPr>
        <w:autoSpaceDE w:val="0"/>
        <w:autoSpaceDN w:val="0"/>
        <w:spacing w:before="70" w:after="0" w:line="262" w:lineRule="auto"/>
        <w:ind w:right="432"/>
        <w:rPr>
          <w:lang w:val="ru-RU"/>
        </w:rPr>
      </w:pPr>
      <w:r w:rsidRPr="007924E7">
        <w:rPr>
          <w:rFonts w:ascii="Times New Roman" w:eastAsia="Times New Roman" w:hAnsi="Times New Roman"/>
          <w:color w:val="000000"/>
          <w:sz w:val="24"/>
          <w:lang w:val="ru-RU"/>
        </w:rPr>
        <w:t>Э. Сетон-Томпсон. «</w:t>
      </w:r>
      <w:proofErr w:type="gramStart"/>
      <w:r w:rsidRPr="007924E7">
        <w:rPr>
          <w:rFonts w:ascii="Times New Roman" w:eastAsia="Times New Roman" w:hAnsi="Times New Roman"/>
          <w:color w:val="000000"/>
          <w:sz w:val="24"/>
          <w:lang w:val="ru-RU"/>
        </w:rPr>
        <w:t>Королевская</w:t>
      </w:r>
      <w:proofErr w:type="gramEnd"/>
      <w:r w:rsidRPr="007924E7">
        <w:rPr>
          <w:rFonts w:ascii="Times New Roman" w:eastAsia="Times New Roman" w:hAnsi="Times New Roman"/>
          <w:color w:val="000000"/>
          <w:sz w:val="24"/>
          <w:lang w:val="ru-RU"/>
        </w:rPr>
        <w:t xml:space="preserve"> </w:t>
      </w:r>
      <w:proofErr w:type="spellStart"/>
      <w:r w:rsidRPr="007924E7">
        <w:rPr>
          <w:rFonts w:ascii="Times New Roman" w:eastAsia="Times New Roman" w:hAnsi="Times New Roman"/>
          <w:color w:val="000000"/>
          <w:sz w:val="24"/>
          <w:lang w:val="ru-RU"/>
        </w:rPr>
        <w:t>аналостанка</w:t>
      </w:r>
      <w:proofErr w:type="spellEnd"/>
      <w:r w:rsidRPr="007924E7">
        <w:rPr>
          <w:rFonts w:ascii="Times New Roman" w:eastAsia="Times New Roman" w:hAnsi="Times New Roman"/>
          <w:color w:val="000000"/>
          <w:sz w:val="24"/>
          <w:lang w:val="ru-RU"/>
        </w:rPr>
        <w:t>»; Дж. Даррелл. «Говорящий свёрток»; Дж. Лондон. «Белый  клык»; Дж. Р. Киплинг. «</w:t>
      </w:r>
      <w:proofErr w:type="spellStart"/>
      <w:r w:rsidRPr="007924E7">
        <w:rPr>
          <w:rFonts w:ascii="Times New Roman" w:eastAsia="Times New Roman" w:hAnsi="Times New Roman"/>
          <w:color w:val="000000"/>
          <w:sz w:val="24"/>
          <w:lang w:val="ru-RU"/>
        </w:rPr>
        <w:t>Маугли</w:t>
      </w:r>
      <w:proofErr w:type="spellEnd"/>
      <w:r w:rsidRPr="007924E7">
        <w:rPr>
          <w:rFonts w:ascii="Times New Roman" w:eastAsia="Times New Roman" w:hAnsi="Times New Roman"/>
          <w:color w:val="000000"/>
          <w:sz w:val="24"/>
          <w:lang w:val="ru-RU"/>
        </w:rPr>
        <w:t>», «</w:t>
      </w:r>
      <w:proofErr w:type="spellStart"/>
      <w:r w:rsidRPr="007924E7">
        <w:rPr>
          <w:rFonts w:ascii="Times New Roman" w:eastAsia="Times New Roman" w:hAnsi="Times New Roman"/>
          <w:color w:val="000000"/>
          <w:sz w:val="24"/>
          <w:lang w:val="ru-RU"/>
        </w:rPr>
        <w:t>Рикки-Тикки-Тави</w:t>
      </w:r>
      <w:proofErr w:type="spellEnd"/>
      <w:r w:rsidRPr="007924E7">
        <w:rPr>
          <w:rFonts w:ascii="Times New Roman" w:eastAsia="Times New Roman" w:hAnsi="Times New Roman"/>
          <w:color w:val="000000"/>
          <w:sz w:val="24"/>
          <w:lang w:val="ru-RU"/>
        </w:rPr>
        <w:t>» и др.</w:t>
      </w:r>
    </w:p>
    <w:p w:rsidR="00C76F25" w:rsidRPr="007924E7" w:rsidRDefault="00C76F25">
      <w:pPr>
        <w:rPr>
          <w:lang w:val="ru-RU"/>
        </w:rPr>
        <w:sectPr w:rsidR="00C76F25" w:rsidRPr="007924E7">
          <w:pgSz w:w="11900" w:h="16840"/>
          <w:pgMar w:top="286" w:right="658" w:bottom="1440" w:left="666" w:header="720" w:footer="720" w:gutter="0"/>
          <w:cols w:space="720" w:equalWidth="0">
            <w:col w:w="10576" w:space="0"/>
          </w:cols>
          <w:docGrid w:linePitch="360"/>
        </w:sectPr>
      </w:pPr>
    </w:p>
    <w:p w:rsidR="00C76F25" w:rsidRPr="007924E7" w:rsidRDefault="00C76F25">
      <w:pPr>
        <w:autoSpaceDE w:val="0"/>
        <w:autoSpaceDN w:val="0"/>
        <w:spacing w:after="78" w:line="220" w:lineRule="exact"/>
        <w:rPr>
          <w:lang w:val="ru-RU"/>
        </w:rPr>
      </w:pPr>
    </w:p>
    <w:p w:rsidR="00C76F25" w:rsidRPr="007924E7" w:rsidRDefault="0044668A">
      <w:pPr>
        <w:autoSpaceDE w:val="0"/>
        <w:autoSpaceDN w:val="0"/>
        <w:spacing w:after="0" w:line="230" w:lineRule="auto"/>
        <w:rPr>
          <w:lang w:val="ru-RU"/>
        </w:rPr>
      </w:pPr>
      <w:r w:rsidRPr="007924E7">
        <w:rPr>
          <w:rFonts w:ascii="Times New Roman" w:eastAsia="Times New Roman" w:hAnsi="Times New Roman"/>
          <w:b/>
          <w:color w:val="000000"/>
          <w:sz w:val="24"/>
          <w:lang w:val="ru-RU"/>
        </w:rPr>
        <w:t>ПЛАНИРУЕМЫЕ ОБРАЗОВАТЕЛЬНЫЕ РЕЗУЛЬТАТЫ</w:t>
      </w:r>
    </w:p>
    <w:p w:rsidR="00C76F25" w:rsidRPr="007924E7" w:rsidRDefault="0044668A">
      <w:pPr>
        <w:tabs>
          <w:tab w:val="left" w:pos="180"/>
        </w:tabs>
        <w:autoSpaceDE w:val="0"/>
        <w:autoSpaceDN w:val="0"/>
        <w:spacing w:before="346" w:after="0" w:line="262" w:lineRule="auto"/>
        <w:rPr>
          <w:lang w:val="ru-RU"/>
        </w:rPr>
      </w:pPr>
      <w:r w:rsidRPr="007924E7">
        <w:rPr>
          <w:lang w:val="ru-RU"/>
        </w:rPr>
        <w:tab/>
      </w:r>
      <w:r w:rsidRPr="007924E7">
        <w:rPr>
          <w:rFonts w:ascii="Times New Roman" w:eastAsia="Times New Roman" w:hAnsi="Times New Roman"/>
          <w:color w:val="000000"/>
          <w:sz w:val="24"/>
          <w:lang w:val="ru-RU"/>
        </w:rPr>
        <w:t xml:space="preserve">Изучение литературы в 5 классе направлено на достижение </w:t>
      </w:r>
      <w:proofErr w:type="gramStart"/>
      <w:r w:rsidRPr="007924E7">
        <w:rPr>
          <w:rFonts w:ascii="Times New Roman" w:eastAsia="Times New Roman" w:hAnsi="Times New Roman"/>
          <w:color w:val="000000"/>
          <w:sz w:val="24"/>
          <w:lang w:val="ru-RU"/>
        </w:rPr>
        <w:t>обучающимися</w:t>
      </w:r>
      <w:proofErr w:type="gramEnd"/>
      <w:r w:rsidRPr="007924E7">
        <w:rPr>
          <w:rFonts w:ascii="Times New Roman" w:eastAsia="Times New Roman" w:hAnsi="Times New Roman"/>
          <w:color w:val="000000"/>
          <w:sz w:val="24"/>
          <w:lang w:val="ru-RU"/>
        </w:rPr>
        <w:t xml:space="preserve"> следующих личностных, </w:t>
      </w:r>
      <w:proofErr w:type="spellStart"/>
      <w:r w:rsidRPr="007924E7">
        <w:rPr>
          <w:rFonts w:ascii="Times New Roman" w:eastAsia="Times New Roman" w:hAnsi="Times New Roman"/>
          <w:color w:val="000000"/>
          <w:sz w:val="24"/>
          <w:lang w:val="ru-RU"/>
        </w:rPr>
        <w:t>метапредметных</w:t>
      </w:r>
      <w:proofErr w:type="spellEnd"/>
      <w:r w:rsidRPr="007924E7">
        <w:rPr>
          <w:rFonts w:ascii="Times New Roman" w:eastAsia="Times New Roman" w:hAnsi="Times New Roman"/>
          <w:color w:val="000000"/>
          <w:sz w:val="24"/>
          <w:lang w:val="ru-RU"/>
        </w:rPr>
        <w:t xml:space="preserve"> и предметных результатов освоения учебного предмета.</w:t>
      </w:r>
    </w:p>
    <w:p w:rsidR="00C76F25" w:rsidRPr="007924E7" w:rsidRDefault="0044668A">
      <w:pPr>
        <w:autoSpaceDE w:val="0"/>
        <w:autoSpaceDN w:val="0"/>
        <w:spacing w:before="262" w:after="0" w:line="230" w:lineRule="auto"/>
        <w:rPr>
          <w:lang w:val="ru-RU"/>
        </w:rPr>
      </w:pPr>
      <w:r w:rsidRPr="007924E7">
        <w:rPr>
          <w:rFonts w:ascii="Times New Roman" w:eastAsia="Times New Roman" w:hAnsi="Times New Roman"/>
          <w:b/>
          <w:color w:val="000000"/>
          <w:sz w:val="24"/>
          <w:lang w:val="ru-RU"/>
        </w:rPr>
        <w:t>ЛИЧНОСТНЫЕ РЕЗУЛЬТАТЫ</w:t>
      </w:r>
    </w:p>
    <w:p w:rsidR="00C76F25" w:rsidRPr="007924E7" w:rsidRDefault="0044668A">
      <w:pPr>
        <w:autoSpaceDE w:val="0"/>
        <w:autoSpaceDN w:val="0"/>
        <w:spacing w:before="166" w:after="0" w:line="281" w:lineRule="auto"/>
        <w:ind w:right="144" w:firstLine="180"/>
        <w:rPr>
          <w:lang w:val="ru-RU"/>
        </w:rPr>
      </w:pPr>
      <w:r w:rsidRPr="007924E7">
        <w:rPr>
          <w:rFonts w:ascii="Times New Roman" w:eastAsia="Times New Roman" w:hAnsi="Times New Roman"/>
          <w:color w:val="000000"/>
          <w:sz w:val="24"/>
          <w:lang w:val="ru-RU"/>
        </w:rPr>
        <w:t xml:space="preserve">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w:t>
      </w:r>
      <w:r w:rsidRPr="007924E7">
        <w:rPr>
          <w:lang w:val="ru-RU"/>
        </w:rPr>
        <w:br/>
      </w:r>
      <w:r w:rsidRPr="007924E7">
        <w:rPr>
          <w:rFonts w:ascii="Times New Roman" w:eastAsia="Times New Roman" w:hAnsi="Times New Roman"/>
          <w:color w:val="000000"/>
          <w:sz w:val="24"/>
          <w:lang w:val="ru-RU"/>
        </w:rPr>
        <w:t>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76F25" w:rsidRPr="007924E7" w:rsidRDefault="0044668A">
      <w:pPr>
        <w:autoSpaceDE w:val="0"/>
        <w:autoSpaceDN w:val="0"/>
        <w:spacing w:before="72" w:after="0"/>
        <w:ind w:right="432" w:firstLine="180"/>
        <w:rPr>
          <w:lang w:val="ru-RU"/>
        </w:rPr>
      </w:pPr>
      <w:r w:rsidRPr="007924E7">
        <w:rPr>
          <w:rFonts w:ascii="Times New Roman" w:eastAsia="Times New Roman" w:hAnsi="Times New Roman"/>
          <w:color w:val="000000"/>
          <w:sz w:val="24"/>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C76F25" w:rsidRPr="007924E7" w:rsidRDefault="0044668A">
      <w:pPr>
        <w:autoSpaceDE w:val="0"/>
        <w:autoSpaceDN w:val="0"/>
        <w:spacing w:before="190" w:after="0" w:line="230" w:lineRule="auto"/>
        <w:ind w:left="180"/>
        <w:rPr>
          <w:lang w:val="ru-RU"/>
        </w:rPr>
      </w:pPr>
      <w:r w:rsidRPr="007924E7">
        <w:rPr>
          <w:rFonts w:ascii="Times New Roman" w:eastAsia="Times New Roman" w:hAnsi="Times New Roman"/>
          <w:b/>
          <w:color w:val="000000"/>
          <w:sz w:val="24"/>
          <w:lang w:val="ru-RU"/>
        </w:rPr>
        <w:t>Гражданского воспитания:</w:t>
      </w:r>
    </w:p>
    <w:p w:rsidR="00C76F25" w:rsidRPr="007924E7" w:rsidRDefault="0044668A">
      <w:pPr>
        <w:autoSpaceDE w:val="0"/>
        <w:autoSpaceDN w:val="0"/>
        <w:spacing w:before="178" w:after="0" w:line="262" w:lineRule="auto"/>
        <w:ind w:left="420" w:right="288"/>
        <w:rPr>
          <w:lang w:val="ru-RU"/>
        </w:rPr>
      </w:pPr>
      <w:r w:rsidRPr="007924E7">
        <w:rPr>
          <w:rFonts w:ascii="Times New Roman" w:eastAsia="Times New Roman" w:hAnsi="Times New Roman"/>
          <w:color w:val="000000"/>
          <w:sz w:val="24"/>
          <w:lang w:val="ru-RU"/>
        </w:rPr>
        <w:t xml:space="preserve">—  готовность к выполнению обязанностей гражданина и реализации его прав, уважение прав, свобод и законных интересов других людей; </w:t>
      </w:r>
    </w:p>
    <w:p w:rsidR="00C76F25" w:rsidRPr="007924E7" w:rsidRDefault="0044668A">
      <w:pPr>
        <w:autoSpaceDE w:val="0"/>
        <w:autoSpaceDN w:val="0"/>
        <w:spacing w:before="190" w:after="0" w:line="271" w:lineRule="auto"/>
        <w:ind w:left="420" w:right="144"/>
        <w:rPr>
          <w:lang w:val="ru-RU"/>
        </w:rPr>
      </w:pPr>
      <w:r w:rsidRPr="007924E7">
        <w:rPr>
          <w:rFonts w:ascii="Times New Roman" w:eastAsia="Times New Roman" w:hAnsi="Times New Roman"/>
          <w:color w:val="000000"/>
          <w:sz w:val="24"/>
          <w:lang w:val="ru-RU"/>
        </w:rPr>
        <w:t>—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неприятие любых форм экстремизма, дискриминации;</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понимание роли различных социальных институтов в жизни человека;</w:t>
      </w:r>
    </w:p>
    <w:p w:rsidR="00C76F25" w:rsidRPr="007924E7" w:rsidRDefault="0044668A">
      <w:pPr>
        <w:autoSpaceDE w:val="0"/>
        <w:autoSpaceDN w:val="0"/>
        <w:spacing w:before="190" w:after="0" w:line="271" w:lineRule="auto"/>
        <w:ind w:left="420" w:right="432"/>
        <w:rPr>
          <w:lang w:val="ru-RU"/>
        </w:rPr>
      </w:pPr>
      <w:r w:rsidRPr="007924E7">
        <w:rPr>
          <w:rFonts w:ascii="Times New Roman" w:eastAsia="Times New Roman" w:hAnsi="Times New Roman"/>
          <w:color w:val="000000"/>
          <w:sz w:val="24"/>
          <w:lang w:val="ru-RU"/>
        </w:rPr>
        <w:t>—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представление о способах противодействия коррупции;</w:t>
      </w:r>
    </w:p>
    <w:p w:rsidR="00C76F25" w:rsidRPr="007924E7" w:rsidRDefault="0044668A">
      <w:pPr>
        <w:autoSpaceDE w:val="0"/>
        <w:autoSpaceDN w:val="0"/>
        <w:spacing w:before="190" w:after="0" w:line="262" w:lineRule="auto"/>
        <w:ind w:left="420" w:right="432"/>
        <w:rPr>
          <w:lang w:val="ru-RU"/>
        </w:rPr>
      </w:pPr>
      <w:r w:rsidRPr="007924E7">
        <w:rPr>
          <w:rFonts w:ascii="Times New Roman" w:eastAsia="Times New Roman" w:hAnsi="Times New Roman"/>
          <w:color w:val="000000"/>
          <w:sz w:val="24"/>
          <w:lang w:val="ru-RU"/>
        </w:rPr>
        <w:t>—   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C76F25" w:rsidRPr="007924E7" w:rsidRDefault="0044668A">
      <w:pPr>
        <w:autoSpaceDE w:val="0"/>
        <w:autoSpaceDN w:val="0"/>
        <w:spacing w:before="192" w:after="0" w:line="230" w:lineRule="auto"/>
        <w:ind w:left="420"/>
        <w:rPr>
          <w:lang w:val="ru-RU"/>
        </w:rPr>
      </w:pPr>
      <w:r w:rsidRPr="007924E7">
        <w:rPr>
          <w:rFonts w:ascii="Times New Roman" w:eastAsia="Times New Roman" w:hAnsi="Times New Roman"/>
          <w:color w:val="000000"/>
          <w:sz w:val="24"/>
          <w:lang w:val="ru-RU"/>
        </w:rPr>
        <w:t>—   активное участие в школьном самоуправлении;</w:t>
      </w:r>
    </w:p>
    <w:p w:rsidR="00C76F25" w:rsidRPr="007924E7" w:rsidRDefault="0044668A">
      <w:pPr>
        <w:autoSpaceDE w:val="0"/>
        <w:autoSpaceDN w:val="0"/>
        <w:spacing w:before="190" w:after="0" w:line="262" w:lineRule="auto"/>
        <w:ind w:left="420" w:right="1008"/>
        <w:rPr>
          <w:lang w:val="ru-RU"/>
        </w:rPr>
      </w:pPr>
      <w:r w:rsidRPr="007924E7">
        <w:rPr>
          <w:rFonts w:ascii="Times New Roman" w:eastAsia="Times New Roman" w:hAnsi="Times New Roman"/>
          <w:color w:val="000000"/>
          <w:sz w:val="24"/>
          <w:lang w:val="ru-RU"/>
        </w:rPr>
        <w:t>—   готовность к участию в гуманитарной деятельности (</w:t>
      </w:r>
      <w:proofErr w:type="spellStart"/>
      <w:r w:rsidRPr="007924E7">
        <w:rPr>
          <w:rFonts w:ascii="Times New Roman" w:eastAsia="Times New Roman" w:hAnsi="Times New Roman"/>
          <w:color w:val="000000"/>
          <w:sz w:val="24"/>
          <w:lang w:val="ru-RU"/>
        </w:rPr>
        <w:t>волонтерство</w:t>
      </w:r>
      <w:proofErr w:type="spellEnd"/>
      <w:r w:rsidRPr="007924E7">
        <w:rPr>
          <w:rFonts w:ascii="Times New Roman" w:eastAsia="Times New Roman" w:hAnsi="Times New Roman"/>
          <w:color w:val="000000"/>
          <w:sz w:val="24"/>
          <w:lang w:val="ru-RU"/>
        </w:rPr>
        <w:t>; помощь людям, нуждающимся в ней).</w:t>
      </w:r>
    </w:p>
    <w:p w:rsidR="00C76F25" w:rsidRPr="007924E7" w:rsidRDefault="0044668A">
      <w:pPr>
        <w:autoSpaceDE w:val="0"/>
        <w:autoSpaceDN w:val="0"/>
        <w:spacing w:before="298" w:after="0" w:line="230" w:lineRule="auto"/>
        <w:ind w:left="180"/>
        <w:rPr>
          <w:lang w:val="ru-RU"/>
        </w:rPr>
      </w:pPr>
      <w:r w:rsidRPr="007924E7">
        <w:rPr>
          <w:rFonts w:ascii="Times New Roman" w:eastAsia="Times New Roman" w:hAnsi="Times New Roman"/>
          <w:b/>
          <w:color w:val="000000"/>
          <w:sz w:val="24"/>
          <w:lang w:val="ru-RU"/>
        </w:rPr>
        <w:t>Патриотического воспитания:</w:t>
      </w:r>
    </w:p>
    <w:p w:rsidR="00C76F25" w:rsidRPr="007924E7" w:rsidRDefault="0044668A">
      <w:pPr>
        <w:autoSpaceDE w:val="0"/>
        <w:autoSpaceDN w:val="0"/>
        <w:spacing w:before="178" w:after="0"/>
        <w:ind w:left="420" w:right="432"/>
        <w:rPr>
          <w:lang w:val="ru-RU"/>
        </w:rPr>
      </w:pPr>
      <w:r w:rsidRPr="007924E7">
        <w:rPr>
          <w:rFonts w:ascii="Times New Roman" w:eastAsia="Times New Roman" w:hAnsi="Times New Roman"/>
          <w:color w:val="000000"/>
          <w:sz w:val="24"/>
          <w:lang w:val="ru-RU"/>
        </w:rPr>
        <w:t xml:space="preserve">—  осознание российской гражданской идентичности в поликультурном и </w:t>
      </w:r>
      <w:r w:rsidRPr="007924E7">
        <w:rPr>
          <w:lang w:val="ru-RU"/>
        </w:rPr>
        <w:br/>
      </w:r>
      <w:r w:rsidRPr="007924E7">
        <w:rPr>
          <w:rFonts w:ascii="Times New Roman" w:eastAsia="Times New Roman" w:hAnsi="Times New Roman"/>
          <w:color w:val="000000"/>
          <w:sz w:val="24"/>
          <w:lang w:val="ru-RU"/>
        </w:rPr>
        <w:t xml:space="preserve">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w:t>
      </w:r>
      <w:r w:rsidRPr="007924E7">
        <w:rPr>
          <w:lang w:val="ru-RU"/>
        </w:rPr>
        <w:br/>
      </w:r>
      <w:r w:rsidRPr="007924E7">
        <w:rPr>
          <w:rFonts w:ascii="Times New Roman" w:eastAsia="Times New Roman" w:hAnsi="Times New Roman"/>
          <w:color w:val="000000"/>
          <w:sz w:val="24"/>
          <w:lang w:val="ru-RU"/>
        </w:rPr>
        <w:t>произведений русской и зарубежной литературы, а также литератур народов РФ;</w:t>
      </w:r>
    </w:p>
    <w:p w:rsidR="00C76F25" w:rsidRPr="007924E7" w:rsidRDefault="0044668A">
      <w:pPr>
        <w:autoSpaceDE w:val="0"/>
        <w:autoSpaceDN w:val="0"/>
        <w:spacing w:before="190" w:after="0" w:line="271" w:lineRule="auto"/>
        <w:ind w:left="420" w:right="288"/>
        <w:rPr>
          <w:lang w:val="ru-RU"/>
        </w:rPr>
      </w:pPr>
      <w:r w:rsidRPr="007924E7">
        <w:rPr>
          <w:rFonts w:ascii="Times New Roman" w:eastAsia="Times New Roman" w:hAnsi="Times New Roman"/>
          <w:color w:val="000000"/>
          <w:sz w:val="24"/>
          <w:lang w:val="ru-RU"/>
        </w:rPr>
        <w:t>—  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C76F25" w:rsidRPr="007924E7" w:rsidRDefault="00C76F25">
      <w:pPr>
        <w:rPr>
          <w:lang w:val="ru-RU"/>
        </w:rPr>
        <w:sectPr w:rsidR="00C76F25" w:rsidRPr="007924E7">
          <w:pgSz w:w="11900" w:h="16840"/>
          <w:pgMar w:top="298" w:right="650" w:bottom="500" w:left="666" w:header="720" w:footer="720" w:gutter="0"/>
          <w:cols w:space="720" w:equalWidth="0">
            <w:col w:w="10584" w:space="0"/>
          </w:cols>
          <w:docGrid w:linePitch="360"/>
        </w:sectPr>
      </w:pPr>
    </w:p>
    <w:p w:rsidR="00C76F25" w:rsidRPr="007924E7" w:rsidRDefault="00C76F25">
      <w:pPr>
        <w:autoSpaceDE w:val="0"/>
        <w:autoSpaceDN w:val="0"/>
        <w:spacing w:after="108" w:line="220" w:lineRule="exact"/>
        <w:rPr>
          <w:lang w:val="ru-RU"/>
        </w:rPr>
      </w:pPr>
    </w:p>
    <w:p w:rsidR="00C76F25" w:rsidRPr="007924E7" w:rsidRDefault="0044668A">
      <w:pPr>
        <w:autoSpaceDE w:val="0"/>
        <w:autoSpaceDN w:val="0"/>
        <w:spacing w:after="0" w:line="271" w:lineRule="auto"/>
        <w:ind w:left="240" w:right="454"/>
        <w:jc w:val="both"/>
        <w:rPr>
          <w:lang w:val="ru-RU"/>
        </w:rPr>
      </w:pPr>
      <w:r w:rsidRPr="007924E7">
        <w:rPr>
          <w:rFonts w:ascii="Times New Roman" w:eastAsia="Times New Roman" w:hAnsi="Times New Roman"/>
          <w:color w:val="000000"/>
          <w:sz w:val="24"/>
          <w:lang w:val="ru-RU"/>
        </w:rPr>
        <w:t>—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C76F25" w:rsidRPr="007924E7" w:rsidRDefault="0044668A">
      <w:pPr>
        <w:autoSpaceDE w:val="0"/>
        <w:autoSpaceDN w:val="0"/>
        <w:spacing w:before="298" w:after="0" w:line="230" w:lineRule="auto"/>
        <w:rPr>
          <w:lang w:val="ru-RU"/>
        </w:rPr>
      </w:pPr>
      <w:r w:rsidRPr="007924E7">
        <w:rPr>
          <w:rFonts w:ascii="Times New Roman" w:eastAsia="Times New Roman" w:hAnsi="Times New Roman"/>
          <w:b/>
          <w:color w:val="000000"/>
          <w:sz w:val="24"/>
          <w:lang w:val="ru-RU"/>
        </w:rPr>
        <w:t>Духовно-нравственного воспитания:</w:t>
      </w:r>
    </w:p>
    <w:p w:rsidR="00C76F25" w:rsidRPr="007924E7" w:rsidRDefault="0044668A">
      <w:pPr>
        <w:autoSpaceDE w:val="0"/>
        <w:autoSpaceDN w:val="0"/>
        <w:spacing w:before="178" w:after="0" w:line="262" w:lineRule="auto"/>
        <w:ind w:left="240" w:right="432"/>
        <w:rPr>
          <w:lang w:val="ru-RU"/>
        </w:rPr>
      </w:pPr>
      <w:r w:rsidRPr="007924E7">
        <w:rPr>
          <w:rFonts w:ascii="Times New Roman" w:eastAsia="Times New Roman" w:hAnsi="Times New Roman"/>
          <w:color w:val="000000"/>
          <w:sz w:val="24"/>
          <w:lang w:val="ru-RU"/>
        </w:rPr>
        <w:t>—  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C76F25" w:rsidRPr="007924E7" w:rsidRDefault="0044668A">
      <w:pPr>
        <w:autoSpaceDE w:val="0"/>
        <w:autoSpaceDN w:val="0"/>
        <w:spacing w:before="190" w:after="0" w:line="262" w:lineRule="auto"/>
        <w:ind w:left="240" w:right="432"/>
        <w:rPr>
          <w:lang w:val="ru-RU"/>
        </w:rPr>
      </w:pPr>
      <w:r w:rsidRPr="007924E7">
        <w:rPr>
          <w:rFonts w:ascii="Times New Roman" w:eastAsia="Times New Roman" w:hAnsi="Times New Roman"/>
          <w:color w:val="000000"/>
          <w:sz w:val="24"/>
          <w:lang w:val="ru-RU"/>
        </w:rPr>
        <w:t>—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C76F25" w:rsidRPr="007924E7" w:rsidRDefault="0044668A">
      <w:pPr>
        <w:autoSpaceDE w:val="0"/>
        <w:autoSpaceDN w:val="0"/>
        <w:spacing w:before="192" w:after="0" w:line="262" w:lineRule="auto"/>
        <w:ind w:left="240" w:right="144"/>
        <w:rPr>
          <w:lang w:val="ru-RU"/>
        </w:rPr>
      </w:pPr>
      <w:r w:rsidRPr="007924E7">
        <w:rPr>
          <w:rFonts w:ascii="Times New Roman" w:eastAsia="Times New Roman" w:hAnsi="Times New Roman"/>
          <w:color w:val="000000"/>
          <w:sz w:val="24"/>
          <w:lang w:val="ru-RU"/>
        </w:rPr>
        <w:t>—  активное неприятие асоциальных поступков, свобода и ответственность личности в условиях индивидуального и общественного пространства.</w:t>
      </w:r>
    </w:p>
    <w:p w:rsidR="00C76F25" w:rsidRPr="007924E7" w:rsidRDefault="0044668A">
      <w:pPr>
        <w:autoSpaceDE w:val="0"/>
        <w:autoSpaceDN w:val="0"/>
        <w:spacing w:before="298" w:after="0" w:line="230" w:lineRule="auto"/>
        <w:rPr>
          <w:lang w:val="ru-RU"/>
        </w:rPr>
      </w:pPr>
      <w:r w:rsidRPr="007924E7">
        <w:rPr>
          <w:rFonts w:ascii="Times New Roman" w:eastAsia="Times New Roman" w:hAnsi="Times New Roman"/>
          <w:b/>
          <w:color w:val="000000"/>
          <w:sz w:val="24"/>
          <w:lang w:val="ru-RU"/>
        </w:rPr>
        <w:t>Эстетического воспитания:</w:t>
      </w:r>
    </w:p>
    <w:p w:rsidR="00C76F25" w:rsidRPr="007924E7" w:rsidRDefault="0044668A">
      <w:pPr>
        <w:autoSpaceDE w:val="0"/>
        <w:autoSpaceDN w:val="0"/>
        <w:spacing w:before="178" w:after="0" w:line="271" w:lineRule="auto"/>
        <w:ind w:left="240" w:right="864"/>
        <w:rPr>
          <w:lang w:val="ru-RU"/>
        </w:rPr>
      </w:pPr>
      <w:r w:rsidRPr="007924E7">
        <w:rPr>
          <w:rFonts w:ascii="Times New Roman" w:eastAsia="Times New Roman" w:hAnsi="Times New Roman"/>
          <w:color w:val="000000"/>
          <w:sz w:val="24"/>
          <w:lang w:val="ru-RU"/>
        </w:rPr>
        <w:t>—  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C76F25" w:rsidRPr="007924E7" w:rsidRDefault="0044668A">
      <w:pPr>
        <w:autoSpaceDE w:val="0"/>
        <w:autoSpaceDN w:val="0"/>
        <w:spacing w:before="190" w:after="0" w:line="262" w:lineRule="auto"/>
        <w:ind w:left="240" w:right="288"/>
        <w:rPr>
          <w:lang w:val="ru-RU"/>
        </w:rPr>
      </w:pPr>
      <w:r w:rsidRPr="007924E7">
        <w:rPr>
          <w:rFonts w:ascii="Times New Roman" w:eastAsia="Times New Roman" w:hAnsi="Times New Roman"/>
          <w:color w:val="000000"/>
          <w:sz w:val="24"/>
          <w:lang w:val="ru-RU"/>
        </w:rPr>
        <w:t>—  осознание важности художественной литературы и культуры как средства коммуникации и самовыражения;</w:t>
      </w:r>
    </w:p>
    <w:p w:rsidR="00C76F25" w:rsidRPr="007924E7" w:rsidRDefault="0044668A">
      <w:pPr>
        <w:autoSpaceDE w:val="0"/>
        <w:autoSpaceDN w:val="0"/>
        <w:spacing w:before="190" w:after="0" w:line="262" w:lineRule="auto"/>
        <w:ind w:left="240" w:right="576"/>
        <w:rPr>
          <w:lang w:val="ru-RU"/>
        </w:rPr>
      </w:pPr>
      <w:r w:rsidRPr="007924E7">
        <w:rPr>
          <w:rFonts w:ascii="Times New Roman" w:eastAsia="Times New Roman" w:hAnsi="Times New Roman"/>
          <w:color w:val="000000"/>
          <w:sz w:val="24"/>
          <w:lang w:val="ru-RU"/>
        </w:rPr>
        <w:t xml:space="preserve">—  понимание ценности отечественного и мирового искусства, роли этнических культурных традиций и народного творчества; </w:t>
      </w:r>
    </w:p>
    <w:p w:rsidR="00C76F25" w:rsidRPr="007924E7" w:rsidRDefault="0044668A">
      <w:pPr>
        <w:autoSpaceDE w:val="0"/>
        <w:autoSpaceDN w:val="0"/>
        <w:spacing w:before="190" w:after="0" w:line="230" w:lineRule="auto"/>
        <w:ind w:left="240"/>
        <w:rPr>
          <w:lang w:val="ru-RU"/>
        </w:rPr>
      </w:pPr>
      <w:r w:rsidRPr="007924E7">
        <w:rPr>
          <w:rFonts w:ascii="Times New Roman" w:eastAsia="Times New Roman" w:hAnsi="Times New Roman"/>
          <w:color w:val="000000"/>
          <w:sz w:val="24"/>
          <w:lang w:val="ru-RU"/>
        </w:rPr>
        <w:t>—  стремление к самовыражению в разных видах искусства.</w:t>
      </w:r>
    </w:p>
    <w:p w:rsidR="00C76F25" w:rsidRPr="007924E7" w:rsidRDefault="0044668A">
      <w:pPr>
        <w:autoSpaceDE w:val="0"/>
        <w:autoSpaceDN w:val="0"/>
        <w:spacing w:before="298" w:after="0" w:line="230" w:lineRule="auto"/>
        <w:jc w:val="center"/>
        <w:rPr>
          <w:lang w:val="ru-RU"/>
        </w:rPr>
      </w:pPr>
      <w:r w:rsidRPr="007924E7">
        <w:rPr>
          <w:rFonts w:ascii="Times New Roman" w:eastAsia="Times New Roman" w:hAnsi="Times New Roman"/>
          <w:b/>
          <w:color w:val="000000"/>
          <w:sz w:val="24"/>
          <w:lang w:val="ru-RU"/>
        </w:rPr>
        <w:t>Физического воспитания, формирования культуры здоровья и эмоционального благополучия:</w:t>
      </w:r>
    </w:p>
    <w:p w:rsidR="00C76F25" w:rsidRPr="007924E7" w:rsidRDefault="0044668A">
      <w:pPr>
        <w:autoSpaceDE w:val="0"/>
        <w:autoSpaceDN w:val="0"/>
        <w:spacing w:before="178" w:after="0" w:line="230" w:lineRule="auto"/>
        <w:ind w:left="240"/>
        <w:rPr>
          <w:lang w:val="ru-RU"/>
        </w:rPr>
      </w:pPr>
      <w:r w:rsidRPr="007924E7">
        <w:rPr>
          <w:rFonts w:ascii="Times New Roman" w:eastAsia="Times New Roman" w:hAnsi="Times New Roman"/>
          <w:color w:val="000000"/>
          <w:sz w:val="24"/>
          <w:lang w:val="ru-RU"/>
        </w:rPr>
        <w:t xml:space="preserve">—  осознание ценности жизни с опорой на собственный жизненный и читательский опыт; </w:t>
      </w:r>
    </w:p>
    <w:p w:rsidR="00C76F25" w:rsidRPr="007924E7" w:rsidRDefault="0044668A">
      <w:pPr>
        <w:autoSpaceDE w:val="0"/>
        <w:autoSpaceDN w:val="0"/>
        <w:spacing w:before="190" w:after="0" w:line="271" w:lineRule="auto"/>
        <w:ind w:left="240" w:right="144"/>
        <w:rPr>
          <w:lang w:val="ru-RU"/>
        </w:rPr>
      </w:pPr>
      <w:r w:rsidRPr="007924E7">
        <w:rPr>
          <w:rFonts w:ascii="Times New Roman" w:eastAsia="Times New Roman" w:hAnsi="Times New Roman"/>
          <w:color w:val="000000"/>
          <w:sz w:val="24"/>
          <w:lang w:val="ru-RU"/>
        </w:rPr>
        <w:t xml:space="preserve">—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C76F25" w:rsidRPr="007924E7" w:rsidRDefault="0044668A">
      <w:pPr>
        <w:autoSpaceDE w:val="0"/>
        <w:autoSpaceDN w:val="0"/>
        <w:spacing w:before="190" w:after="0" w:line="278" w:lineRule="auto"/>
        <w:ind w:left="240"/>
        <w:rPr>
          <w:lang w:val="ru-RU"/>
        </w:rPr>
      </w:pPr>
      <w:r w:rsidRPr="007924E7">
        <w:rPr>
          <w:rFonts w:ascii="Times New Roman" w:eastAsia="Times New Roman" w:hAnsi="Times New Roman"/>
          <w:color w:val="000000"/>
          <w:sz w:val="24"/>
          <w:lang w:val="ru-RU"/>
        </w:rPr>
        <w:t xml:space="preserve">—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7924E7">
        <w:rPr>
          <w:rFonts w:ascii="Times New Roman" w:eastAsia="Times New Roman" w:hAnsi="Times New Roman"/>
          <w:color w:val="000000"/>
          <w:sz w:val="24"/>
          <w:lang w:val="ru-RU"/>
        </w:rPr>
        <w:t>интернет-среде</w:t>
      </w:r>
      <w:proofErr w:type="gramEnd"/>
      <w:r w:rsidRPr="007924E7">
        <w:rPr>
          <w:rFonts w:ascii="Times New Roman" w:eastAsia="Times New Roman" w:hAnsi="Times New Roman"/>
          <w:color w:val="000000"/>
          <w:sz w:val="24"/>
          <w:lang w:val="ru-RU"/>
        </w:rPr>
        <w:t xml:space="preserve"> в процессе школьного литературного образования; </w:t>
      </w:r>
    </w:p>
    <w:p w:rsidR="00C76F25" w:rsidRPr="007924E7" w:rsidRDefault="0044668A">
      <w:pPr>
        <w:autoSpaceDE w:val="0"/>
        <w:autoSpaceDN w:val="0"/>
        <w:spacing w:before="190" w:after="0" w:line="271" w:lineRule="auto"/>
        <w:ind w:left="240"/>
        <w:rPr>
          <w:lang w:val="ru-RU"/>
        </w:rPr>
      </w:pPr>
      <w:r w:rsidRPr="007924E7">
        <w:rPr>
          <w:rFonts w:ascii="Times New Roman" w:eastAsia="Times New Roman" w:hAnsi="Times New Roman"/>
          <w:color w:val="000000"/>
          <w:sz w:val="24"/>
          <w:lang w:val="ru-RU"/>
        </w:rPr>
        <w:t xml:space="preserve">—  способность адаптироваться к стрессовым ситуациям и меняющимся социальным, </w:t>
      </w:r>
      <w:r w:rsidRPr="007924E7">
        <w:rPr>
          <w:lang w:val="ru-RU"/>
        </w:rPr>
        <w:br/>
      </w:r>
      <w:r w:rsidRPr="007924E7">
        <w:rPr>
          <w:rFonts w:ascii="Times New Roman" w:eastAsia="Times New Roman" w:hAnsi="Times New Roman"/>
          <w:color w:val="000000"/>
          <w:sz w:val="24"/>
          <w:lang w:val="ru-RU"/>
        </w:rPr>
        <w:t>информационным и природным условиям, в том числе осмысляя собственный опыт и выстраивая дальнейшие цели;</w:t>
      </w:r>
    </w:p>
    <w:p w:rsidR="00C76F25" w:rsidRPr="007924E7" w:rsidRDefault="0044668A">
      <w:pPr>
        <w:autoSpaceDE w:val="0"/>
        <w:autoSpaceDN w:val="0"/>
        <w:spacing w:before="190" w:after="0" w:line="230" w:lineRule="auto"/>
        <w:ind w:left="240"/>
        <w:rPr>
          <w:lang w:val="ru-RU"/>
        </w:rPr>
      </w:pPr>
      <w:r w:rsidRPr="007924E7">
        <w:rPr>
          <w:rFonts w:ascii="Times New Roman" w:eastAsia="Times New Roman" w:hAnsi="Times New Roman"/>
          <w:color w:val="000000"/>
          <w:sz w:val="24"/>
          <w:lang w:val="ru-RU"/>
        </w:rPr>
        <w:t>—  умение принимать себя и других, не осуждая;</w:t>
      </w:r>
    </w:p>
    <w:p w:rsidR="00C76F25" w:rsidRPr="007924E7" w:rsidRDefault="0044668A">
      <w:pPr>
        <w:autoSpaceDE w:val="0"/>
        <w:autoSpaceDN w:val="0"/>
        <w:spacing w:before="190" w:after="0" w:line="262" w:lineRule="auto"/>
        <w:ind w:left="240" w:right="1008"/>
        <w:rPr>
          <w:lang w:val="ru-RU"/>
        </w:rPr>
      </w:pPr>
      <w:r w:rsidRPr="007924E7">
        <w:rPr>
          <w:rFonts w:ascii="Times New Roman" w:eastAsia="Times New Roman" w:hAnsi="Times New Roman"/>
          <w:color w:val="000000"/>
          <w:sz w:val="24"/>
          <w:lang w:val="ru-RU"/>
        </w:rPr>
        <w:t>—  умение осознавать эмоциональное состояние себя и других, опираясь на примеры из литературных произведений;</w:t>
      </w:r>
    </w:p>
    <w:p w:rsidR="00C76F25" w:rsidRPr="007924E7" w:rsidRDefault="0044668A">
      <w:pPr>
        <w:autoSpaceDE w:val="0"/>
        <w:autoSpaceDN w:val="0"/>
        <w:spacing w:before="190" w:after="0" w:line="230" w:lineRule="auto"/>
        <w:ind w:left="240"/>
        <w:rPr>
          <w:lang w:val="ru-RU"/>
        </w:rPr>
      </w:pPr>
      <w:r w:rsidRPr="007924E7">
        <w:rPr>
          <w:rFonts w:ascii="Times New Roman" w:eastAsia="Times New Roman" w:hAnsi="Times New Roman"/>
          <w:color w:val="000000"/>
          <w:sz w:val="24"/>
          <w:lang w:val="ru-RU"/>
        </w:rPr>
        <w:t>—  уметь управлять собственным эмоциональным состоянием;</w:t>
      </w:r>
    </w:p>
    <w:p w:rsidR="00C76F25" w:rsidRPr="007924E7" w:rsidRDefault="0044668A">
      <w:pPr>
        <w:autoSpaceDE w:val="0"/>
        <w:autoSpaceDN w:val="0"/>
        <w:spacing w:before="190" w:after="0" w:line="262" w:lineRule="auto"/>
        <w:ind w:left="240" w:right="288"/>
        <w:rPr>
          <w:lang w:val="ru-RU"/>
        </w:rPr>
      </w:pPr>
      <w:r w:rsidRPr="007924E7">
        <w:rPr>
          <w:rFonts w:ascii="Times New Roman" w:eastAsia="Times New Roman" w:hAnsi="Times New Roman"/>
          <w:color w:val="000000"/>
          <w:sz w:val="24"/>
          <w:lang w:val="ru-RU"/>
        </w:rPr>
        <w:t xml:space="preserve">—  </w:t>
      </w:r>
      <w:proofErr w:type="spellStart"/>
      <w:r w:rsidRPr="007924E7">
        <w:rPr>
          <w:rFonts w:ascii="Times New Roman" w:eastAsia="Times New Roman" w:hAnsi="Times New Roman"/>
          <w:color w:val="000000"/>
          <w:sz w:val="24"/>
          <w:lang w:val="ru-RU"/>
        </w:rPr>
        <w:t>сформированность</w:t>
      </w:r>
      <w:proofErr w:type="spellEnd"/>
      <w:r w:rsidRPr="007924E7">
        <w:rPr>
          <w:rFonts w:ascii="Times New Roman" w:eastAsia="Times New Roman" w:hAnsi="Times New Roman"/>
          <w:color w:val="000000"/>
          <w:sz w:val="24"/>
          <w:lang w:val="ru-RU"/>
        </w:rPr>
        <w:t xml:space="preserve"> навыка рефлексии, признание своего права на ошибку и такого же права другого человека с оценкой поступков литературных героев.</w:t>
      </w:r>
    </w:p>
    <w:p w:rsidR="00C76F25" w:rsidRPr="007924E7" w:rsidRDefault="0044668A">
      <w:pPr>
        <w:autoSpaceDE w:val="0"/>
        <w:autoSpaceDN w:val="0"/>
        <w:spacing w:before="418" w:after="0" w:line="230" w:lineRule="auto"/>
        <w:rPr>
          <w:lang w:val="ru-RU"/>
        </w:rPr>
      </w:pPr>
      <w:r w:rsidRPr="007924E7">
        <w:rPr>
          <w:rFonts w:ascii="Times New Roman" w:eastAsia="Times New Roman" w:hAnsi="Times New Roman"/>
          <w:b/>
          <w:color w:val="000000"/>
          <w:sz w:val="24"/>
          <w:lang w:val="ru-RU"/>
        </w:rPr>
        <w:t>Трудового воспитания:</w:t>
      </w:r>
    </w:p>
    <w:p w:rsidR="00C76F25" w:rsidRPr="007924E7" w:rsidRDefault="00C76F25">
      <w:pPr>
        <w:rPr>
          <w:lang w:val="ru-RU"/>
        </w:rPr>
        <w:sectPr w:rsidR="00C76F25" w:rsidRPr="007924E7">
          <w:pgSz w:w="11900" w:h="16840"/>
          <w:pgMar w:top="328" w:right="648" w:bottom="342" w:left="846" w:header="720" w:footer="720" w:gutter="0"/>
          <w:cols w:space="720" w:equalWidth="0">
            <w:col w:w="10406" w:space="0"/>
          </w:cols>
          <w:docGrid w:linePitch="360"/>
        </w:sectPr>
      </w:pPr>
    </w:p>
    <w:p w:rsidR="00C76F25" w:rsidRPr="007924E7" w:rsidRDefault="00C76F25">
      <w:pPr>
        <w:autoSpaceDE w:val="0"/>
        <w:autoSpaceDN w:val="0"/>
        <w:spacing w:after="96" w:line="220" w:lineRule="exact"/>
        <w:rPr>
          <w:lang w:val="ru-RU"/>
        </w:rPr>
      </w:pPr>
    </w:p>
    <w:p w:rsidR="00C76F25" w:rsidRPr="007924E7" w:rsidRDefault="0044668A">
      <w:pPr>
        <w:autoSpaceDE w:val="0"/>
        <w:autoSpaceDN w:val="0"/>
        <w:spacing w:after="0" w:line="271" w:lineRule="auto"/>
        <w:ind w:left="420" w:right="720"/>
        <w:rPr>
          <w:lang w:val="ru-RU"/>
        </w:rPr>
      </w:pPr>
      <w:r w:rsidRPr="007924E7">
        <w:rPr>
          <w:rFonts w:ascii="Times New Roman" w:eastAsia="Times New Roman" w:hAnsi="Times New Roman"/>
          <w:color w:val="000000"/>
          <w:sz w:val="24"/>
          <w:lang w:val="ru-RU"/>
        </w:rPr>
        <w:t xml:space="preserve">—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C76F25" w:rsidRPr="007924E7" w:rsidRDefault="0044668A">
      <w:pPr>
        <w:autoSpaceDE w:val="0"/>
        <w:autoSpaceDN w:val="0"/>
        <w:spacing w:before="190" w:after="0" w:line="271" w:lineRule="auto"/>
        <w:ind w:left="420" w:right="432"/>
        <w:rPr>
          <w:lang w:val="ru-RU"/>
        </w:rPr>
      </w:pPr>
      <w:r w:rsidRPr="007924E7">
        <w:rPr>
          <w:rFonts w:ascii="Times New Roman" w:eastAsia="Times New Roman" w:hAnsi="Times New Roman"/>
          <w:color w:val="000000"/>
          <w:sz w:val="24"/>
          <w:lang w:val="ru-RU"/>
        </w:rPr>
        <w:t xml:space="preserve">—  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C76F25" w:rsidRPr="007924E7" w:rsidRDefault="0044668A">
      <w:pPr>
        <w:autoSpaceDE w:val="0"/>
        <w:autoSpaceDN w:val="0"/>
        <w:spacing w:before="190" w:after="0" w:line="262" w:lineRule="auto"/>
        <w:ind w:left="420" w:right="144"/>
        <w:rPr>
          <w:lang w:val="ru-RU"/>
        </w:rPr>
      </w:pPr>
      <w:r w:rsidRPr="007924E7">
        <w:rPr>
          <w:rFonts w:ascii="Times New Roman" w:eastAsia="Times New Roman" w:hAnsi="Times New Roman"/>
          <w:color w:val="000000"/>
          <w:sz w:val="24"/>
          <w:lang w:val="ru-RU"/>
        </w:rPr>
        <w:t xml:space="preserve">—  осознание важности обучения на протяжении всей жизни для успешной профессиональной деятельности и развитие необходимых умений для этого; </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xml:space="preserve">—  готовность адаптироваться в профессиональной среде; </w:t>
      </w:r>
    </w:p>
    <w:p w:rsidR="00C76F25" w:rsidRPr="007924E7" w:rsidRDefault="0044668A">
      <w:pPr>
        <w:autoSpaceDE w:val="0"/>
        <w:autoSpaceDN w:val="0"/>
        <w:spacing w:before="192" w:after="0" w:line="262" w:lineRule="auto"/>
        <w:ind w:left="420" w:right="1152"/>
        <w:rPr>
          <w:lang w:val="ru-RU"/>
        </w:rPr>
      </w:pPr>
      <w:r w:rsidRPr="007924E7">
        <w:rPr>
          <w:rFonts w:ascii="Times New Roman" w:eastAsia="Times New Roman" w:hAnsi="Times New Roman"/>
          <w:color w:val="000000"/>
          <w:sz w:val="24"/>
          <w:lang w:val="ru-RU"/>
        </w:rPr>
        <w:t xml:space="preserve">—  уважение к труду и результатам трудовой деятельности, в том числе при изучении произведений русского фольклора и литературы; </w:t>
      </w:r>
    </w:p>
    <w:p w:rsidR="00C76F25" w:rsidRPr="007924E7" w:rsidRDefault="0044668A">
      <w:pPr>
        <w:autoSpaceDE w:val="0"/>
        <w:autoSpaceDN w:val="0"/>
        <w:spacing w:before="190" w:after="0" w:line="262" w:lineRule="auto"/>
        <w:ind w:left="420" w:right="576"/>
        <w:rPr>
          <w:lang w:val="ru-RU"/>
        </w:rPr>
      </w:pPr>
      <w:r w:rsidRPr="007924E7">
        <w:rPr>
          <w:rFonts w:ascii="Times New Roman" w:eastAsia="Times New Roman" w:hAnsi="Times New Roman"/>
          <w:color w:val="000000"/>
          <w:sz w:val="24"/>
          <w:lang w:val="ru-RU"/>
        </w:rPr>
        <w:t>—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76F25" w:rsidRPr="007924E7" w:rsidRDefault="0044668A">
      <w:pPr>
        <w:autoSpaceDE w:val="0"/>
        <w:autoSpaceDN w:val="0"/>
        <w:spacing w:before="298" w:after="0" w:line="230" w:lineRule="auto"/>
        <w:ind w:left="180"/>
        <w:rPr>
          <w:lang w:val="ru-RU"/>
        </w:rPr>
      </w:pPr>
      <w:r w:rsidRPr="007924E7">
        <w:rPr>
          <w:rFonts w:ascii="Times New Roman" w:eastAsia="Times New Roman" w:hAnsi="Times New Roman"/>
          <w:b/>
          <w:color w:val="000000"/>
          <w:sz w:val="24"/>
          <w:lang w:val="ru-RU"/>
        </w:rPr>
        <w:t>Экологического воспитания:</w:t>
      </w:r>
    </w:p>
    <w:p w:rsidR="00C76F25" w:rsidRPr="007924E7" w:rsidRDefault="0044668A">
      <w:pPr>
        <w:autoSpaceDE w:val="0"/>
        <w:autoSpaceDN w:val="0"/>
        <w:spacing w:before="178" w:after="0" w:line="271" w:lineRule="auto"/>
        <w:ind w:left="420" w:right="144"/>
        <w:rPr>
          <w:lang w:val="ru-RU"/>
        </w:rPr>
      </w:pPr>
      <w:r w:rsidRPr="007924E7">
        <w:rPr>
          <w:rFonts w:ascii="Times New Roman" w:eastAsia="Times New Roman" w:hAnsi="Times New Roman"/>
          <w:color w:val="000000"/>
          <w:sz w:val="24"/>
          <w:lang w:val="ru-RU"/>
        </w:rPr>
        <w:t xml:space="preserve">—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C76F25" w:rsidRPr="007924E7" w:rsidRDefault="0044668A">
      <w:pPr>
        <w:autoSpaceDE w:val="0"/>
        <w:autoSpaceDN w:val="0"/>
        <w:spacing w:before="190" w:after="0" w:line="262" w:lineRule="auto"/>
        <w:ind w:left="420"/>
        <w:rPr>
          <w:lang w:val="ru-RU"/>
        </w:rPr>
      </w:pPr>
      <w:r w:rsidRPr="007924E7">
        <w:rPr>
          <w:rFonts w:ascii="Times New Roman" w:eastAsia="Times New Roman" w:hAnsi="Times New Roman"/>
          <w:color w:val="000000"/>
          <w:sz w:val="24"/>
          <w:lang w:val="ru-RU"/>
        </w:rPr>
        <w:t xml:space="preserve">—  повышение уровня экологической культуры, осознание глобального характера экологических проблем и путей их решения; </w:t>
      </w:r>
    </w:p>
    <w:p w:rsidR="00C76F25" w:rsidRPr="007924E7" w:rsidRDefault="0044668A">
      <w:pPr>
        <w:autoSpaceDE w:val="0"/>
        <w:autoSpaceDN w:val="0"/>
        <w:spacing w:before="190" w:after="0" w:line="271" w:lineRule="auto"/>
        <w:ind w:left="420" w:right="1296"/>
        <w:rPr>
          <w:lang w:val="ru-RU"/>
        </w:rPr>
      </w:pPr>
      <w:r w:rsidRPr="007924E7">
        <w:rPr>
          <w:rFonts w:ascii="Times New Roman" w:eastAsia="Times New Roman" w:hAnsi="Times New Roman"/>
          <w:color w:val="000000"/>
          <w:sz w:val="24"/>
          <w:lang w:val="ru-RU"/>
        </w:rPr>
        <w:t xml:space="preserve">—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C76F25" w:rsidRPr="007924E7" w:rsidRDefault="0044668A">
      <w:pPr>
        <w:autoSpaceDE w:val="0"/>
        <w:autoSpaceDN w:val="0"/>
        <w:spacing w:before="190" w:after="0" w:line="262" w:lineRule="auto"/>
        <w:ind w:left="420" w:right="432"/>
        <w:rPr>
          <w:lang w:val="ru-RU"/>
        </w:rPr>
      </w:pPr>
      <w:r w:rsidRPr="007924E7">
        <w:rPr>
          <w:rFonts w:ascii="Times New Roman" w:eastAsia="Times New Roman" w:hAnsi="Times New Roman"/>
          <w:color w:val="000000"/>
          <w:sz w:val="24"/>
          <w:lang w:val="ru-RU"/>
        </w:rPr>
        <w:t xml:space="preserve">—  осознание своей роли как гражданина и потребителя в условиях взаимосвязи природной, технологической и социальной сред; </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готовность к участию в практической деятельности экологической направленности.</w:t>
      </w:r>
    </w:p>
    <w:p w:rsidR="00C76F25" w:rsidRPr="007924E7" w:rsidRDefault="0044668A">
      <w:pPr>
        <w:autoSpaceDE w:val="0"/>
        <w:autoSpaceDN w:val="0"/>
        <w:spacing w:before="298" w:after="0" w:line="230" w:lineRule="auto"/>
        <w:ind w:left="180"/>
        <w:rPr>
          <w:lang w:val="ru-RU"/>
        </w:rPr>
      </w:pPr>
      <w:r w:rsidRPr="007924E7">
        <w:rPr>
          <w:rFonts w:ascii="Times New Roman" w:eastAsia="Times New Roman" w:hAnsi="Times New Roman"/>
          <w:b/>
          <w:color w:val="000000"/>
          <w:sz w:val="24"/>
          <w:lang w:val="ru-RU"/>
        </w:rPr>
        <w:t>Ценности научного познания:</w:t>
      </w:r>
    </w:p>
    <w:p w:rsidR="00C76F25" w:rsidRPr="007924E7" w:rsidRDefault="0044668A">
      <w:pPr>
        <w:autoSpaceDE w:val="0"/>
        <w:autoSpaceDN w:val="0"/>
        <w:spacing w:before="180" w:after="0"/>
        <w:ind w:left="420"/>
        <w:rPr>
          <w:lang w:val="ru-RU"/>
        </w:rPr>
      </w:pPr>
      <w:r w:rsidRPr="007924E7">
        <w:rPr>
          <w:rFonts w:ascii="Times New Roman" w:eastAsia="Times New Roman" w:hAnsi="Times New Roman"/>
          <w:color w:val="000000"/>
          <w:sz w:val="24"/>
          <w:lang w:val="ru-RU"/>
        </w:rPr>
        <w:t xml:space="preserve">—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xml:space="preserve">—  овладение языковой и читательской культурой как средством познания мира; </w:t>
      </w:r>
    </w:p>
    <w:p w:rsidR="00C76F25" w:rsidRPr="007924E7" w:rsidRDefault="0044668A">
      <w:pPr>
        <w:autoSpaceDE w:val="0"/>
        <w:autoSpaceDN w:val="0"/>
        <w:spacing w:before="190" w:after="0" w:line="262" w:lineRule="auto"/>
        <w:ind w:left="420" w:right="720"/>
        <w:rPr>
          <w:lang w:val="ru-RU"/>
        </w:rPr>
      </w:pPr>
      <w:r w:rsidRPr="007924E7">
        <w:rPr>
          <w:rFonts w:ascii="Times New Roman" w:eastAsia="Times New Roman" w:hAnsi="Times New Roman"/>
          <w:color w:val="000000"/>
          <w:sz w:val="24"/>
          <w:lang w:val="ru-RU"/>
        </w:rPr>
        <w:t xml:space="preserve">—  овладение основными навыками исследовательской деятельности с учётом специфики школьного литературного образования; </w:t>
      </w:r>
    </w:p>
    <w:p w:rsidR="00C76F25" w:rsidRPr="007924E7" w:rsidRDefault="0044668A">
      <w:pPr>
        <w:autoSpaceDE w:val="0"/>
        <w:autoSpaceDN w:val="0"/>
        <w:spacing w:before="190" w:after="0" w:line="262" w:lineRule="auto"/>
        <w:ind w:left="420" w:right="432"/>
        <w:rPr>
          <w:lang w:val="ru-RU"/>
        </w:rPr>
      </w:pPr>
      <w:r w:rsidRPr="007924E7">
        <w:rPr>
          <w:rFonts w:ascii="Times New Roman" w:eastAsia="Times New Roman" w:hAnsi="Times New Roman"/>
          <w:color w:val="000000"/>
          <w:sz w:val="24"/>
          <w:lang w:val="ru-RU"/>
        </w:rPr>
        <w:t>—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76F25" w:rsidRPr="007924E7" w:rsidRDefault="0044668A">
      <w:pPr>
        <w:tabs>
          <w:tab w:val="left" w:pos="180"/>
        </w:tabs>
        <w:autoSpaceDE w:val="0"/>
        <w:autoSpaceDN w:val="0"/>
        <w:spacing w:before="178" w:after="0" w:line="262" w:lineRule="auto"/>
        <w:ind w:right="288"/>
        <w:rPr>
          <w:lang w:val="ru-RU"/>
        </w:rPr>
      </w:pPr>
      <w:r w:rsidRPr="007924E7">
        <w:rPr>
          <w:lang w:val="ru-RU"/>
        </w:rPr>
        <w:tab/>
      </w:r>
      <w:r w:rsidRPr="007924E7">
        <w:rPr>
          <w:rFonts w:ascii="Times New Roman" w:eastAsia="Times New Roman" w:hAnsi="Times New Roman"/>
          <w:color w:val="000000"/>
          <w:sz w:val="24"/>
          <w:lang w:val="ru-RU"/>
        </w:rPr>
        <w:t xml:space="preserve">Личностные результаты, обеспечивающие адаптацию </w:t>
      </w:r>
      <w:proofErr w:type="gramStart"/>
      <w:r w:rsidRPr="007924E7">
        <w:rPr>
          <w:rFonts w:ascii="Times New Roman" w:eastAsia="Times New Roman" w:hAnsi="Times New Roman"/>
          <w:color w:val="000000"/>
          <w:sz w:val="24"/>
          <w:lang w:val="ru-RU"/>
        </w:rPr>
        <w:t>обучающегося</w:t>
      </w:r>
      <w:proofErr w:type="gramEnd"/>
      <w:r w:rsidRPr="007924E7">
        <w:rPr>
          <w:rFonts w:ascii="Times New Roman" w:eastAsia="Times New Roman" w:hAnsi="Times New Roman"/>
          <w:color w:val="000000"/>
          <w:sz w:val="24"/>
          <w:lang w:val="ru-RU"/>
        </w:rPr>
        <w:t xml:space="preserve"> к изменяющимся условиям социальной и природной среды:</w:t>
      </w:r>
    </w:p>
    <w:p w:rsidR="00C76F25" w:rsidRPr="007924E7" w:rsidRDefault="0044668A">
      <w:pPr>
        <w:autoSpaceDE w:val="0"/>
        <w:autoSpaceDN w:val="0"/>
        <w:spacing w:before="178" w:after="0" w:line="262" w:lineRule="auto"/>
        <w:ind w:left="420"/>
        <w:rPr>
          <w:lang w:val="ru-RU"/>
        </w:rPr>
      </w:pPr>
      <w:r w:rsidRPr="007924E7">
        <w:rPr>
          <w:rFonts w:ascii="Times New Roman" w:eastAsia="Times New Roman" w:hAnsi="Times New Roman"/>
          <w:color w:val="000000"/>
          <w:sz w:val="24"/>
          <w:lang w:val="ru-RU"/>
        </w:rPr>
        <w:t xml:space="preserve">—  освоение </w:t>
      </w:r>
      <w:proofErr w:type="gramStart"/>
      <w:r w:rsidRPr="007924E7">
        <w:rPr>
          <w:rFonts w:ascii="Times New Roman" w:eastAsia="Times New Roman" w:hAnsi="Times New Roman"/>
          <w:color w:val="000000"/>
          <w:sz w:val="24"/>
          <w:lang w:val="ru-RU"/>
        </w:rPr>
        <w:t>обучающимися</w:t>
      </w:r>
      <w:proofErr w:type="gramEnd"/>
      <w:r w:rsidRPr="007924E7">
        <w:rPr>
          <w:rFonts w:ascii="Times New Roman" w:eastAsia="Times New Roman" w:hAnsi="Times New Roman"/>
          <w:color w:val="000000"/>
          <w:sz w:val="24"/>
          <w:lang w:val="ru-RU"/>
        </w:rPr>
        <w:t xml:space="preserve"> социального опыта, основных социальных ролей, соответствующих ведущей деятельности возраста, норм и правил общественного поведения, форм социальной</w:t>
      </w:r>
    </w:p>
    <w:p w:rsidR="00C76F25" w:rsidRPr="007924E7" w:rsidRDefault="00C76F25">
      <w:pPr>
        <w:rPr>
          <w:lang w:val="ru-RU"/>
        </w:rPr>
        <w:sectPr w:rsidR="00C76F25" w:rsidRPr="007924E7">
          <w:pgSz w:w="11900" w:h="16840"/>
          <w:pgMar w:top="316" w:right="772" w:bottom="422" w:left="666" w:header="720" w:footer="720" w:gutter="0"/>
          <w:cols w:space="720" w:equalWidth="0">
            <w:col w:w="10462" w:space="0"/>
          </w:cols>
          <w:docGrid w:linePitch="360"/>
        </w:sectPr>
      </w:pPr>
    </w:p>
    <w:p w:rsidR="00C76F25" w:rsidRPr="007924E7" w:rsidRDefault="00C76F25">
      <w:pPr>
        <w:autoSpaceDE w:val="0"/>
        <w:autoSpaceDN w:val="0"/>
        <w:spacing w:after="66" w:line="220" w:lineRule="exact"/>
        <w:rPr>
          <w:lang w:val="ru-RU"/>
        </w:rPr>
      </w:pPr>
    </w:p>
    <w:p w:rsidR="00C76F25" w:rsidRPr="007924E7" w:rsidRDefault="0044668A">
      <w:pPr>
        <w:autoSpaceDE w:val="0"/>
        <w:autoSpaceDN w:val="0"/>
        <w:spacing w:after="0" w:line="271" w:lineRule="auto"/>
        <w:ind w:left="420"/>
        <w:rPr>
          <w:lang w:val="ru-RU"/>
        </w:rPr>
      </w:pPr>
      <w:r w:rsidRPr="007924E7">
        <w:rPr>
          <w:rFonts w:ascii="Times New Roman" w:eastAsia="Times New Roman" w:hAnsi="Times New Roman"/>
          <w:color w:val="000000"/>
          <w:sz w:val="24"/>
          <w:lang w:val="ru-RU"/>
        </w:rPr>
        <w:t xml:space="preserve">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изучение и оценка социальных ролей персонажей литературных произведений;</w:t>
      </w:r>
    </w:p>
    <w:p w:rsidR="00C76F25" w:rsidRPr="007924E7" w:rsidRDefault="0044668A">
      <w:pPr>
        <w:autoSpaceDE w:val="0"/>
        <w:autoSpaceDN w:val="0"/>
        <w:spacing w:before="190" w:after="0" w:line="262" w:lineRule="auto"/>
        <w:ind w:left="420" w:right="144"/>
        <w:rPr>
          <w:lang w:val="ru-RU"/>
        </w:rPr>
      </w:pPr>
      <w:r w:rsidRPr="007924E7">
        <w:rPr>
          <w:rFonts w:ascii="Times New Roman" w:eastAsia="Times New Roman" w:hAnsi="Times New Roman"/>
          <w:color w:val="000000"/>
          <w:sz w:val="24"/>
          <w:lang w:val="ru-RU"/>
        </w:rPr>
        <w:t xml:space="preserve">—  потребность во взаимодействии в условиях неопределённости, открытость опыту и знаниям других; </w:t>
      </w:r>
    </w:p>
    <w:p w:rsidR="00C76F25" w:rsidRPr="007924E7" w:rsidRDefault="0044668A">
      <w:pPr>
        <w:autoSpaceDE w:val="0"/>
        <w:autoSpaceDN w:val="0"/>
        <w:spacing w:before="190" w:after="0" w:line="271" w:lineRule="auto"/>
        <w:ind w:left="420" w:right="288"/>
        <w:rPr>
          <w:lang w:val="ru-RU"/>
        </w:rPr>
      </w:pPr>
      <w:r w:rsidRPr="007924E7">
        <w:rPr>
          <w:rFonts w:ascii="Times New Roman" w:eastAsia="Times New Roman" w:hAnsi="Times New Roman"/>
          <w:color w:val="000000"/>
          <w:sz w:val="24"/>
          <w:lang w:val="ru-RU"/>
        </w:rPr>
        <w:t xml:space="preserve">—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C76F25" w:rsidRPr="007924E7" w:rsidRDefault="0044668A">
      <w:pPr>
        <w:autoSpaceDE w:val="0"/>
        <w:autoSpaceDN w:val="0"/>
        <w:spacing w:before="192" w:after="0"/>
        <w:ind w:left="420" w:right="288"/>
        <w:rPr>
          <w:lang w:val="ru-RU"/>
        </w:rPr>
      </w:pPr>
      <w:r w:rsidRPr="007924E7">
        <w:rPr>
          <w:rFonts w:ascii="Times New Roman" w:eastAsia="Times New Roman" w:hAnsi="Times New Roman"/>
          <w:color w:val="000000"/>
          <w:sz w:val="24"/>
          <w:lang w:val="ru-RU"/>
        </w:rPr>
        <w:t xml:space="preserve">—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C76F25" w:rsidRPr="007924E7" w:rsidRDefault="0044668A">
      <w:pPr>
        <w:autoSpaceDE w:val="0"/>
        <w:autoSpaceDN w:val="0"/>
        <w:spacing w:before="190" w:after="0" w:line="262" w:lineRule="auto"/>
        <w:ind w:left="420" w:right="864"/>
        <w:rPr>
          <w:lang w:val="ru-RU"/>
        </w:rPr>
      </w:pPr>
      <w:r w:rsidRPr="007924E7">
        <w:rPr>
          <w:rFonts w:ascii="Times New Roman" w:eastAsia="Times New Roman" w:hAnsi="Times New Roman"/>
          <w:color w:val="000000"/>
          <w:sz w:val="24"/>
          <w:lang w:val="ru-RU"/>
        </w:rPr>
        <w:t xml:space="preserve">—  умение оперировать основными понятиями, терминами и представлениями в области концепции устойчивого развития; </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xml:space="preserve">—  анализировать и выявлять взаимосвязи природы, общества и экономики; </w:t>
      </w:r>
    </w:p>
    <w:p w:rsidR="00C76F25" w:rsidRPr="007924E7" w:rsidRDefault="0044668A">
      <w:pPr>
        <w:autoSpaceDE w:val="0"/>
        <w:autoSpaceDN w:val="0"/>
        <w:spacing w:before="190" w:after="0" w:line="262" w:lineRule="auto"/>
        <w:ind w:left="420" w:right="576"/>
        <w:rPr>
          <w:lang w:val="ru-RU"/>
        </w:rPr>
      </w:pPr>
      <w:r w:rsidRPr="007924E7">
        <w:rPr>
          <w:rFonts w:ascii="Times New Roman" w:eastAsia="Times New Roman" w:hAnsi="Times New Roman"/>
          <w:color w:val="000000"/>
          <w:sz w:val="24"/>
          <w:lang w:val="ru-RU"/>
        </w:rPr>
        <w:t>—  оценивать свои действия с учётом влияния на окружающую среду, достижений целей и преодоления вызовов, возможных глобальных последствий;</w:t>
      </w:r>
    </w:p>
    <w:p w:rsidR="00C76F25" w:rsidRPr="007924E7" w:rsidRDefault="0044668A">
      <w:pPr>
        <w:autoSpaceDE w:val="0"/>
        <w:autoSpaceDN w:val="0"/>
        <w:spacing w:before="190" w:after="0" w:line="262" w:lineRule="auto"/>
        <w:ind w:left="420" w:right="432"/>
        <w:rPr>
          <w:lang w:val="ru-RU"/>
        </w:rPr>
      </w:pPr>
      <w:r w:rsidRPr="007924E7">
        <w:rPr>
          <w:rFonts w:ascii="Times New Roman" w:eastAsia="Times New Roman" w:hAnsi="Times New Roman"/>
          <w:color w:val="000000"/>
          <w:sz w:val="24"/>
          <w:lang w:val="ru-RU"/>
        </w:rPr>
        <w:t xml:space="preserve">—  способность осознавать стрессовую ситуацию, оценивать происходящие изменения и их последствия, опираясь на жизненный и читательский опыт; </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xml:space="preserve">—  воспринимать стрессовую ситуацию как вызов, требующий контрмер; </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xml:space="preserve">—  оценивать ситуацию стресса, корректировать принимаемые решения и действия; </w:t>
      </w:r>
    </w:p>
    <w:p w:rsidR="00C76F25" w:rsidRPr="007924E7" w:rsidRDefault="0044668A">
      <w:pPr>
        <w:autoSpaceDE w:val="0"/>
        <w:autoSpaceDN w:val="0"/>
        <w:spacing w:before="190" w:after="0" w:line="262" w:lineRule="auto"/>
        <w:ind w:left="420" w:right="864"/>
        <w:rPr>
          <w:lang w:val="ru-RU"/>
        </w:rPr>
      </w:pPr>
      <w:r w:rsidRPr="007924E7">
        <w:rPr>
          <w:rFonts w:ascii="Times New Roman" w:eastAsia="Times New Roman" w:hAnsi="Times New Roman"/>
          <w:color w:val="000000"/>
          <w:sz w:val="24"/>
          <w:lang w:val="ru-RU"/>
        </w:rPr>
        <w:t xml:space="preserve">—  формулировать и оценивать риски и последствия, формировать опыт, уметь находить </w:t>
      </w:r>
      <w:proofErr w:type="gramStart"/>
      <w:r w:rsidRPr="007924E7">
        <w:rPr>
          <w:rFonts w:ascii="Times New Roman" w:eastAsia="Times New Roman" w:hAnsi="Times New Roman"/>
          <w:color w:val="000000"/>
          <w:sz w:val="24"/>
          <w:lang w:val="ru-RU"/>
        </w:rPr>
        <w:t>позитивное</w:t>
      </w:r>
      <w:proofErr w:type="gramEnd"/>
      <w:r w:rsidRPr="007924E7">
        <w:rPr>
          <w:rFonts w:ascii="Times New Roman" w:eastAsia="Times New Roman" w:hAnsi="Times New Roman"/>
          <w:color w:val="000000"/>
          <w:sz w:val="24"/>
          <w:lang w:val="ru-RU"/>
        </w:rPr>
        <w:t xml:space="preserve"> в произошедшей ситуации; </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быть готовым действовать в отсутствии гарантий успеха.</w:t>
      </w:r>
    </w:p>
    <w:p w:rsidR="00C76F25" w:rsidRPr="007924E7" w:rsidRDefault="0044668A">
      <w:pPr>
        <w:autoSpaceDE w:val="0"/>
        <w:autoSpaceDN w:val="0"/>
        <w:spacing w:before="322" w:after="0" w:line="230" w:lineRule="auto"/>
        <w:rPr>
          <w:lang w:val="ru-RU"/>
        </w:rPr>
      </w:pPr>
      <w:r w:rsidRPr="007924E7">
        <w:rPr>
          <w:rFonts w:ascii="Times New Roman" w:eastAsia="Times New Roman" w:hAnsi="Times New Roman"/>
          <w:b/>
          <w:color w:val="000000"/>
          <w:sz w:val="24"/>
          <w:lang w:val="ru-RU"/>
        </w:rPr>
        <w:t>МЕТАПРЕДМЕТНЫЕ РЕЗУЛЬТАТЫ</w:t>
      </w:r>
    </w:p>
    <w:p w:rsidR="00C76F25" w:rsidRPr="007924E7" w:rsidRDefault="0044668A">
      <w:pPr>
        <w:autoSpaceDE w:val="0"/>
        <w:autoSpaceDN w:val="0"/>
        <w:spacing w:before="168" w:after="0" w:line="230" w:lineRule="auto"/>
        <w:ind w:left="180"/>
        <w:rPr>
          <w:lang w:val="ru-RU"/>
        </w:rPr>
      </w:pPr>
      <w:proofErr w:type="gramStart"/>
      <w:r w:rsidRPr="007924E7">
        <w:rPr>
          <w:rFonts w:ascii="Times New Roman" w:eastAsia="Times New Roman" w:hAnsi="Times New Roman"/>
          <w:color w:val="000000"/>
          <w:sz w:val="24"/>
          <w:lang w:val="ru-RU"/>
        </w:rPr>
        <w:t>К концу обучения у обучающегося формируются следующие универсальные учебные действия.</w:t>
      </w:r>
      <w:proofErr w:type="gramEnd"/>
    </w:p>
    <w:p w:rsidR="00C76F25" w:rsidRPr="007924E7" w:rsidRDefault="0044668A">
      <w:pPr>
        <w:autoSpaceDE w:val="0"/>
        <w:autoSpaceDN w:val="0"/>
        <w:spacing w:before="192" w:after="0" w:line="230" w:lineRule="auto"/>
        <w:ind w:left="180"/>
        <w:rPr>
          <w:lang w:val="ru-RU"/>
        </w:rPr>
      </w:pPr>
      <w:r w:rsidRPr="007924E7">
        <w:rPr>
          <w:rFonts w:ascii="Times New Roman" w:eastAsia="Times New Roman" w:hAnsi="Times New Roman"/>
          <w:b/>
          <w:i/>
          <w:color w:val="000000"/>
          <w:sz w:val="24"/>
          <w:lang w:val="ru-RU"/>
        </w:rPr>
        <w:t>Универсальные учебные познавательные действия:</w:t>
      </w:r>
    </w:p>
    <w:p w:rsidR="00C76F25" w:rsidRPr="007924E7" w:rsidRDefault="0044668A">
      <w:pPr>
        <w:autoSpaceDE w:val="0"/>
        <w:autoSpaceDN w:val="0"/>
        <w:spacing w:before="190" w:after="0" w:line="230" w:lineRule="auto"/>
        <w:ind w:left="180"/>
        <w:rPr>
          <w:lang w:val="ru-RU"/>
        </w:rPr>
      </w:pPr>
      <w:r w:rsidRPr="007924E7">
        <w:rPr>
          <w:rFonts w:ascii="Times New Roman" w:eastAsia="Times New Roman" w:hAnsi="Times New Roman"/>
          <w:b/>
          <w:color w:val="000000"/>
          <w:sz w:val="24"/>
          <w:lang w:val="ru-RU"/>
        </w:rPr>
        <w:t>1) Базовые логические действия:</w:t>
      </w:r>
    </w:p>
    <w:p w:rsidR="00C76F25" w:rsidRPr="007924E7" w:rsidRDefault="0044668A">
      <w:pPr>
        <w:autoSpaceDE w:val="0"/>
        <w:autoSpaceDN w:val="0"/>
        <w:spacing w:before="178" w:after="0" w:line="271" w:lineRule="auto"/>
        <w:ind w:left="420" w:right="288"/>
        <w:rPr>
          <w:lang w:val="ru-RU"/>
        </w:rPr>
      </w:pPr>
      <w:r w:rsidRPr="007924E7">
        <w:rPr>
          <w:rFonts w:ascii="Times New Roman" w:eastAsia="Times New Roman" w:hAnsi="Times New Roman"/>
          <w:color w:val="000000"/>
          <w:sz w:val="24"/>
          <w:lang w:val="ru-RU"/>
        </w:rPr>
        <w:t>—  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C76F25" w:rsidRPr="007924E7" w:rsidRDefault="0044668A">
      <w:pPr>
        <w:autoSpaceDE w:val="0"/>
        <w:autoSpaceDN w:val="0"/>
        <w:spacing w:before="190" w:after="0" w:line="271" w:lineRule="auto"/>
        <w:ind w:left="420" w:right="144"/>
        <w:rPr>
          <w:lang w:val="ru-RU"/>
        </w:rPr>
      </w:pPr>
      <w:r w:rsidRPr="007924E7">
        <w:rPr>
          <w:rFonts w:ascii="Times New Roman" w:eastAsia="Times New Roman" w:hAnsi="Times New Roman"/>
          <w:color w:val="000000"/>
          <w:sz w:val="24"/>
          <w:lang w:val="ru-RU"/>
        </w:rPr>
        <w:t>—  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C76F25" w:rsidRPr="007924E7" w:rsidRDefault="0044668A">
      <w:pPr>
        <w:autoSpaceDE w:val="0"/>
        <w:autoSpaceDN w:val="0"/>
        <w:spacing w:before="190" w:after="0" w:line="262" w:lineRule="auto"/>
        <w:ind w:left="420"/>
        <w:rPr>
          <w:lang w:val="ru-RU"/>
        </w:rPr>
      </w:pPr>
      <w:r w:rsidRPr="007924E7">
        <w:rPr>
          <w:rFonts w:ascii="Times New Roman" w:eastAsia="Times New Roman" w:hAnsi="Times New Roman"/>
          <w:color w:val="000000"/>
          <w:sz w:val="24"/>
          <w:lang w:val="ru-RU"/>
        </w:rPr>
        <w:t>—  с учётом предложенной задачи выявлять закономерности и противоречия в рассматриваемых литературных фактах и наблюдениях над текстом;</w:t>
      </w:r>
    </w:p>
    <w:p w:rsidR="00C76F25" w:rsidRPr="007924E7" w:rsidRDefault="0044668A">
      <w:pPr>
        <w:autoSpaceDE w:val="0"/>
        <w:autoSpaceDN w:val="0"/>
        <w:spacing w:before="190" w:after="0" w:line="262" w:lineRule="auto"/>
        <w:ind w:left="420" w:right="576"/>
        <w:rPr>
          <w:lang w:val="ru-RU"/>
        </w:rPr>
      </w:pPr>
      <w:r w:rsidRPr="007924E7">
        <w:rPr>
          <w:rFonts w:ascii="Times New Roman" w:eastAsia="Times New Roman" w:hAnsi="Times New Roman"/>
          <w:color w:val="000000"/>
          <w:sz w:val="24"/>
          <w:lang w:val="ru-RU"/>
        </w:rPr>
        <w:t>—  предлагать критерии для выявления закономерностей и противоречий с учётом учебной задачи;</w:t>
      </w:r>
    </w:p>
    <w:p w:rsidR="00C76F25" w:rsidRPr="007924E7" w:rsidRDefault="00C76F25">
      <w:pPr>
        <w:rPr>
          <w:lang w:val="ru-RU"/>
        </w:rPr>
        <w:sectPr w:rsidR="00C76F25" w:rsidRPr="007924E7">
          <w:pgSz w:w="11900" w:h="16840"/>
          <w:pgMar w:top="286" w:right="768" w:bottom="368" w:left="666" w:header="720" w:footer="720" w:gutter="0"/>
          <w:cols w:space="720" w:equalWidth="0">
            <w:col w:w="10466" w:space="0"/>
          </w:cols>
          <w:docGrid w:linePitch="360"/>
        </w:sectPr>
      </w:pPr>
    </w:p>
    <w:p w:rsidR="00C76F25" w:rsidRPr="007924E7" w:rsidRDefault="00C76F25">
      <w:pPr>
        <w:autoSpaceDE w:val="0"/>
        <w:autoSpaceDN w:val="0"/>
        <w:spacing w:after="78" w:line="220" w:lineRule="exact"/>
        <w:rPr>
          <w:lang w:val="ru-RU"/>
        </w:rPr>
      </w:pPr>
    </w:p>
    <w:p w:rsidR="00C76F25" w:rsidRPr="007924E7" w:rsidRDefault="0044668A">
      <w:pPr>
        <w:autoSpaceDE w:val="0"/>
        <w:autoSpaceDN w:val="0"/>
        <w:spacing w:after="0" w:line="262" w:lineRule="auto"/>
        <w:ind w:left="240"/>
        <w:rPr>
          <w:lang w:val="ru-RU"/>
        </w:rPr>
      </w:pPr>
      <w:r w:rsidRPr="007924E7">
        <w:rPr>
          <w:rFonts w:ascii="Times New Roman" w:eastAsia="Times New Roman" w:hAnsi="Times New Roman"/>
          <w:color w:val="000000"/>
          <w:sz w:val="24"/>
          <w:lang w:val="ru-RU"/>
        </w:rPr>
        <w:t>—  выявлять дефициты информации, данных, необходимых для решения поставленной учебной задачи;</w:t>
      </w:r>
    </w:p>
    <w:p w:rsidR="00C76F25" w:rsidRPr="007924E7" w:rsidRDefault="0044668A">
      <w:pPr>
        <w:autoSpaceDE w:val="0"/>
        <w:autoSpaceDN w:val="0"/>
        <w:spacing w:before="190" w:after="0" w:line="230" w:lineRule="auto"/>
        <w:jc w:val="center"/>
        <w:rPr>
          <w:lang w:val="ru-RU"/>
        </w:rPr>
      </w:pPr>
      <w:r w:rsidRPr="007924E7">
        <w:rPr>
          <w:rFonts w:ascii="Times New Roman" w:eastAsia="Times New Roman" w:hAnsi="Times New Roman"/>
          <w:color w:val="000000"/>
          <w:sz w:val="24"/>
          <w:lang w:val="ru-RU"/>
        </w:rPr>
        <w:t>—  выявлять причинно-следственные связи при изучении литературных явлений и процессов;</w:t>
      </w:r>
    </w:p>
    <w:p w:rsidR="00C76F25" w:rsidRPr="007924E7" w:rsidRDefault="0044668A">
      <w:pPr>
        <w:autoSpaceDE w:val="0"/>
        <w:autoSpaceDN w:val="0"/>
        <w:spacing w:before="190" w:after="0" w:line="262" w:lineRule="auto"/>
        <w:ind w:left="240" w:right="1296"/>
        <w:rPr>
          <w:lang w:val="ru-RU"/>
        </w:rPr>
      </w:pPr>
      <w:r w:rsidRPr="007924E7">
        <w:rPr>
          <w:rFonts w:ascii="Times New Roman" w:eastAsia="Times New Roman" w:hAnsi="Times New Roman"/>
          <w:color w:val="000000"/>
          <w:sz w:val="24"/>
          <w:lang w:val="ru-RU"/>
        </w:rPr>
        <w:t>—  делать выводы с использованием дедуктивных и индуктивных умозаключений, умозаключений по аналогии;</w:t>
      </w:r>
    </w:p>
    <w:p w:rsidR="00C76F25" w:rsidRPr="007924E7" w:rsidRDefault="0044668A">
      <w:pPr>
        <w:autoSpaceDE w:val="0"/>
        <w:autoSpaceDN w:val="0"/>
        <w:spacing w:before="190" w:after="0" w:line="230" w:lineRule="auto"/>
        <w:ind w:left="240"/>
        <w:rPr>
          <w:lang w:val="ru-RU"/>
        </w:rPr>
      </w:pPr>
      <w:r w:rsidRPr="007924E7">
        <w:rPr>
          <w:rFonts w:ascii="Times New Roman" w:eastAsia="Times New Roman" w:hAnsi="Times New Roman"/>
          <w:color w:val="000000"/>
          <w:sz w:val="24"/>
          <w:lang w:val="ru-RU"/>
        </w:rPr>
        <w:t>—  формулировать гипотезы об их взаимосвязях;</w:t>
      </w:r>
    </w:p>
    <w:p w:rsidR="00C76F25" w:rsidRPr="007924E7" w:rsidRDefault="0044668A">
      <w:pPr>
        <w:autoSpaceDE w:val="0"/>
        <w:autoSpaceDN w:val="0"/>
        <w:spacing w:before="190" w:after="0" w:line="271" w:lineRule="auto"/>
        <w:ind w:left="240" w:right="288"/>
        <w:rPr>
          <w:lang w:val="ru-RU"/>
        </w:rPr>
      </w:pPr>
      <w:r w:rsidRPr="007924E7">
        <w:rPr>
          <w:rFonts w:ascii="Times New Roman" w:eastAsia="Times New Roman" w:hAnsi="Times New Roman"/>
          <w:color w:val="000000"/>
          <w:sz w:val="24"/>
          <w:lang w:val="ru-RU"/>
        </w:rPr>
        <w:t>—  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C76F25" w:rsidRPr="007924E7" w:rsidRDefault="0044668A">
      <w:pPr>
        <w:autoSpaceDE w:val="0"/>
        <w:autoSpaceDN w:val="0"/>
        <w:spacing w:before="180" w:after="0" w:line="230" w:lineRule="auto"/>
        <w:rPr>
          <w:lang w:val="ru-RU"/>
        </w:rPr>
      </w:pPr>
      <w:r w:rsidRPr="007924E7">
        <w:rPr>
          <w:rFonts w:ascii="Times New Roman" w:eastAsia="Times New Roman" w:hAnsi="Times New Roman"/>
          <w:b/>
          <w:color w:val="000000"/>
          <w:sz w:val="24"/>
          <w:lang w:val="ru-RU"/>
        </w:rPr>
        <w:t>2) Базовые исследовательские действия:</w:t>
      </w:r>
    </w:p>
    <w:p w:rsidR="00C76F25" w:rsidRPr="007924E7" w:rsidRDefault="0044668A">
      <w:pPr>
        <w:autoSpaceDE w:val="0"/>
        <w:autoSpaceDN w:val="0"/>
        <w:spacing w:before="180" w:after="0" w:line="262" w:lineRule="auto"/>
        <w:ind w:left="240"/>
        <w:rPr>
          <w:lang w:val="ru-RU"/>
        </w:rPr>
      </w:pPr>
      <w:r w:rsidRPr="007924E7">
        <w:rPr>
          <w:rFonts w:ascii="Times New Roman" w:eastAsia="Times New Roman" w:hAnsi="Times New Roman"/>
          <w:color w:val="000000"/>
          <w:sz w:val="24"/>
          <w:lang w:val="ru-RU"/>
        </w:rPr>
        <w:t>—  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76F25" w:rsidRPr="007924E7" w:rsidRDefault="0044668A">
      <w:pPr>
        <w:autoSpaceDE w:val="0"/>
        <w:autoSpaceDN w:val="0"/>
        <w:spacing w:before="190" w:after="0" w:line="262" w:lineRule="auto"/>
        <w:ind w:left="240" w:right="864"/>
        <w:rPr>
          <w:lang w:val="ru-RU"/>
        </w:rPr>
      </w:pPr>
      <w:r w:rsidRPr="007924E7">
        <w:rPr>
          <w:rFonts w:ascii="Times New Roman" w:eastAsia="Times New Roman" w:hAnsi="Times New Roman"/>
          <w:color w:val="000000"/>
          <w:sz w:val="24"/>
          <w:lang w:val="ru-RU"/>
        </w:rPr>
        <w:t>—  использовать вопросы как исследовательский инструмент познания в литературном образовании;</w:t>
      </w:r>
    </w:p>
    <w:p w:rsidR="00C76F25" w:rsidRPr="007924E7" w:rsidRDefault="0044668A">
      <w:pPr>
        <w:autoSpaceDE w:val="0"/>
        <w:autoSpaceDN w:val="0"/>
        <w:spacing w:before="190" w:after="0" w:line="262" w:lineRule="auto"/>
        <w:ind w:left="240" w:right="1152"/>
        <w:rPr>
          <w:lang w:val="ru-RU"/>
        </w:rPr>
      </w:pPr>
      <w:r w:rsidRPr="007924E7">
        <w:rPr>
          <w:rFonts w:ascii="Times New Roman" w:eastAsia="Times New Roman" w:hAnsi="Times New Roman"/>
          <w:color w:val="000000"/>
          <w:sz w:val="24"/>
          <w:lang w:val="ru-RU"/>
        </w:rPr>
        <w:t>—  формировать гипотезу об истинности собственных суждений и суждений других, аргументировать свою позицию, мнение</w:t>
      </w:r>
    </w:p>
    <w:p w:rsidR="00C76F25" w:rsidRPr="007924E7" w:rsidRDefault="0044668A">
      <w:pPr>
        <w:autoSpaceDE w:val="0"/>
        <w:autoSpaceDN w:val="0"/>
        <w:spacing w:before="190" w:after="0" w:line="271" w:lineRule="auto"/>
        <w:ind w:left="240"/>
        <w:rPr>
          <w:lang w:val="ru-RU"/>
        </w:rPr>
      </w:pPr>
      <w:r w:rsidRPr="007924E7">
        <w:rPr>
          <w:rFonts w:ascii="Times New Roman" w:eastAsia="Times New Roman" w:hAnsi="Times New Roman"/>
          <w:color w:val="000000"/>
          <w:sz w:val="24"/>
          <w:lang w:val="ru-RU"/>
        </w:rPr>
        <w:t xml:space="preserve">—  проводить по самостоятельно составленному плану небольшое исследование по </w:t>
      </w:r>
      <w:r w:rsidRPr="007924E7">
        <w:rPr>
          <w:lang w:val="ru-RU"/>
        </w:rPr>
        <w:br/>
      </w:r>
      <w:r w:rsidRPr="007924E7">
        <w:rPr>
          <w:rFonts w:ascii="Times New Roman" w:eastAsia="Times New Roman" w:hAnsi="Times New Roman"/>
          <w:color w:val="000000"/>
          <w:sz w:val="24"/>
          <w:lang w:val="ru-RU"/>
        </w:rPr>
        <w:t>установлению особенностей литературного объекта изучения, причинно-следственных связей и зависимостей объектов между собой;</w:t>
      </w:r>
    </w:p>
    <w:p w:rsidR="00C76F25" w:rsidRPr="007924E7" w:rsidRDefault="0044668A">
      <w:pPr>
        <w:autoSpaceDE w:val="0"/>
        <w:autoSpaceDN w:val="0"/>
        <w:spacing w:before="190" w:after="0" w:line="262" w:lineRule="auto"/>
        <w:ind w:left="240"/>
        <w:rPr>
          <w:lang w:val="ru-RU"/>
        </w:rPr>
      </w:pPr>
      <w:r w:rsidRPr="007924E7">
        <w:rPr>
          <w:rFonts w:ascii="Times New Roman" w:eastAsia="Times New Roman" w:hAnsi="Times New Roman"/>
          <w:color w:val="000000"/>
          <w:sz w:val="24"/>
          <w:lang w:val="ru-RU"/>
        </w:rPr>
        <w:t>—  оценивать на применимость и достоверность информацию, полученную в ходе исследования (эксперимента);</w:t>
      </w:r>
    </w:p>
    <w:p w:rsidR="00C76F25" w:rsidRPr="007924E7" w:rsidRDefault="0044668A">
      <w:pPr>
        <w:autoSpaceDE w:val="0"/>
        <w:autoSpaceDN w:val="0"/>
        <w:spacing w:before="190" w:after="0" w:line="262" w:lineRule="auto"/>
        <w:ind w:left="240" w:right="864"/>
        <w:rPr>
          <w:lang w:val="ru-RU"/>
        </w:rPr>
      </w:pPr>
      <w:r w:rsidRPr="007924E7">
        <w:rPr>
          <w:rFonts w:ascii="Times New Roman" w:eastAsia="Times New Roman" w:hAnsi="Times New Roman"/>
          <w:color w:val="000000"/>
          <w:sz w:val="24"/>
          <w:lang w:val="ru-RU"/>
        </w:rPr>
        <w:t>—  самостоятельно формулировать обобщения и выводы по результатам проведённого наблюдения, опыта, исследования;</w:t>
      </w:r>
    </w:p>
    <w:p w:rsidR="00C76F25" w:rsidRPr="007924E7" w:rsidRDefault="0044668A">
      <w:pPr>
        <w:autoSpaceDE w:val="0"/>
        <w:autoSpaceDN w:val="0"/>
        <w:spacing w:before="190" w:after="0" w:line="230" w:lineRule="auto"/>
        <w:ind w:left="240"/>
        <w:rPr>
          <w:lang w:val="ru-RU"/>
        </w:rPr>
      </w:pPr>
      <w:r w:rsidRPr="007924E7">
        <w:rPr>
          <w:rFonts w:ascii="Times New Roman" w:eastAsia="Times New Roman" w:hAnsi="Times New Roman"/>
          <w:color w:val="000000"/>
          <w:sz w:val="24"/>
          <w:lang w:val="ru-RU"/>
        </w:rPr>
        <w:t>—  владеть инструментами оценки достоверности полученных выводов и обобщений;</w:t>
      </w:r>
    </w:p>
    <w:p w:rsidR="00C76F25" w:rsidRPr="007924E7" w:rsidRDefault="0044668A">
      <w:pPr>
        <w:autoSpaceDE w:val="0"/>
        <w:autoSpaceDN w:val="0"/>
        <w:spacing w:before="190" w:after="0" w:line="271" w:lineRule="auto"/>
        <w:ind w:left="240" w:right="144"/>
        <w:rPr>
          <w:lang w:val="ru-RU"/>
        </w:rPr>
      </w:pPr>
      <w:r w:rsidRPr="007924E7">
        <w:rPr>
          <w:rFonts w:ascii="Times New Roman" w:eastAsia="Times New Roman" w:hAnsi="Times New Roman"/>
          <w:color w:val="000000"/>
          <w:sz w:val="24"/>
          <w:lang w:val="ru-RU"/>
        </w:rPr>
        <w:t>—  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C76F25" w:rsidRPr="007924E7" w:rsidRDefault="0044668A">
      <w:pPr>
        <w:autoSpaceDE w:val="0"/>
        <w:autoSpaceDN w:val="0"/>
        <w:spacing w:before="180" w:after="0" w:line="230" w:lineRule="auto"/>
        <w:rPr>
          <w:lang w:val="ru-RU"/>
        </w:rPr>
      </w:pPr>
      <w:r w:rsidRPr="007924E7">
        <w:rPr>
          <w:rFonts w:ascii="Times New Roman" w:eastAsia="Times New Roman" w:hAnsi="Times New Roman"/>
          <w:b/>
          <w:color w:val="000000"/>
          <w:sz w:val="24"/>
          <w:lang w:val="ru-RU"/>
        </w:rPr>
        <w:t>3) Работа с информацией:</w:t>
      </w:r>
    </w:p>
    <w:p w:rsidR="00C76F25" w:rsidRPr="007924E7" w:rsidRDefault="0044668A">
      <w:pPr>
        <w:autoSpaceDE w:val="0"/>
        <w:autoSpaceDN w:val="0"/>
        <w:spacing w:before="180" w:after="0" w:line="271" w:lineRule="auto"/>
        <w:ind w:left="240" w:right="144"/>
        <w:rPr>
          <w:lang w:val="ru-RU"/>
        </w:rPr>
      </w:pPr>
      <w:r w:rsidRPr="007924E7">
        <w:rPr>
          <w:rFonts w:ascii="Times New Roman" w:eastAsia="Times New Roman" w:hAnsi="Times New Roman"/>
          <w:color w:val="000000"/>
          <w:sz w:val="24"/>
          <w:lang w:val="ru-RU"/>
        </w:rPr>
        <w:t>—  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C76F25" w:rsidRPr="007924E7" w:rsidRDefault="0044668A">
      <w:pPr>
        <w:autoSpaceDE w:val="0"/>
        <w:autoSpaceDN w:val="0"/>
        <w:spacing w:before="190" w:after="0" w:line="262" w:lineRule="auto"/>
        <w:ind w:left="240" w:right="288"/>
        <w:rPr>
          <w:lang w:val="ru-RU"/>
        </w:rPr>
      </w:pPr>
      <w:r w:rsidRPr="007924E7">
        <w:rPr>
          <w:rFonts w:ascii="Times New Roman" w:eastAsia="Times New Roman" w:hAnsi="Times New Roman"/>
          <w:color w:val="000000"/>
          <w:sz w:val="24"/>
          <w:lang w:val="ru-RU"/>
        </w:rPr>
        <w:t>—  выбирать, анализировать, систематизировать и интерпретировать литературную и другую информацию различных видов и форм представления;</w:t>
      </w:r>
    </w:p>
    <w:p w:rsidR="00C76F25" w:rsidRPr="007924E7" w:rsidRDefault="0044668A">
      <w:pPr>
        <w:autoSpaceDE w:val="0"/>
        <w:autoSpaceDN w:val="0"/>
        <w:spacing w:before="190" w:after="0" w:line="262" w:lineRule="auto"/>
        <w:ind w:left="240" w:right="432"/>
        <w:rPr>
          <w:lang w:val="ru-RU"/>
        </w:rPr>
      </w:pPr>
      <w:r w:rsidRPr="007924E7">
        <w:rPr>
          <w:rFonts w:ascii="Times New Roman" w:eastAsia="Times New Roman" w:hAnsi="Times New Roman"/>
          <w:color w:val="000000"/>
          <w:sz w:val="24"/>
          <w:lang w:val="ru-RU"/>
        </w:rPr>
        <w:t>—  находить сходные аргументы (подтверждающие или опровергающие одну и ту же идею, версию) в различных информационных источниках;</w:t>
      </w:r>
    </w:p>
    <w:p w:rsidR="00C76F25" w:rsidRPr="007924E7" w:rsidRDefault="0044668A">
      <w:pPr>
        <w:autoSpaceDE w:val="0"/>
        <w:autoSpaceDN w:val="0"/>
        <w:spacing w:before="190" w:after="0" w:line="271" w:lineRule="auto"/>
        <w:ind w:left="240"/>
        <w:rPr>
          <w:lang w:val="ru-RU"/>
        </w:rPr>
      </w:pPr>
      <w:r w:rsidRPr="007924E7">
        <w:rPr>
          <w:rFonts w:ascii="Times New Roman" w:eastAsia="Times New Roman" w:hAnsi="Times New Roman"/>
          <w:color w:val="000000"/>
          <w:sz w:val="24"/>
          <w:lang w:val="ru-RU"/>
        </w:rPr>
        <w:t>—  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C76F25" w:rsidRPr="007924E7" w:rsidRDefault="0044668A">
      <w:pPr>
        <w:autoSpaceDE w:val="0"/>
        <w:autoSpaceDN w:val="0"/>
        <w:spacing w:before="190" w:after="0" w:line="262" w:lineRule="auto"/>
        <w:ind w:left="240" w:right="288"/>
        <w:rPr>
          <w:lang w:val="ru-RU"/>
        </w:rPr>
      </w:pPr>
      <w:r w:rsidRPr="007924E7">
        <w:rPr>
          <w:rFonts w:ascii="Times New Roman" w:eastAsia="Times New Roman" w:hAnsi="Times New Roman"/>
          <w:color w:val="000000"/>
          <w:sz w:val="24"/>
          <w:lang w:val="ru-RU"/>
        </w:rPr>
        <w:t>—  оценивать надёжность литературной и другой информации по критериям, предложенным учителем или сформулированным самостоятельно;</w:t>
      </w:r>
    </w:p>
    <w:p w:rsidR="00C76F25" w:rsidRPr="007924E7" w:rsidRDefault="00C76F25">
      <w:pPr>
        <w:rPr>
          <w:lang w:val="ru-RU"/>
        </w:rPr>
        <w:sectPr w:rsidR="00C76F25" w:rsidRPr="007924E7">
          <w:pgSz w:w="11900" w:h="16840"/>
          <w:pgMar w:top="298" w:right="858" w:bottom="318" w:left="846" w:header="720" w:footer="720" w:gutter="0"/>
          <w:cols w:space="720" w:equalWidth="0">
            <w:col w:w="10196" w:space="0"/>
          </w:cols>
          <w:docGrid w:linePitch="360"/>
        </w:sectPr>
      </w:pPr>
    </w:p>
    <w:p w:rsidR="00C76F25" w:rsidRPr="007924E7" w:rsidRDefault="00C76F25">
      <w:pPr>
        <w:autoSpaceDE w:val="0"/>
        <w:autoSpaceDN w:val="0"/>
        <w:spacing w:after="126" w:line="220" w:lineRule="exact"/>
        <w:rPr>
          <w:lang w:val="ru-RU"/>
        </w:rPr>
      </w:pPr>
    </w:p>
    <w:p w:rsidR="00C76F25" w:rsidRPr="007924E7" w:rsidRDefault="0044668A">
      <w:pPr>
        <w:autoSpaceDE w:val="0"/>
        <w:autoSpaceDN w:val="0"/>
        <w:spacing w:after="0" w:line="230" w:lineRule="auto"/>
        <w:ind w:left="240"/>
        <w:rPr>
          <w:lang w:val="ru-RU"/>
        </w:rPr>
      </w:pPr>
      <w:r w:rsidRPr="007924E7">
        <w:rPr>
          <w:rFonts w:ascii="Times New Roman" w:eastAsia="Times New Roman" w:hAnsi="Times New Roman"/>
          <w:color w:val="000000"/>
          <w:sz w:val="24"/>
          <w:lang w:val="ru-RU"/>
        </w:rPr>
        <w:t>—  эффективно запоминать и систематизировать эту информацию.</w:t>
      </w:r>
    </w:p>
    <w:p w:rsidR="00C76F25" w:rsidRPr="007924E7" w:rsidRDefault="0044668A">
      <w:pPr>
        <w:autoSpaceDE w:val="0"/>
        <w:autoSpaceDN w:val="0"/>
        <w:spacing w:before="178" w:after="0" w:line="230" w:lineRule="auto"/>
        <w:rPr>
          <w:lang w:val="ru-RU"/>
        </w:rPr>
      </w:pPr>
      <w:r w:rsidRPr="007924E7">
        <w:rPr>
          <w:rFonts w:ascii="Times New Roman" w:eastAsia="Times New Roman" w:hAnsi="Times New Roman"/>
          <w:b/>
          <w:i/>
          <w:color w:val="000000"/>
          <w:sz w:val="24"/>
          <w:lang w:val="ru-RU"/>
        </w:rPr>
        <w:t>Универсальные учебные коммуникативные действия:</w:t>
      </w:r>
    </w:p>
    <w:p w:rsidR="00C76F25" w:rsidRPr="007924E7" w:rsidRDefault="0044668A">
      <w:pPr>
        <w:autoSpaceDE w:val="0"/>
        <w:autoSpaceDN w:val="0"/>
        <w:spacing w:before="190" w:after="0" w:line="230" w:lineRule="auto"/>
        <w:rPr>
          <w:lang w:val="ru-RU"/>
        </w:rPr>
      </w:pPr>
      <w:r w:rsidRPr="007924E7">
        <w:rPr>
          <w:rFonts w:ascii="Times New Roman" w:eastAsia="Times New Roman" w:hAnsi="Times New Roman"/>
          <w:color w:val="000000"/>
          <w:sz w:val="24"/>
          <w:lang w:val="ru-RU"/>
        </w:rPr>
        <w:t>1)</w:t>
      </w:r>
      <w:r w:rsidRPr="007924E7">
        <w:rPr>
          <w:rFonts w:ascii="Times New Roman" w:eastAsia="Times New Roman" w:hAnsi="Times New Roman"/>
          <w:i/>
          <w:color w:val="000000"/>
          <w:sz w:val="24"/>
          <w:lang w:val="ru-RU"/>
        </w:rPr>
        <w:t xml:space="preserve"> Общение</w:t>
      </w:r>
      <w:r w:rsidRPr="007924E7">
        <w:rPr>
          <w:rFonts w:ascii="Times New Roman" w:eastAsia="Times New Roman" w:hAnsi="Times New Roman"/>
          <w:color w:val="000000"/>
          <w:sz w:val="24"/>
          <w:lang w:val="ru-RU"/>
        </w:rPr>
        <w:t>:</w:t>
      </w:r>
    </w:p>
    <w:p w:rsidR="00C76F25" w:rsidRPr="007924E7" w:rsidRDefault="0044668A">
      <w:pPr>
        <w:autoSpaceDE w:val="0"/>
        <w:autoSpaceDN w:val="0"/>
        <w:spacing w:before="178" w:after="0" w:line="262" w:lineRule="auto"/>
        <w:ind w:left="240" w:right="288"/>
        <w:rPr>
          <w:lang w:val="ru-RU"/>
        </w:rPr>
      </w:pPr>
      <w:r w:rsidRPr="007924E7">
        <w:rPr>
          <w:rFonts w:ascii="Times New Roman" w:eastAsia="Times New Roman" w:hAnsi="Times New Roman"/>
          <w:color w:val="000000"/>
          <w:sz w:val="24"/>
          <w:lang w:val="ru-RU"/>
        </w:rPr>
        <w:t>—  воспринимать и формулировать суждения, выражать эмоции в соответствии с условиями и целями общения;</w:t>
      </w:r>
    </w:p>
    <w:p w:rsidR="00C76F25" w:rsidRPr="007924E7" w:rsidRDefault="0044668A">
      <w:pPr>
        <w:autoSpaceDE w:val="0"/>
        <w:autoSpaceDN w:val="0"/>
        <w:spacing w:before="190" w:after="0" w:line="271" w:lineRule="auto"/>
        <w:ind w:left="240"/>
        <w:rPr>
          <w:lang w:val="ru-RU"/>
        </w:rPr>
      </w:pPr>
      <w:r w:rsidRPr="007924E7">
        <w:rPr>
          <w:rFonts w:ascii="Times New Roman" w:eastAsia="Times New Roman" w:hAnsi="Times New Roman"/>
          <w:color w:val="000000"/>
          <w:sz w:val="24"/>
          <w:lang w:val="ru-RU"/>
        </w:rPr>
        <w:t xml:space="preserve">—  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w:t>
      </w:r>
      <w:r w:rsidRPr="007924E7">
        <w:rPr>
          <w:lang w:val="ru-RU"/>
        </w:rPr>
        <w:br/>
      </w:r>
      <w:r w:rsidRPr="007924E7">
        <w:rPr>
          <w:rFonts w:ascii="Times New Roman" w:eastAsia="Times New Roman" w:hAnsi="Times New Roman"/>
          <w:color w:val="000000"/>
          <w:sz w:val="24"/>
          <w:lang w:val="ru-RU"/>
        </w:rPr>
        <w:t>произведениях, и смягчать конфликты, вести переговоры;</w:t>
      </w:r>
    </w:p>
    <w:p w:rsidR="00C76F25" w:rsidRPr="007924E7" w:rsidRDefault="0044668A">
      <w:pPr>
        <w:autoSpaceDE w:val="0"/>
        <w:autoSpaceDN w:val="0"/>
        <w:spacing w:before="192" w:after="0" w:line="230" w:lineRule="auto"/>
        <w:ind w:left="240"/>
        <w:rPr>
          <w:lang w:val="ru-RU"/>
        </w:rPr>
      </w:pPr>
      <w:r w:rsidRPr="007924E7">
        <w:rPr>
          <w:rFonts w:ascii="Times New Roman" w:eastAsia="Times New Roman" w:hAnsi="Times New Roman"/>
          <w:color w:val="000000"/>
          <w:sz w:val="24"/>
          <w:lang w:val="ru-RU"/>
        </w:rPr>
        <w:t>—  выражать себя (свою точку зрения) в устных и письменных текстах;</w:t>
      </w:r>
    </w:p>
    <w:p w:rsidR="00C76F25" w:rsidRPr="007924E7" w:rsidRDefault="0044668A">
      <w:pPr>
        <w:autoSpaceDE w:val="0"/>
        <w:autoSpaceDN w:val="0"/>
        <w:spacing w:before="192" w:after="0" w:line="262" w:lineRule="auto"/>
        <w:ind w:left="240" w:right="144"/>
        <w:rPr>
          <w:lang w:val="ru-RU"/>
        </w:rPr>
      </w:pPr>
      <w:r w:rsidRPr="007924E7">
        <w:rPr>
          <w:rFonts w:ascii="Times New Roman" w:eastAsia="Times New Roman" w:hAnsi="Times New Roman"/>
          <w:color w:val="000000"/>
          <w:sz w:val="24"/>
          <w:lang w:val="ru-RU"/>
        </w:rPr>
        <w:t>—  понимать намерения других, проявлять уважительное отношение к собеседнику и корректно формулировать свои возражения;</w:t>
      </w:r>
    </w:p>
    <w:p w:rsidR="00C76F25" w:rsidRPr="007924E7" w:rsidRDefault="0044668A">
      <w:pPr>
        <w:autoSpaceDE w:val="0"/>
        <w:autoSpaceDN w:val="0"/>
        <w:spacing w:before="190" w:after="0" w:line="271" w:lineRule="auto"/>
        <w:ind w:left="240"/>
        <w:rPr>
          <w:lang w:val="ru-RU"/>
        </w:rPr>
      </w:pPr>
      <w:r w:rsidRPr="007924E7">
        <w:rPr>
          <w:rFonts w:ascii="Times New Roman" w:eastAsia="Times New Roman" w:hAnsi="Times New Roman"/>
          <w:color w:val="000000"/>
          <w:sz w:val="24"/>
          <w:lang w:val="ru-RU"/>
        </w:rPr>
        <w:t>—  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C76F25" w:rsidRPr="007924E7" w:rsidRDefault="0044668A">
      <w:pPr>
        <w:autoSpaceDE w:val="0"/>
        <w:autoSpaceDN w:val="0"/>
        <w:spacing w:before="190" w:after="0" w:line="262" w:lineRule="auto"/>
        <w:ind w:left="240" w:right="864"/>
        <w:rPr>
          <w:lang w:val="ru-RU"/>
        </w:rPr>
      </w:pPr>
      <w:r w:rsidRPr="007924E7">
        <w:rPr>
          <w:rFonts w:ascii="Times New Roman" w:eastAsia="Times New Roman" w:hAnsi="Times New Roman"/>
          <w:color w:val="000000"/>
          <w:sz w:val="24"/>
          <w:lang w:val="ru-RU"/>
        </w:rPr>
        <w:t>—  сопоставлять свои суждения с суждениями других участников диалога, обнаруживать различие и сходство позиций;</w:t>
      </w:r>
    </w:p>
    <w:p w:rsidR="00C76F25" w:rsidRPr="007924E7" w:rsidRDefault="0044668A">
      <w:pPr>
        <w:autoSpaceDE w:val="0"/>
        <w:autoSpaceDN w:val="0"/>
        <w:spacing w:before="190" w:after="0" w:line="262" w:lineRule="auto"/>
        <w:ind w:left="240" w:right="1440"/>
        <w:rPr>
          <w:lang w:val="ru-RU"/>
        </w:rPr>
      </w:pPr>
      <w:r w:rsidRPr="007924E7">
        <w:rPr>
          <w:rFonts w:ascii="Times New Roman" w:eastAsia="Times New Roman" w:hAnsi="Times New Roman"/>
          <w:color w:val="000000"/>
          <w:sz w:val="24"/>
          <w:lang w:val="ru-RU"/>
        </w:rPr>
        <w:t>—  публично представлять результаты выполненного опыта (литературоведческого эксперимента, исследования, проекта);</w:t>
      </w:r>
    </w:p>
    <w:p w:rsidR="00C76F25" w:rsidRPr="007924E7" w:rsidRDefault="0044668A">
      <w:pPr>
        <w:autoSpaceDE w:val="0"/>
        <w:autoSpaceDN w:val="0"/>
        <w:spacing w:before="190" w:after="0" w:line="271" w:lineRule="auto"/>
        <w:ind w:left="240" w:right="288"/>
        <w:rPr>
          <w:lang w:val="ru-RU"/>
        </w:rPr>
      </w:pPr>
      <w:r w:rsidRPr="007924E7">
        <w:rPr>
          <w:rFonts w:ascii="Times New Roman" w:eastAsia="Times New Roman" w:hAnsi="Times New Roman"/>
          <w:color w:val="000000"/>
          <w:sz w:val="24"/>
          <w:lang w:val="ru-RU"/>
        </w:rPr>
        <w:t>—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76F25" w:rsidRPr="007924E7" w:rsidRDefault="0044668A">
      <w:pPr>
        <w:autoSpaceDE w:val="0"/>
        <w:autoSpaceDN w:val="0"/>
        <w:spacing w:before="298" w:after="0" w:line="230" w:lineRule="auto"/>
        <w:rPr>
          <w:lang w:val="ru-RU"/>
        </w:rPr>
      </w:pPr>
      <w:r w:rsidRPr="007924E7">
        <w:rPr>
          <w:rFonts w:ascii="Times New Roman" w:eastAsia="Times New Roman" w:hAnsi="Times New Roman"/>
          <w:color w:val="000000"/>
          <w:sz w:val="24"/>
          <w:lang w:val="ru-RU"/>
        </w:rPr>
        <w:t>2) С</w:t>
      </w:r>
      <w:r w:rsidRPr="007924E7">
        <w:rPr>
          <w:rFonts w:ascii="Times New Roman" w:eastAsia="Times New Roman" w:hAnsi="Times New Roman"/>
          <w:i/>
          <w:color w:val="000000"/>
          <w:sz w:val="24"/>
          <w:lang w:val="ru-RU"/>
        </w:rPr>
        <w:t>овместная деятельность</w:t>
      </w:r>
      <w:r w:rsidRPr="007924E7">
        <w:rPr>
          <w:rFonts w:ascii="Times New Roman" w:eastAsia="Times New Roman" w:hAnsi="Times New Roman"/>
          <w:color w:val="000000"/>
          <w:sz w:val="24"/>
          <w:lang w:val="ru-RU"/>
        </w:rPr>
        <w:t>:</w:t>
      </w:r>
    </w:p>
    <w:p w:rsidR="00C76F25" w:rsidRPr="007924E7" w:rsidRDefault="0044668A">
      <w:pPr>
        <w:autoSpaceDE w:val="0"/>
        <w:autoSpaceDN w:val="0"/>
        <w:spacing w:before="178" w:after="0"/>
        <w:ind w:left="240" w:right="864"/>
        <w:rPr>
          <w:lang w:val="ru-RU"/>
        </w:rPr>
      </w:pPr>
      <w:r w:rsidRPr="007924E7">
        <w:rPr>
          <w:rFonts w:ascii="Times New Roman" w:eastAsia="Times New Roman" w:hAnsi="Times New Roman"/>
          <w:color w:val="000000"/>
          <w:sz w:val="24"/>
          <w:lang w:val="ru-RU"/>
        </w:rPr>
        <w:t>—  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C76F25" w:rsidRPr="007924E7" w:rsidRDefault="0044668A">
      <w:pPr>
        <w:autoSpaceDE w:val="0"/>
        <w:autoSpaceDN w:val="0"/>
        <w:spacing w:before="192" w:after="0" w:line="271" w:lineRule="auto"/>
        <w:ind w:left="240" w:right="432"/>
        <w:rPr>
          <w:lang w:val="ru-RU"/>
        </w:rPr>
      </w:pPr>
      <w:r w:rsidRPr="007924E7">
        <w:rPr>
          <w:rFonts w:ascii="Times New Roman" w:eastAsia="Times New Roman" w:hAnsi="Times New Roman"/>
          <w:color w:val="000000"/>
          <w:sz w:val="24"/>
          <w:lang w:val="ru-RU"/>
        </w:rPr>
        <w:t>—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76F25" w:rsidRPr="007924E7" w:rsidRDefault="0044668A">
      <w:pPr>
        <w:autoSpaceDE w:val="0"/>
        <w:autoSpaceDN w:val="0"/>
        <w:spacing w:before="190" w:after="0" w:line="230" w:lineRule="auto"/>
        <w:ind w:left="240"/>
        <w:rPr>
          <w:lang w:val="ru-RU"/>
        </w:rPr>
      </w:pPr>
      <w:r w:rsidRPr="007924E7">
        <w:rPr>
          <w:rFonts w:ascii="Times New Roman" w:eastAsia="Times New Roman" w:hAnsi="Times New Roman"/>
          <w:color w:val="000000"/>
          <w:sz w:val="24"/>
          <w:lang w:val="ru-RU"/>
        </w:rPr>
        <w:t>—  уметь обобщать мнения нескольких людей;</w:t>
      </w:r>
    </w:p>
    <w:p w:rsidR="00C76F25" w:rsidRPr="007924E7" w:rsidRDefault="0044668A">
      <w:pPr>
        <w:autoSpaceDE w:val="0"/>
        <w:autoSpaceDN w:val="0"/>
        <w:spacing w:before="190" w:after="0" w:line="281" w:lineRule="auto"/>
        <w:ind w:left="240"/>
        <w:rPr>
          <w:lang w:val="ru-RU"/>
        </w:rPr>
      </w:pPr>
      <w:r w:rsidRPr="007924E7">
        <w:rPr>
          <w:rFonts w:ascii="Times New Roman" w:eastAsia="Times New Roman" w:hAnsi="Times New Roman"/>
          <w:color w:val="000000"/>
          <w:sz w:val="24"/>
          <w:lang w:val="ru-RU"/>
        </w:rPr>
        <w:t xml:space="preserve">—  проявлять готовность руководить, выполнять поручения, подчиняться; планировать </w:t>
      </w:r>
      <w:r w:rsidRPr="007924E7">
        <w:rPr>
          <w:lang w:val="ru-RU"/>
        </w:rPr>
        <w:br/>
      </w:r>
      <w:r w:rsidRPr="007924E7">
        <w:rPr>
          <w:rFonts w:ascii="Times New Roman" w:eastAsia="Times New Roman" w:hAnsi="Times New Roman"/>
          <w:color w:val="000000"/>
          <w:sz w:val="24"/>
          <w:lang w:val="ru-RU"/>
        </w:rPr>
        <w:t xml:space="preserve">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r w:rsidRPr="007924E7">
        <w:rPr>
          <w:lang w:val="ru-RU"/>
        </w:rPr>
        <w:br/>
      </w:r>
      <w:r w:rsidRPr="007924E7">
        <w:rPr>
          <w:rFonts w:ascii="Times New Roman" w:eastAsia="Times New Roman" w:hAnsi="Times New Roman"/>
          <w:color w:val="000000"/>
          <w:sz w:val="24"/>
          <w:lang w:val="ru-RU"/>
        </w:rPr>
        <w:t>(обсуждения, обмен мнений, «мозговые штурмы» и иные);</w:t>
      </w:r>
    </w:p>
    <w:p w:rsidR="00C76F25" w:rsidRPr="007924E7" w:rsidRDefault="0044668A">
      <w:pPr>
        <w:autoSpaceDE w:val="0"/>
        <w:autoSpaceDN w:val="0"/>
        <w:spacing w:before="190" w:after="0" w:line="262" w:lineRule="auto"/>
        <w:ind w:left="240"/>
        <w:rPr>
          <w:lang w:val="ru-RU"/>
        </w:rPr>
      </w:pPr>
      <w:r w:rsidRPr="007924E7">
        <w:rPr>
          <w:rFonts w:ascii="Times New Roman" w:eastAsia="Times New Roman" w:hAnsi="Times New Roman"/>
          <w:color w:val="000000"/>
          <w:sz w:val="24"/>
          <w:lang w:val="ru-RU"/>
        </w:rPr>
        <w:t>—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76F25" w:rsidRPr="007924E7" w:rsidRDefault="0044668A">
      <w:pPr>
        <w:autoSpaceDE w:val="0"/>
        <w:autoSpaceDN w:val="0"/>
        <w:spacing w:before="190" w:after="0" w:line="271" w:lineRule="auto"/>
        <w:ind w:left="240" w:right="432"/>
        <w:rPr>
          <w:lang w:val="ru-RU"/>
        </w:rPr>
      </w:pPr>
      <w:r w:rsidRPr="007924E7">
        <w:rPr>
          <w:rFonts w:ascii="Times New Roman" w:eastAsia="Times New Roman" w:hAnsi="Times New Roman"/>
          <w:color w:val="000000"/>
          <w:sz w:val="24"/>
          <w:lang w:val="ru-RU"/>
        </w:rPr>
        <w:t>—  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C76F25" w:rsidRPr="007924E7" w:rsidRDefault="00C76F25">
      <w:pPr>
        <w:rPr>
          <w:lang w:val="ru-RU"/>
        </w:rPr>
        <w:sectPr w:rsidR="00C76F25" w:rsidRPr="007924E7">
          <w:pgSz w:w="11900" w:h="16840"/>
          <w:pgMar w:top="346" w:right="728" w:bottom="332" w:left="846" w:header="720" w:footer="720" w:gutter="0"/>
          <w:cols w:space="720" w:equalWidth="0">
            <w:col w:w="10326" w:space="0"/>
          </w:cols>
          <w:docGrid w:linePitch="360"/>
        </w:sectPr>
      </w:pPr>
    </w:p>
    <w:p w:rsidR="00C76F25" w:rsidRPr="007924E7" w:rsidRDefault="00C76F25">
      <w:pPr>
        <w:autoSpaceDE w:val="0"/>
        <w:autoSpaceDN w:val="0"/>
        <w:spacing w:after="114" w:line="220" w:lineRule="exact"/>
        <w:rPr>
          <w:lang w:val="ru-RU"/>
        </w:rPr>
      </w:pPr>
    </w:p>
    <w:p w:rsidR="00C76F25" w:rsidRPr="007924E7" w:rsidRDefault="0044668A">
      <w:pPr>
        <w:autoSpaceDE w:val="0"/>
        <w:autoSpaceDN w:val="0"/>
        <w:spacing w:after="0" w:line="271" w:lineRule="auto"/>
        <w:ind w:left="240"/>
        <w:rPr>
          <w:lang w:val="ru-RU"/>
        </w:rPr>
      </w:pPr>
      <w:r w:rsidRPr="007924E7">
        <w:rPr>
          <w:rFonts w:ascii="Times New Roman" w:eastAsia="Times New Roman" w:hAnsi="Times New Roman"/>
          <w:color w:val="000000"/>
          <w:sz w:val="24"/>
          <w:lang w:val="ru-RU"/>
        </w:rPr>
        <w:t>—  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C76F25" w:rsidRPr="007924E7" w:rsidRDefault="0044668A">
      <w:pPr>
        <w:autoSpaceDE w:val="0"/>
        <w:autoSpaceDN w:val="0"/>
        <w:spacing w:before="190" w:after="0" w:line="262" w:lineRule="auto"/>
        <w:ind w:left="240" w:right="864"/>
        <w:rPr>
          <w:lang w:val="ru-RU"/>
        </w:rPr>
      </w:pPr>
      <w:r w:rsidRPr="007924E7">
        <w:rPr>
          <w:rFonts w:ascii="Times New Roman" w:eastAsia="Times New Roman" w:hAnsi="Times New Roman"/>
          <w:color w:val="000000"/>
          <w:sz w:val="24"/>
          <w:lang w:val="ru-RU"/>
        </w:rPr>
        <w:t>—  сопоставлять свои суждения с суждениями других участников диалога, обнаруживать различие и сходство позиций;</w:t>
      </w:r>
    </w:p>
    <w:p w:rsidR="00C76F25" w:rsidRPr="007924E7" w:rsidRDefault="0044668A">
      <w:pPr>
        <w:autoSpaceDE w:val="0"/>
        <w:autoSpaceDN w:val="0"/>
        <w:spacing w:before="190" w:after="0" w:line="262" w:lineRule="auto"/>
        <w:ind w:left="240" w:right="1440"/>
        <w:rPr>
          <w:lang w:val="ru-RU"/>
        </w:rPr>
      </w:pPr>
      <w:r w:rsidRPr="007924E7">
        <w:rPr>
          <w:rFonts w:ascii="Times New Roman" w:eastAsia="Times New Roman" w:hAnsi="Times New Roman"/>
          <w:color w:val="000000"/>
          <w:sz w:val="24"/>
          <w:lang w:val="ru-RU"/>
        </w:rPr>
        <w:t xml:space="preserve">—  публично представлять результаты выполненного опыта (литературоведческого эксперимента, исследования, проекта); </w:t>
      </w:r>
    </w:p>
    <w:p w:rsidR="00C76F25" w:rsidRPr="007924E7" w:rsidRDefault="0044668A">
      <w:pPr>
        <w:autoSpaceDE w:val="0"/>
        <w:autoSpaceDN w:val="0"/>
        <w:spacing w:before="190" w:after="0" w:line="271" w:lineRule="auto"/>
        <w:ind w:left="240" w:right="288"/>
        <w:rPr>
          <w:lang w:val="ru-RU"/>
        </w:rPr>
      </w:pPr>
      <w:r w:rsidRPr="007924E7">
        <w:rPr>
          <w:rFonts w:ascii="Times New Roman" w:eastAsia="Times New Roman" w:hAnsi="Times New Roman"/>
          <w:color w:val="000000"/>
          <w:sz w:val="24"/>
          <w:lang w:val="ru-RU"/>
        </w:rPr>
        <w:t>—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76F25" w:rsidRPr="007924E7" w:rsidRDefault="0044668A">
      <w:pPr>
        <w:autoSpaceDE w:val="0"/>
        <w:autoSpaceDN w:val="0"/>
        <w:spacing w:before="192" w:after="0" w:line="230" w:lineRule="auto"/>
        <w:ind w:left="240"/>
        <w:rPr>
          <w:lang w:val="ru-RU"/>
        </w:rPr>
      </w:pPr>
      <w:r w:rsidRPr="007924E7">
        <w:rPr>
          <w:rFonts w:ascii="Times New Roman" w:eastAsia="Times New Roman" w:hAnsi="Times New Roman"/>
          <w:color w:val="000000"/>
          <w:sz w:val="24"/>
          <w:lang w:val="ru-RU"/>
        </w:rPr>
        <w:t>—  участниками взаимодействия на литературных занятиях;</w:t>
      </w:r>
    </w:p>
    <w:p w:rsidR="00C76F25" w:rsidRPr="007924E7" w:rsidRDefault="0044668A">
      <w:pPr>
        <w:autoSpaceDE w:val="0"/>
        <w:autoSpaceDN w:val="0"/>
        <w:spacing w:before="190" w:after="0" w:line="271" w:lineRule="auto"/>
        <w:ind w:left="240" w:right="144"/>
        <w:rPr>
          <w:lang w:val="ru-RU"/>
        </w:rPr>
      </w:pPr>
      <w:r w:rsidRPr="007924E7">
        <w:rPr>
          <w:rFonts w:ascii="Times New Roman" w:eastAsia="Times New Roman" w:hAnsi="Times New Roman"/>
          <w:color w:val="000000"/>
          <w:sz w:val="24"/>
          <w:lang w:val="ru-RU"/>
        </w:rPr>
        <w:t>—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76F25" w:rsidRPr="007924E7" w:rsidRDefault="0044668A">
      <w:pPr>
        <w:autoSpaceDE w:val="0"/>
        <w:autoSpaceDN w:val="0"/>
        <w:spacing w:before="178" w:after="0" w:line="230" w:lineRule="auto"/>
        <w:rPr>
          <w:lang w:val="ru-RU"/>
        </w:rPr>
      </w:pPr>
      <w:r w:rsidRPr="007924E7">
        <w:rPr>
          <w:rFonts w:ascii="Times New Roman" w:eastAsia="Times New Roman" w:hAnsi="Times New Roman"/>
          <w:b/>
          <w:i/>
          <w:color w:val="000000"/>
          <w:sz w:val="24"/>
          <w:lang w:val="ru-RU"/>
        </w:rPr>
        <w:t>Универсальные учебные регулятивные действия:</w:t>
      </w:r>
    </w:p>
    <w:p w:rsidR="00C76F25" w:rsidRPr="007924E7" w:rsidRDefault="0044668A">
      <w:pPr>
        <w:autoSpaceDE w:val="0"/>
        <w:autoSpaceDN w:val="0"/>
        <w:spacing w:before="190" w:after="0" w:line="230" w:lineRule="auto"/>
        <w:rPr>
          <w:lang w:val="ru-RU"/>
        </w:rPr>
      </w:pPr>
      <w:r w:rsidRPr="007924E7">
        <w:rPr>
          <w:rFonts w:ascii="Times New Roman" w:eastAsia="Times New Roman" w:hAnsi="Times New Roman"/>
          <w:color w:val="000000"/>
          <w:sz w:val="24"/>
          <w:lang w:val="ru-RU"/>
        </w:rPr>
        <w:t>1)</w:t>
      </w:r>
      <w:r w:rsidRPr="007924E7">
        <w:rPr>
          <w:rFonts w:ascii="Times New Roman" w:eastAsia="Times New Roman" w:hAnsi="Times New Roman"/>
          <w:i/>
          <w:color w:val="000000"/>
          <w:sz w:val="24"/>
          <w:lang w:val="ru-RU"/>
        </w:rPr>
        <w:t xml:space="preserve"> Самоорганизация</w:t>
      </w:r>
      <w:r w:rsidRPr="007924E7">
        <w:rPr>
          <w:rFonts w:ascii="Times New Roman" w:eastAsia="Times New Roman" w:hAnsi="Times New Roman"/>
          <w:color w:val="000000"/>
          <w:sz w:val="24"/>
          <w:lang w:val="ru-RU"/>
        </w:rPr>
        <w:t>:</w:t>
      </w:r>
    </w:p>
    <w:p w:rsidR="00C76F25" w:rsidRPr="007924E7" w:rsidRDefault="0044668A">
      <w:pPr>
        <w:autoSpaceDE w:val="0"/>
        <w:autoSpaceDN w:val="0"/>
        <w:spacing w:before="178" w:after="0" w:line="262" w:lineRule="auto"/>
        <w:ind w:left="240" w:right="288"/>
        <w:rPr>
          <w:lang w:val="ru-RU"/>
        </w:rPr>
      </w:pPr>
      <w:r w:rsidRPr="007924E7">
        <w:rPr>
          <w:rFonts w:ascii="Times New Roman" w:eastAsia="Times New Roman" w:hAnsi="Times New Roman"/>
          <w:color w:val="000000"/>
          <w:sz w:val="24"/>
          <w:lang w:val="ru-RU"/>
        </w:rPr>
        <w:t>—  выявлять проблемы для решения в учебных и жизненных ситуациях, анализируя ситуации, изображённые в художественной литературе;</w:t>
      </w:r>
    </w:p>
    <w:p w:rsidR="00C76F25" w:rsidRPr="007924E7" w:rsidRDefault="0044668A">
      <w:pPr>
        <w:autoSpaceDE w:val="0"/>
        <w:autoSpaceDN w:val="0"/>
        <w:spacing w:before="190" w:after="0" w:line="262" w:lineRule="auto"/>
        <w:ind w:left="240" w:right="720"/>
        <w:rPr>
          <w:lang w:val="ru-RU"/>
        </w:rPr>
      </w:pPr>
      <w:r w:rsidRPr="007924E7">
        <w:rPr>
          <w:rFonts w:ascii="Times New Roman" w:eastAsia="Times New Roman" w:hAnsi="Times New Roman"/>
          <w:color w:val="000000"/>
          <w:sz w:val="24"/>
          <w:lang w:val="ru-RU"/>
        </w:rPr>
        <w:t>—  ориентироваться в различных подходах принятия решений (индивидуальное, принятие решения в группе, принятие решений группой);</w:t>
      </w:r>
    </w:p>
    <w:p w:rsidR="00C76F25" w:rsidRPr="007924E7" w:rsidRDefault="0044668A">
      <w:pPr>
        <w:autoSpaceDE w:val="0"/>
        <w:autoSpaceDN w:val="0"/>
        <w:spacing w:before="190" w:after="0" w:line="271" w:lineRule="auto"/>
        <w:ind w:left="240" w:right="432"/>
        <w:rPr>
          <w:lang w:val="ru-RU"/>
        </w:rPr>
      </w:pPr>
      <w:r w:rsidRPr="007924E7">
        <w:rPr>
          <w:rFonts w:ascii="Times New Roman" w:eastAsia="Times New Roman" w:hAnsi="Times New Roman"/>
          <w:color w:val="000000"/>
          <w:sz w:val="24"/>
          <w:lang w:val="ru-RU"/>
        </w:rPr>
        <w:t>—  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C76F25" w:rsidRPr="007924E7" w:rsidRDefault="0044668A">
      <w:pPr>
        <w:autoSpaceDE w:val="0"/>
        <w:autoSpaceDN w:val="0"/>
        <w:spacing w:before="190" w:after="0" w:line="271" w:lineRule="auto"/>
        <w:ind w:left="240" w:right="720"/>
        <w:rPr>
          <w:lang w:val="ru-RU"/>
        </w:rPr>
      </w:pPr>
      <w:r w:rsidRPr="007924E7">
        <w:rPr>
          <w:rFonts w:ascii="Times New Roman" w:eastAsia="Times New Roman" w:hAnsi="Times New Roman"/>
          <w:color w:val="000000"/>
          <w:sz w:val="24"/>
          <w:lang w:val="ru-RU"/>
        </w:rPr>
        <w:t>—  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C76F25" w:rsidRPr="007924E7" w:rsidRDefault="0044668A">
      <w:pPr>
        <w:autoSpaceDE w:val="0"/>
        <w:autoSpaceDN w:val="0"/>
        <w:spacing w:before="190" w:after="0" w:line="230" w:lineRule="auto"/>
        <w:ind w:left="240"/>
        <w:rPr>
          <w:lang w:val="ru-RU"/>
        </w:rPr>
      </w:pPr>
      <w:r w:rsidRPr="007924E7">
        <w:rPr>
          <w:rFonts w:ascii="Times New Roman" w:eastAsia="Times New Roman" w:hAnsi="Times New Roman"/>
          <w:color w:val="000000"/>
          <w:sz w:val="24"/>
          <w:lang w:val="ru-RU"/>
        </w:rPr>
        <w:t>—  делать выбор и брать ответственность за решение.</w:t>
      </w:r>
    </w:p>
    <w:p w:rsidR="00C76F25" w:rsidRPr="007924E7" w:rsidRDefault="0044668A">
      <w:pPr>
        <w:autoSpaceDE w:val="0"/>
        <w:autoSpaceDN w:val="0"/>
        <w:spacing w:before="180" w:after="0" w:line="230" w:lineRule="auto"/>
        <w:rPr>
          <w:lang w:val="ru-RU"/>
        </w:rPr>
      </w:pPr>
      <w:r w:rsidRPr="007924E7">
        <w:rPr>
          <w:rFonts w:ascii="Times New Roman" w:eastAsia="Times New Roman" w:hAnsi="Times New Roman"/>
          <w:color w:val="000000"/>
          <w:sz w:val="24"/>
          <w:lang w:val="ru-RU"/>
        </w:rPr>
        <w:t>2) С</w:t>
      </w:r>
      <w:r w:rsidRPr="007924E7">
        <w:rPr>
          <w:rFonts w:ascii="Times New Roman" w:eastAsia="Times New Roman" w:hAnsi="Times New Roman"/>
          <w:i/>
          <w:color w:val="000000"/>
          <w:sz w:val="24"/>
          <w:lang w:val="ru-RU"/>
        </w:rPr>
        <w:t>амоконтроль</w:t>
      </w:r>
      <w:r w:rsidRPr="007924E7">
        <w:rPr>
          <w:rFonts w:ascii="Times New Roman" w:eastAsia="Times New Roman" w:hAnsi="Times New Roman"/>
          <w:color w:val="000000"/>
          <w:sz w:val="24"/>
          <w:lang w:val="ru-RU"/>
        </w:rPr>
        <w:t>:</w:t>
      </w:r>
    </w:p>
    <w:p w:rsidR="00C76F25" w:rsidRPr="007924E7" w:rsidRDefault="0044668A">
      <w:pPr>
        <w:autoSpaceDE w:val="0"/>
        <w:autoSpaceDN w:val="0"/>
        <w:spacing w:before="180" w:after="0" w:line="262" w:lineRule="auto"/>
        <w:ind w:left="240" w:right="432"/>
        <w:rPr>
          <w:lang w:val="ru-RU"/>
        </w:rPr>
      </w:pPr>
      <w:r w:rsidRPr="007924E7">
        <w:rPr>
          <w:rFonts w:ascii="Times New Roman" w:eastAsia="Times New Roman" w:hAnsi="Times New Roman"/>
          <w:color w:val="000000"/>
          <w:sz w:val="24"/>
          <w:lang w:val="ru-RU"/>
        </w:rPr>
        <w:t xml:space="preserve">—  владеть способами самоконтроля, </w:t>
      </w:r>
      <w:proofErr w:type="spellStart"/>
      <w:r w:rsidRPr="007924E7">
        <w:rPr>
          <w:rFonts w:ascii="Times New Roman" w:eastAsia="Times New Roman" w:hAnsi="Times New Roman"/>
          <w:color w:val="000000"/>
          <w:sz w:val="24"/>
          <w:lang w:val="ru-RU"/>
        </w:rPr>
        <w:t>самомотивации</w:t>
      </w:r>
      <w:proofErr w:type="spellEnd"/>
      <w:r w:rsidRPr="007924E7">
        <w:rPr>
          <w:rFonts w:ascii="Times New Roman" w:eastAsia="Times New Roman" w:hAnsi="Times New Roman"/>
          <w:color w:val="000000"/>
          <w:sz w:val="24"/>
          <w:lang w:val="ru-RU"/>
        </w:rPr>
        <w:t xml:space="preserve"> и рефлексии в школьном литературном образовании; давать адекватную оценку учебной ситуации и предлагать план её изменения;</w:t>
      </w:r>
    </w:p>
    <w:p w:rsidR="00C76F25" w:rsidRPr="007924E7" w:rsidRDefault="0044668A">
      <w:pPr>
        <w:autoSpaceDE w:val="0"/>
        <w:autoSpaceDN w:val="0"/>
        <w:spacing w:before="190" w:after="0" w:line="262" w:lineRule="auto"/>
        <w:ind w:left="240"/>
        <w:rPr>
          <w:lang w:val="ru-RU"/>
        </w:rPr>
      </w:pPr>
      <w:r w:rsidRPr="007924E7">
        <w:rPr>
          <w:rFonts w:ascii="Times New Roman" w:eastAsia="Times New Roman" w:hAnsi="Times New Roman"/>
          <w:color w:val="000000"/>
          <w:sz w:val="24"/>
          <w:lang w:val="ru-RU"/>
        </w:rPr>
        <w:t>—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76F25" w:rsidRPr="007924E7" w:rsidRDefault="0044668A">
      <w:pPr>
        <w:autoSpaceDE w:val="0"/>
        <w:autoSpaceDN w:val="0"/>
        <w:spacing w:before="190" w:after="0" w:line="262" w:lineRule="auto"/>
        <w:ind w:left="240" w:right="432"/>
        <w:rPr>
          <w:lang w:val="ru-RU"/>
        </w:rPr>
      </w:pPr>
      <w:r w:rsidRPr="007924E7">
        <w:rPr>
          <w:rFonts w:ascii="Times New Roman" w:eastAsia="Times New Roman" w:hAnsi="Times New Roman"/>
          <w:color w:val="000000"/>
          <w:sz w:val="24"/>
          <w:lang w:val="ru-RU"/>
        </w:rPr>
        <w:t>—  объяснять причины достижения (</w:t>
      </w:r>
      <w:proofErr w:type="spellStart"/>
      <w:r w:rsidRPr="007924E7">
        <w:rPr>
          <w:rFonts w:ascii="Times New Roman" w:eastAsia="Times New Roman" w:hAnsi="Times New Roman"/>
          <w:color w:val="000000"/>
          <w:sz w:val="24"/>
          <w:lang w:val="ru-RU"/>
        </w:rPr>
        <w:t>недостижения</w:t>
      </w:r>
      <w:proofErr w:type="spellEnd"/>
      <w:r w:rsidRPr="007924E7">
        <w:rPr>
          <w:rFonts w:ascii="Times New Roman" w:eastAsia="Times New Roman" w:hAnsi="Times New Roman"/>
          <w:color w:val="000000"/>
          <w:sz w:val="24"/>
          <w:lang w:val="ru-RU"/>
        </w:rPr>
        <w:t xml:space="preserve">) результатов деятельности, давать оценку приобретённому опыту, уметь находить </w:t>
      </w:r>
      <w:proofErr w:type="gramStart"/>
      <w:r w:rsidRPr="007924E7">
        <w:rPr>
          <w:rFonts w:ascii="Times New Roman" w:eastAsia="Times New Roman" w:hAnsi="Times New Roman"/>
          <w:color w:val="000000"/>
          <w:sz w:val="24"/>
          <w:lang w:val="ru-RU"/>
        </w:rPr>
        <w:t>позитивное</w:t>
      </w:r>
      <w:proofErr w:type="gramEnd"/>
      <w:r w:rsidRPr="007924E7">
        <w:rPr>
          <w:rFonts w:ascii="Times New Roman" w:eastAsia="Times New Roman" w:hAnsi="Times New Roman"/>
          <w:color w:val="000000"/>
          <w:sz w:val="24"/>
          <w:lang w:val="ru-RU"/>
        </w:rPr>
        <w:t xml:space="preserve"> в произошедшей ситуации;</w:t>
      </w:r>
    </w:p>
    <w:p w:rsidR="00C76F25" w:rsidRPr="007924E7" w:rsidRDefault="0044668A">
      <w:pPr>
        <w:autoSpaceDE w:val="0"/>
        <w:autoSpaceDN w:val="0"/>
        <w:spacing w:before="190" w:after="0" w:line="271" w:lineRule="auto"/>
        <w:ind w:left="240" w:right="288"/>
        <w:rPr>
          <w:lang w:val="ru-RU"/>
        </w:rPr>
      </w:pPr>
      <w:r w:rsidRPr="007924E7">
        <w:rPr>
          <w:rFonts w:ascii="Times New Roman" w:eastAsia="Times New Roman" w:hAnsi="Times New Roman"/>
          <w:color w:val="000000"/>
          <w:sz w:val="24"/>
          <w:lang w:val="ru-RU"/>
        </w:rPr>
        <w:t>—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C76F25" w:rsidRPr="007924E7" w:rsidRDefault="0044668A">
      <w:pPr>
        <w:autoSpaceDE w:val="0"/>
        <w:autoSpaceDN w:val="0"/>
        <w:spacing w:before="178" w:after="0" w:line="230" w:lineRule="auto"/>
        <w:rPr>
          <w:lang w:val="ru-RU"/>
        </w:rPr>
      </w:pPr>
      <w:r w:rsidRPr="007924E7">
        <w:rPr>
          <w:rFonts w:ascii="Times New Roman" w:eastAsia="Times New Roman" w:hAnsi="Times New Roman"/>
          <w:color w:val="000000"/>
          <w:sz w:val="24"/>
          <w:lang w:val="ru-RU"/>
        </w:rPr>
        <w:t xml:space="preserve">3) </w:t>
      </w:r>
      <w:r w:rsidRPr="007924E7">
        <w:rPr>
          <w:rFonts w:ascii="Times New Roman" w:eastAsia="Times New Roman" w:hAnsi="Times New Roman"/>
          <w:i/>
          <w:color w:val="000000"/>
          <w:sz w:val="24"/>
          <w:lang w:val="ru-RU"/>
        </w:rPr>
        <w:t>Эмоциональный интеллект</w:t>
      </w:r>
      <w:r w:rsidRPr="007924E7">
        <w:rPr>
          <w:rFonts w:ascii="Times New Roman" w:eastAsia="Times New Roman" w:hAnsi="Times New Roman"/>
          <w:color w:val="000000"/>
          <w:sz w:val="24"/>
          <w:lang w:val="ru-RU"/>
        </w:rPr>
        <w:t>:</w:t>
      </w:r>
    </w:p>
    <w:p w:rsidR="00C76F25" w:rsidRPr="007924E7" w:rsidRDefault="0044668A">
      <w:pPr>
        <w:autoSpaceDE w:val="0"/>
        <w:autoSpaceDN w:val="0"/>
        <w:spacing w:before="178" w:after="0" w:line="262" w:lineRule="auto"/>
        <w:ind w:left="240"/>
        <w:rPr>
          <w:lang w:val="ru-RU"/>
        </w:rPr>
      </w:pPr>
      <w:r w:rsidRPr="007924E7">
        <w:rPr>
          <w:rFonts w:ascii="Times New Roman" w:eastAsia="Times New Roman" w:hAnsi="Times New Roman"/>
          <w:color w:val="000000"/>
          <w:sz w:val="24"/>
          <w:lang w:val="ru-RU"/>
        </w:rPr>
        <w:t>—  развивать способность различать и называть собственные эмоции, управлять ими и эмоциями других;</w:t>
      </w:r>
    </w:p>
    <w:p w:rsidR="00C76F25" w:rsidRPr="007924E7" w:rsidRDefault="00C76F25">
      <w:pPr>
        <w:rPr>
          <w:lang w:val="ru-RU"/>
        </w:rPr>
        <w:sectPr w:rsidR="00C76F25" w:rsidRPr="007924E7">
          <w:pgSz w:w="11900" w:h="16840"/>
          <w:pgMar w:top="334" w:right="720" w:bottom="296" w:left="846" w:header="720" w:footer="720" w:gutter="0"/>
          <w:cols w:space="720" w:equalWidth="0">
            <w:col w:w="10334" w:space="0"/>
          </w:cols>
          <w:docGrid w:linePitch="360"/>
        </w:sectPr>
      </w:pPr>
    </w:p>
    <w:p w:rsidR="00C76F25" w:rsidRPr="007924E7" w:rsidRDefault="00C76F25">
      <w:pPr>
        <w:autoSpaceDE w:val="0"/>
        <w:autoSpaceDN w:val="0"/>
        <w:spacing w:after="150" w:line="220" w:lineRule="exact"/>
        <w:rPr>
          <w:lang w:val="ru-RU"/>
        </w:rPr>
      </w:pPr>
    </w:p>
    <w:p w:rsidR="00C76F25" w:rsidRPr="007924E7" w:rsidRDefault="0044668A">
      <w:pPr>
        <w:autoSpaceDE w:val="0"/>
        <w:autoSpaceDN w:val="0"/>
        <w:spacing w:after="0" w:line="230" w:lineRule="auto"/>
        <w:ind w:left="420"/>
        <w:rPr>
          <w:lang w:val="ru-RU"/>
        </w:rPr>
      </w:pPr>
      <w:r w:rsidRPr="007924E7">
        <w:rPr>
          <w:rFonts w:ascii="Times New Roman" w:eastAsia="Times New Roman" w:hAnsi="Times New Roman"/>
          <w:color w:val="000000"/>
          <w:sz w:val="24"/>
          <w:lang w:val="ru-RU"/>
        </w:rPr>
        <w:t>—  выявлять и анализировать причины эмоций;</w:t>
      </w:r>
    </w:p>
    <w:p w:rsidR="00C76F25" w:rsidRPr="007924E7" w:rsidRDefault="0044668A">
      <w:pPr>
        <w:autoSpaceDE w:val="0"/>
        <w:autoSpaceDN w:val="0"/>
        <w:spacing w:before="190" w:after="0" w:line="262" w:lineRule="auto"/>
        <w:ind w:left="420" w:right="288"/>
        <w:rPr>
          <w:lang w:val="ru-RU"/>
        </w:rPr>
      </w:pPr>
      <w:r w:rsidRPr="007924E7">
        <w:rPr>
          <w:rFonts w:ascii="Times New Roman" w:eastAsia="Times New Roman" w:hAnsi="Times New Roman"/>
          <w:color w:val="000000"/>
          <w:sz w:val="24"/>
          <w:lang w:val="ru-RU"/>
        </w:rPr>
        <w:t>—  ставить себя на место другого человека, понимать мотивы и намерения другого, анализируя примеры из художественной литературы;</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регулировать способ выражения своих эмоций;</w:t>
      </w:r>
    </w:p>
    <w:p w:rsidR="00C76F25" w:rsidRPr="007924E7" w:rsidRDefault="0044668A">
      <w:pPr>
        <w:autoSpaceDE w:val="0"/>
        <w:autoSpaceDN w:val="0"/>
        <w:spacing w:before="298" w:after="0" w:line="230" w:lineRule="auto"/>
        <w:ind w:left="180"/>
        <w:rPr>
          <w:lang w:val="ru-RU"/>
        </w:rPr>
      </w:pPr>
      <w:r w:rsidRPr="007924E7">
        <w:rPr>
          <w:rFonts w:ascii="Times New Roman" w:eastAsia="Times New Roman" w:hAnsi="Times New Roman"/>
          <w:color w:val="000000"/>
          <w:sz w:val="24"/>
          <w:lang w:val="ru-RU"/>
        </w:rPr>
        <w:t>4)</w:t>
      </w:r>
      <w:r w:rsidRPr="007924E7">
        <w:rPr>
          <w:rFonts w:ascii="Times New Roman" w:eastAsia="Times New Roman" w:hAnsi="Times New Roman"/>
          <w:i/>
          <w:color w:val="000000"/>
          <w:sz w:val="24"/>
          <w:lang w:val="ru-RU"/>
        </w:rPr>
        <w:t xml:space="preserve"> Принятие себя и других</w:t>
      </w:r>
      <w:r w:rsidRPr="007924E7">
        <w:rPr>
          <w:rFonts w:ascii="Times New Roman" w:eastAsia="Times New Roman" w:hAnsi="Times New Roman"/>
          <w:color w:val="000000"/>
          <w:sz w:val="24"/>
          <w:lang w:val="ru-RU"/>
        </w:rPr>
        <w:t>:</w:t>
      </w:r>
    </w:p>
    <w:p w:rsidR="00C76F25" w:rsidRPr="007924E7" w:rsidRDefault="0044668A">
      <w:pPr>
        <w:autoSpaceDE w:val="0"/>
        <w:autoSpaceDN w:val="0"/>
        <w:spacing w:before="178" w:after="0" w:line="262" w:lineRule="auto"/>
        <w:ind w:left="420" w:right="144"/>
        <w:rPr>
          <w:lang w:val="ru-RU"/>
        </w:rPr>
      </w:pPr>
      <w:r w:rsidRPr="007924E7">
        <w:rPr>
          <w:rFonts w:ascii="Times New Roman" w:eastAsia="Times New Roman" w:hAnsi="Times New Roman"/>
          <w:color w:val="000000"/>
          <w:sz w:val="24"/>
          <w:lang w:val="ru-RU"/>
        </w:rPr>
        <w:t>—  осознанно относиться к другому человеку, его мнению, размышляя над взаимоотношениями литературных героев;</w:t>
      </w:r>
    </w:p>
    <w:p w:rsidR="00C76F25" w:rsidRPr="007924E7" w:rsidRDefault="0044668A">
      <w:pPr>
        <w:autoSpaceDE w:val="0"/>
        <w:autoSpaceDN w:val="0"/>
        <w:spacing w:before="192" w:after="0" w:line="262" w:lineRule="auto"/>
        <w:ind w:left="420" w:right="576"/>
        <w:rPr>
          <w:lang w:val="ru-RU"/>
        </w:rPr>
      </w:pPr>
      <w:r w:rsidRPr="007924E7">
        <w:rPr>
          <w:rFonts w:ascii="Times New Roman" w:eastAsia="Times New Roman" w:hAnsi="Times New Roman"/>
          <w:color w:val="000000"/>
          <w:sz w:val="24"/>
          <w:lang w:val="ru-RU"/>
        </w:rPr>
        <w:t>—  признавать своё право на ошибку и такое же право другого; принимать себя и других, не осуждая;</w:t>
      </w:r>
    </w:p>
    <w:p w:rsidR="00C76F25" w:rsidRPr="007924E7" w:rsidRDefault="0044668A">
      <w:pPr>
        <w:autoSpaceDE w:val="0"/>
        <w:autoSpaceDN w:val="0"/>
        <w:spacing w:before="192" w:after="0" w:line="230" w:lineRule="auto"/>
        <w:ind w:left="420"/>
        <w:rPr>
          <w:lang w:val="ru-RU"/>
        </w:rPr>
      </w:pPr>
      <w:r w:rsidRPr="007924E7">
        <w:rPr>
          <w:rFonts w:ascii="Times New Roman" w:eastAsia="Times New Roman" w:hAnsi="Times New Roman"/>
          <w:color w:val="000000"/>
          <w:sz w:val="24"/>
          <w:lang w:val="ru-RU"/>
        </w:rPr>
        <w:t>—  проявлять открытость себе и другим;</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осознавать невозможность контролировать всё вокруг.</w:t>
      </w:r>
    </w:p>
    <w:p w:rsidR="00C76F25" w:rsidRPr="007924E7" w:rsidRDefault="0044668A">
      <w:pPr>
        <w:autoSpaceDE w:val="0"/>
        <w:autoSpaceDN w:val="0"/>
        <w:spacing w:before="322" w:after="0" w:line="230" w:lineRule="auto"/>
        <w:rPr>
          <w:lang w:val="ru-RU"/>
        </w:rPr>
      </w:pPr>
      <w:r w:rsidRPr="007924E7">
        <w:rPr>
          <w:rFonts w:ascii="Times New Roman" w:eastAsia="Times New Roman" w:hAnsi="Times New Roman"/>
          <w:b/>
          <w:color w:val="000000"/>
          <w:sz w:val="24"/>
          <w:lang w:val="ru-RU"/>
        </w:rPr>
        <w:t>ПРЕДМЕТНЫЕ РЕЗУЛЬТАТЫ</w:t>
      </w:r>
    </w:p>
    <w:p w:rsidR="00C76F25" w:rsidRPr="007924E7" w:rsidRDefault="0044668A">
      <w:pPr>
        <w:tabs>
          <w:tab w:val="left" w:pos="180"/>
        </w:tabs>
        <w:autoSpaceDE w:val="0"/>
        <w:autoSpaceDN w:val="0"/>
        <w:spacing w:before="166" w:after="0" w:line="281" w:lineRule="auto"/>
        <w:rPr>
          <w:lang w:val="ru-RU"/>
        </w:rPr>
      </w:pPr>
      <w:r w:rsidRPr="007924E7">
        <w:rPr>
          <w:lang w:val="ru-RU"/>
        </w:rPr>
        <w:tab/>
      </w:r>
      <w:r w:rsidRPr="007924E7">
        <w:rPr>
          <w:rFonts w:ascii="Times New Roman" w:eastAsia="Times New Roman" w:hAnsi="Times New Roman"/>
          <w:color w:val="000000"/>
          <w:sz w:val="24"/>
          <w:lang w:val="ru-RU"/>
        </w:rPr>
        <w:t xml:space="preserve">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 </w:t>
      </w:r>
      <w:r w:rsidRPr="007924E7">
        <w:rPr>
          <w:lang w:val="ru-RU"/>
        </w:rPr>
        <w:br/>
      </w:r>
      <w:r w:rsidRPr="007924E7">
        <w:rPr>
          <w:lang w:val="ru-RU"/>
        </w:rPr>
        <w:tab/>
      </w:r>
      <w:r w:rsidRPr="007924E7">
        <w:rPr>
          <w:rFonts w:ascii="Times New Roman" w:eastAsia="Times New Roman" w:hAnsi="Times New Roman"/>
          <w:color w:val="000000"/>
          <w:sz w:val="24"/>
          <w:lang w:val="ru-RU"/>
        </w:rPr>
        <w:t xml:space="preserve">2) понимать, что литература — это вид искусства и что художественный текст отличается от текста научного, делового, публицистического; </w:t>
      </w:r>
      <w:r w:rsidRPr="007924E7">
        <w:rPr>
          <w:lang w:val="ru-RU"/>
        </w:rPr>
        <w:br/>
      </w:r>
      <w:r w:rsidRPr="007924E7">
        <w:rPr>
          <w:lang w:val="ru-RU"/>
        </w:rPr>
        <w:tab/>
      </w:r>
      <w:r w:rsidRPr="007924E7">
        <w:rPr>
          <w:rFonts w:ascii="Times New Roman" w:eastAsia="Times New Roman" w:hAnsi="Times New Roman"/>
          <w:color w:val="000000"/>
          <w:sz w:val="24"/>
          <w:lang w:val="ru-RU"/>
        </w:rPr>
        <w:t>3) владеть элементарными умениями воспринимать, анализировать, интерпретировать и оценивать прочитанные произведения:</w:t>
      </w:r>
    </w:p>
    <w:p w:rsidR="00C76F25" w:rsidRPr="007924E7" w:rsidRDefault="0044668A">
      <w:pPr>
        <w:autoSpaceDE w:val="0"/>
        <w:autoSpaceDN w:val="0"/>
        <w:spacing w:before="178" w:after="0"/>
        <w:ind w:left="420" w:right="288"/>
        <w:rPr>
          <w:lang w:val="ru-RU"/>
        </w:rPr>
      </w:pPr>
      <w:r w:rsidRPr="007924E7">
        <w:rPr>
          <w:rFonts w:ascii="Times New Roman" w:eastAsia="Times New Roman" w:hAnsi="Times New Roman"/>
          <w:color w:val="000000"/>
          <w:sz w:val="24"/>
          <w:lang w:val="ru-RU"/>
        </w:rPr>
        <w:t xml:space="preserve">—  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w:t>
      </w:r>
      <w:r w:rsidRPr="007924E7">
        <w:rPr>
          <w:lang w:val="ru-RU"/>
        </w:rPr>
        <w:br/>
      </w:r>
      <w:r w:rsidRPr="007924E7">
        <w:rPr>
          <w:rFonts w:ascii="Times New Roman" w:eastAsia="Times New Roman" w:hAnsi="Times New Roman"/>
          <w:color w:val="000000"/>
          <w:sz w:val="24"/>
          <w:lang w:val="ru-RU"/>
        </w:rPr>
        <w:t>характеристики; выявлять элементарные особенности языка художественного произведения, поэтической и прозаической речи;</w:t>
      </w:r>
    </w:p>
    <w:p w:rsidR="00C76F25" w:rsidRPr="007924E7" w:rsidRDefault="0044668A">
      <w:pPr>
        <w:autoSpaceDE w:val="0"/>
        <w:autoSpaceDN w:val="0"/>
        <w:spacing w:before="190" w:after="0" w:line="283" w:lineRule="auto"/>
        <w:ind w:left="420"/>
        <w:rPr>
          <w:lang w:val="ru-RU"/>
        </w:rPr>
      </w:pPr>
      <w:proofErr w:type="gramStart"/>
      <w:r w:rsidRPr="007924E7">
        <w:rPr>
          <w:rFonts w:ascii="Times New Roman" w:eastAsia="Times New Roman" w:hAnsi="Times New Roman"/>
          <w:color w:val="000000"/>
          <w:sz w:val="24"/>
          <w:lang w:val="ru-RU"/>
        </w:rPr>
        <w:t>—  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7924E7">
        <w:rPr>
          <w:rFonts w:ascii="Times New Roman" w:eastAsia="Times New Roman" w:hAnsi="Times New Roman"/>
          <w:color w:val="000000"/>
          <w:sz w:val="24"/>
          <w:lang w:val="ru-RU"/>
        </w:rPr>
        <w:t xml:space="preserve"> эпитет, сравнение, метафора, олицетворение; аллегория; ритм, рифма;</w:t>
      </w:r>
    </w:p>
    <w:p w:rsidR="00C76F25" w:rsidRPr="007924E7" w:rsidRDefault="0044668A">
      <w:pPr>
        <w:autoSpaceDE w:val="0"/>
        <w:autoSpaceDN w:val="0"/>
        <w:spacing w:before="190" w:after="0" w:line="230" w:lineRule="auto"/>
        <w:ind w:left="420"/>
        <w:rPr>
          <w:lang w:val="ru-RU"/>
        </w:rPr>
      </w:pPr>
      <w:r w:rsidRPr="007924E7">
        <w:rPr>
          <w:rFonts w:ascii="Times New Roman" w:eastAsia="Times New Roman" w:hAnsi="Times New Roman"/>
          <w:color w:val="000000"/>
          <w:sz w:val="24"/>
          <w:lang w:val="ru-RU"/>
        </w:rPr>
        <w:t>—  сопоставлять темы и сюжеты произведений, образы персонажей;</w:t>
      </w:r>
    </w:p>
    <w:p w:rsidR="00C76F25" w:rsidRPr="007924E7" w:rsidRDefault="0044668A">
      <w:pPr>
        <w:autoSpaceDE w:val="0"/>
        <w:autoSpaceDN w:val="0"/>
        <w:spacing w:before="190" w:after="0" w:line="271" w:lineRule="auto"/>
        <w:ind w:left="420" w:right="410"/>
        <w:jc w:val="both"/>
        <w:rPr>
          <w:lang w:val="ru-RU"/>
        </w:rPr>
      </w:pPr>
      <w:r w:rsidRPr="007924E7">
        <w:rPr>
          <w:rFonts w:ascii="Times New Roman" w:eastAsia="Times New Roman" w:hAnsi="Times New Roman"/>
          <w:color w:val="000000"/>
          <w:sz w:val="24"/>
          <w:lang w:val="ru-RU"/>
        </w:rPr>
        <w:t xml:space="preserve">—  сопоставлять с помощью </w:t>
      </w:r>
      <w:proofErr w:type="gramStart"/>
      <w:r w:rsidRPr="007924E7">
        <w:rPr>
          <w:rFonts w:ascii="Times New Roman" w:eastAsia="Times New Roman" w:hAnsi="Times New Roman"/>
          <w:color w:val="000000"/>
          <w:sz w:val="24"/>
          <w:lang w:val="ru-RU"/>
        </w:rPr>
        <w:t>учителя</w:t>
      </w:r>
      <w:proofErr w:type="gramEnd"/>
      <w:r w:rsidRPr="007924E7">
        <w:rPr>
          <w:rFonts w:ascii="Times New Roman" w:eastAsia="Times New Roman" w:hAnsi="Times New Roman"/>
          <w:color w:val="000000"/>
          <w:sz w:val="24"/>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C76F25" w:rsidRPr="007924E7" w:rsidRDefault="0044668A">
      <w:pPr>
        <w:tabs>
          <w:tab w:val="left" w:pos="180"/>
        </w:tabs>
        <w:autoSpaceDE w:val="0"/>
        <w:autoSpaceDN w:val="0"/>
        <w:spacing w:before="178" w:after="0" w:line="283" w:lineRule="auto"/>
        <w:rPr>
          <w:lang w:val="ru-RU"/>
        </w:rPr>
      </w:pPr>
      <w:r w:rsidRPr="007924E7">
        <w:rPr>
          <w:lang w:val="ru-RU"/>
        </w:rPr>
        <w:tab/>
      </w:r>
      <w:proofErr w:type="gramStart"/>
      <w:r w:rsidRPr="007924E7">
        <w:rPr>
          <w:rFonts w:ascii="Times New Roman" w:eastAsia="Times New Roman" w:hAnsi="Times New Roman"/>
          <w:color w:val="000000"/>
          <w:sz w:val="24"/>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w:t>
      </w:r>
      <w:r w:rsidRPr="007924E7">
        <w:rPr>
          <w:lang w:val="ru-RU"/>
        </w:rPr>
        <w:br/>
      </w:r>
      <w:r w:rsidRPr="007924E7">
        <w:rPr>
          <w:rFonts w:ascii="Times New Roman" w:eastAsia="Times New Roman" w:hAnsi="Times New Roman"/>
          <w:color w:val="000000"/>
          <w:sz w:val="24"/>
          <w:lang w:val="ru-RU"/>
        </w:rPr>
        <w:t xml:space="preserve">индивидуальных особенностей обучающихся); </w:t>
      </w:r>
      <w:r w:rsidRPr="007924E7">
        <w:rPr>
          <w:lang w:val="ru-RU"/>
        </w:rPr>
        <w:br/>
      </w:r>
      <w:r w:rsidRPr="007924E7">
        <w:rPr>
          <w:lang w:val="ru-RU"/>
        </w:rPr>
        <w:tab/>
      </w:r>
      <w:r w:rsidRPr="007924E7">
        <w:rPr>
          <w:rFonts w:ascii="Times New Roman" w:eastAsia="Times New Roman" w:hAnsi="Times New Roman"/>
          <w:color w:val="000000"/>
          <w:sz w:val="24"/>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roofErr w:type="gramEnd"/>
      <w:r w:rsidRPr="007924E7">
        <w:rPr>
          <w:rFonts w:ascii="Times New Roman" w:eastAsia="Times New Roman" w:hAnsi="Times New Roman"/>
          <w:color w:val="000000"/>
          <w:sz w:val="24"/>
          <w:lang w:val="ru-RU"/>
        </w:rPr>
        <w:t xml:space="preserve"> </w:t>
      </w:r>
      <w:r w:rsidRPr="007924E7">
        <w:rPr>
          <w:lang w:val="ru-RU"/>
        </w:rPr>
        <w:br/>
      </w:r>
      <w:r w:rsidRPr="007924E7">
        <w:rPr>
          <w:lang w:val="ru-RU"/>
        </w:rPr>
        <w:tab/>
      </w:r>
      <w:r w:rsidRPr="007924E7">
        <w:rPr>
          <w:rFonts w:ascii="Times New Roman" w:eastAsia="Times New Roman" w:hAnsi="Times New Roman"/>
          <w:color w:val="000000"/>
          <w:sz w:val="24"/>
          <w:lang w:val="ru-RU"/>
        </w:rPr>
        <w:t>6) участвовать в беседе и диалоге о прочитанном произведении, подбирать аргументы для оценки</w:t>
      </w:r>
    </w:p>
    <w:p w:rsidR="00C76F25" w:rsidRPr="007924E7" w:rsidRDefault="00C76F25">
      <w:pPr>
        <w:rPr>
          <w:lang w:val="ru-RU"/>
        </w:rPr>
        <w:sectPr w:rsidR="00C76F25" w:rsidRPr="007924E7">
          <w:pgSz w:w="11900" w:h="16840"/>
          <w:pgMar w:top="370" w:right="684" w:bottom="432" w:left="666" w:header="720" w:footer="720" w:gutter="0"/>
          <w:cols w:space="720" w:equalWidth="0">
            <w:col w:w="10550" w:space="0"/>
          </w:cols>
          <w:docGrid w:linePitch="360"/>
        </w:sectPr>
      </w:pPr>
    </w:p>
    <w:p w:rsidR="00C76F25" w:rsidRPr="007924E7" w:rsidRDefault="00C76F25">
      <w:pPr>
        <w:autoSpaceDE w:val="0"/>
        <w:autoSpaceDN w:val="0"/>
        <w:spacing w:after="66" w:line="220" w:lineRule="exact"/>
        <w:rPr>
          <w:lang w:val="ru-RU"/>
        </w:rPr>
      </w:pPr>
    </w:p>
    <w:p w:rsidR="00C76F25" w:rsidRPr="007924E7" w:rsidRDefault="0044668A">
      <w:pPr>
        <w:tabs>
          <w:tab w:val="left" w:pos="180"/>
        </w:tabs>
        <w:autoSpaceDE w:val="0"/>
        <w:autoSpaceDN w:val="0"/>
        <w:spacing w:after="0" w:line="288" w:lineRule="auto"/>
        <w:rPr>
          <w:lang w:val="ru-RU"/>
        </w:rPr>
      </w:pPr>
      <w:r w:rsidRPr="007924E7">
        <w:rPr>
          <w:rFonts w:ascii="Times New Roman" w:eastAsia="Times New Roman" w:hAnsi="Times New Roman"/>
          <w:color w:val="000000"/>
          <w:sz w:val="24"/>
          <w:lang w:val="ru-RU"/>
        </w:rPr>
        <w:t xml:space="preserve">прочитанного (с учётом литературного развития обучающихся); </w:t>
      </w:r>
      <w:r w:rsidRPr="007924E7">
        <w:rPr>
          <w:lang w:val="ru-RU"/>
        </w:rPr>
        <w:br/>
      </w:r>
      <w:r w:rsidRPr="007924E7">
        <w:rPr>
          <w:lang w:val="ru-RU"/>
        </w:rPr>
        <w:tab/>
      </w:r>
      <w:r w:rsidRPr="007924E7">
        <w:rPr>
          <w:rFonts w:ascii="Times New Roman" w:eastAsia="Times New Roman" w:hAnsi="Times New Roman"/>
          <w:color w:val="000000"/>
          <w:sz w:val="24"/>
          <w:lang w:val="ru-RU"/>
        </w:rPr>
        <w:t xml:space="preserve">7) создавать устные и письменные высказывания разных жанров объемом не менее 70 слов (с учётом литературного развития обучающихся); </w:t>
      </w:r>
      <w:r w:rsidRPr="007924E7">
        <w:rPr>
          <w:lang w:val="ru-RU"/>
        </w:rPr>
        <w:br/>
      </w:r>
      <w:r w:rsidRPr="007924E7">
        <w:rPr>
          <w:lang w:val="ru-RU"/>
        </w:rPr>
        <w:tab/>
      </w:r>
      <w:r w:rsidRPr="007924E7">
        <w:rPr>
          <w:rFonts w:ascii="Times New Roman" w:eastAsia="Times New Roman" w:hAnsi="Times New Roman"/>
          <w:color w:val="000000"/>
          <w:sz w:val="24"/>
          <w:lang w:val="ru-RU"/>
        </w:rPr>
        <w:t xml:space="preserve">8) владеть начальными умениями интерпретации и </w:t>
      </w:r>
      <w:proofErr w:type="gramStart"/>
      <w:r w:rsidRPr="007924E7">
        <w:rPr>
          <w:rFonts w:ascii="Times New Roman" w:eastAsia="Times New Roman" w:hAnsi="Times New Roman"/>
          <w:color w:val="000000"/>
          <w:sz w:val="24"/>
          <w:lang w:val="ru-RU"/>
        </w:rPr>
        <w:t>оценки</w:t>
      </w:r>
      <w:proofErr w:type="gramEnd"/>
      <w:r w:rsidRPr="007924E7">
        <w:rPr>
          <w:rFonts w:ascii="Times New Roman" w:eastAsia="Times New Roman" w:hAnsi="Times New Roman"/>
          <w:color w:val="000000"/>
          <w:sz w:val="24"/>
          <w:lang w:val="ru-RU"/>
        </w:rPr>
        <w:t xml:space="preserve"> текстуально изученных произведений фольклора и литературы; </w:t>
      </w:r>
      <w:r w:rsidRPr="007924E7">
        <w:rPr>
          <w:lang w:val="ru-RU"/>
        </w:rPr>
        <w:br/>
      </w:r>
      <w:r w:rsidRPr="007924E7">
        <w:rPr>
          <w:lang w:val="ru-RU"/>
        </w:rPr>
        <w:tab/>
      </w:r>
      <w:proofErr w:type="gramStart"/>
      <w:r w:rsidRPr="007924E7">
        <w:rPr>
          <w:rFonts w:ascii="Times New Roman" w:eastAsia="Times New Roman" w:hAnsi="Times New Roman"/>
          <w:color w:val="000000"/>
          <w:sz w:val="24"/>
          <w:lang w:val="ru-RU"/>
        </w:rPr>
        <w:t xml:space="preserve">9) осознавать важность чтения и изучения произведений устного народного творчества и </w:t>
      </w:r>
      <w:r w:rsidRPr="007924E7">
        <w:rPr>
          <w:lang w:val="ru-RU"/>
        </w:rPr>
        <w:br/>
      </w:r>
      <w:r w:rsidRPr="007924E7">
        <w:rPr>
          <w:rFonts w:ascii="Times New Roman" w:eastAsia="Times New Roman" w:hAnsi="Times New Roman"/>
          <w:color w:val="000000"/>
          <w:sz w:val="24"/>
          <w:lang w:val="ru-RU"/>
        </w:rPr>
        <w:t xml:space="preserve">художественной литературы для познания мира, формирования эмоциональных и эстетических впечатлений, а также для собственного развития; </w:t>
      </w:r>
      <w:r w:rsidRPr="007924E7">
        <w:rPr>
          <w:lang w:val="ru-RU"/>
        </w:rPr>
        <w:br/>
      </w:r>
      <w:r w:rsidRPr="007924E7">
        <w:rPr>
          <w:lang w:val="ru-RU"/>
        </w:rPr>
        <w:tab/>
      </w:r>
      <w:r w:rsidRPr="007924E7">
        <w:rPr>
          <w:rFonts w:ascii="Times New Roman" w:eastAsia="Times New Roman" w:hAnsi="Times New Roman"/>
          <w:color w:val="000000"/>
          <w:sz w:val="24"/>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roofErr w:type="gramEnd"/>
      <w:r w:rsidRPr="007924E7">
        <w:rPr>
          <w:rFonts w:ascii="Times New Roman" w:eastAsia="Times New Roman" w:hAnsi="Times New Roman"/>
          <w:color w:val="000000"/>
          <w:sz w:val="24"/>
          <w:lang w:val="ru-RU"/>
        </w:rPr>
        <w:t xml:space="preserve"> </w:t>
      </w:r>
      <w:r w:rsidRPr="007924E7">
        <w:rPr>
          <w:lang w:val="ru-RU"/>
        </w:rPr>
        <w:br/>
      </w:r>
      <w:r w:rsidRPr="007924E7">
        <w:rPr>
          <w:lang w:val="ru-RU"/>
        </w:rPr>
        <w:tab/>
      </w:r>
      <w:r w:rsidRPr="007924E7">
        <w:rPr>
          <w:rFonts w:ascii="Times New Roman" w:eastAsia="Times New Roman" w:hAnsi="Times New Roman"/>
          <w:color w:val="000000"/>
          <w:sz w:val="24"/>
          <w:lang w:val="ru-RU"/>
        </w:rPr>
        <w:t xml:space="preserve">11) участвовать в создании элементарных учебных проектов под руководством учителя и учиться </w:t>
      </w:r>
      <w:proofErr w:type="gramStart"/>
      <w:r w:rsidRPr="007924E7">
        <w:rPr>
          <w:rFonts w:ascii="Times New Roman" w:eastAsia="Times New Roman" w:hAnsi="Times New Roman"/>
          <w:color w:val="000000"/>
          <w:sz w:val="24"/>
          <w:lang w:val="ru-RU"/>
        </w:rPr>
        <w:t>публично</w:t>
      </w:r>
      <w:proofErr w:type="gramEnd"/>
      <w:r w:rsidRPr="007924E7">
        <w:rPr>
          <w:rFonts w:ascii="Times New Roman" w:eastAsia="Times New Roman" w:hAnsi="Times New Roman"/>
          <w:color w:val="000000"/>
          <w:sz w:val="24"/>
          <w:lang w:val="ru-RU"/>
        </w:rPr>
        <w:t xml:space="preserve"> представлять их результаты (с учётом литературного развития обучающихся); </w:t>
      </w:r>
      <w:r w:rsidRPr="007924E7">
        <w:rPr>
          <w:lang w:val="ru-RU"/>
        </w:rPr>
        <w:br/>
      </w:r>
      <w:r w:rsidRPr="007924E7">
        <w:rPr>
          <w:lang w:val="ru-RU"/>
        </w:rPr>
        <w:tab/>
      </w:r>
      <w:r w:rsidRPr="007924E7">
        <w:rPr>
          <w:rFonts w:ascii="Times New Roman" w:eastAsia="Times New Roman" w:hAnsi="Times New Roman"/>
          <w:color w:val="000000"/>
          <w:sz w:val="24"/>
          <w:lang w:val="ru-RU"/>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w:t>
      </w:r>
      <w:proofErr w:type="spellStart"/>
      <w:r w:rsidRPr="007924E7">
        <w:rPr>
          <w:rFonts w:ascii="Times New Roman" w:eastAsia="Times New Roman" w:hAnsi="Times New Roman"/>
          <w:color w:val="000000"/>
          <w:sz w:val="24"/>
          <w:lang w:val="ru-RU"/>
        </w:rPr>
        <w:t>интернет-ресурсами</w:t>
      </w:r>
      <w:proofErr w:type="spellEnd"/>
      <w:r w:rsidRPr="007924E7">
        <w:rPr>
          <w:rFonts w:ascii="Times New Roman" w:eastAsia="Times New Roman" w:hAnsi="Times New Roman"/>
          <w:color w:val="000000"/>
          <w:sz w:val="24"/>
          <w:lang w:val="ru-RU"/>
        </w:rPr>
        <w:t>, соблюдая правила информационной безопасности.</w:t>
      </w:r>
    </w:p>
    <w:p w:rsidR="00C76F25" w:rsidRPr="007924E7" w:rsidRDefault="00C76F25">
      <w:pPr>
        <w:rPr>
          <w:lang w:val="ru-RU"/>
        </w:rPr>
        <w:sectPr w:rsidR="00C76F25" w:rsidRPr="007924E7">
          <w:pgSz w:w="11900" w:h="16840"/>
          <w:pgMar w:top="286" w:right="770" w:bottom="1440" w:left="666" w:header="720" w:footer="720" w:gutter="0"/>
          <w:cols w:space="720" w:equalWidth="0">
            <w:col w:w="10464" w:space="0"/>
          </w:cols>
          <w:docGrid w:linePitch="360"/>
        </w:sectPr>
      </w:pPr>
    </w:p>
    <w:p w:rsidR="00C76F25" w:rsidRPr="007924E7" w:rsidRDefault="00C76F25">
      <w:pPr>
        <w:autoSpaceDE w:val="0"/>
        <w:autoSpaceDN w:val="0"/>
        <w:spacing w:after="64" w:line="220" w:lineRule="exact"/>
        <w:rPr>
          <w:lang w:val="ru-RU"/>
        </w:rPr>
      </w:pPr>
    </w:p>
    <w:p w:rsidR="00C76F25" w:rsidRDefault="0044668A">
      <w:pPr>
        <w:autoSpaceDE w:val="0"/>
        <w:autoSpaceDN w:val="0"/>
        <w:spacing w:after="258" w:line="233" w:lineRule="auto"/>
      </w:pPr>
      <w:r>
        <w:rPr>
          <w:rFonts w:ascii="Times New Roman" w:eastAsia="Times New Roman" w:hAnsi="Times New Roman"/>
          <w:b/>
          <w:color w:val="000000"/>
          <w:w w:val="101"/>
          <w:sz w:val="19"/>
        </w:rPr>
        <w:t xml:space="preserve">ТЕМАТИЧЕСКОЕ ПЛАНИРОВАНИЕ </w:t>
      </w: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348"/>
        </w:trPr>
        <w:tc>
          <w:tcPr>
            <w:tcW w:w="39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b/>
                <w:color w:val="000000"/>
                <w:w w:val="97"/>
                <w:sz w:val="16"/>
              </w:rPr>
              <w:t>№</w:t>
            </w:r>
            <w:r>
              <w:br/>
            </w:r>
            <w:r>
              <w:rPr>
                <w:rFonts w:ascii="Times New Roman" w:eastAsia="Times New Roman" w:hAnsi="Times New Roman"/>
                <w:b/>
                <w:color w:val="000000"/>
                <w:w w:val="97"/>
                <w:sz w:val="16"/>
              </w:rPr>
              <w:t>п/п</w:t>
            </w:r>
          </w:p>
        </w:tc>
        <w:tc>
          <w:tcPr>
            <w:tcW w:w="643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b/>
                <w:color w:val="000000"/>
                <w:w w:val="97"/>
                <w:sz w:val="16"/>
                <w:lang w:val="ru-RU"/>
              </w:rPr>
              <w:t>Наименование разделов и тем программы</w:t>
            </w:r>
          </w:p>
        </w:tc>
        <w:tc>
          <w:tcPr>
            <w:tcW w:w="277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b/>
                <w:color w:val="000000"/>
                <w:w w:val="97"/>
                <w:sz w:val="16"/>
              </w:rPr>
              <w:t>Количество</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часов</w:t>
            </w:r>
            <w:proofErr w:type="spellEnd"/>
          </w:p>
        </w:tc>
        <w:tc>
          <w:tcPr>
            <w:tcW w:w="86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pPr>
            <w:proofErr w:type="spellStart"/>
            <w:r>
              <w:rPr>
                <w:rFonts w:ascii="Times New Roman" w:eastAsia="Times New Roman" w:hAnsi="Times New Roman"/>
                <w:b/>
                <w:color w:val="000000"/>
                <w:w w:val="97"/>
                <w:sz w:val="16"/>
              </w:rPr>
              <w:t>Дата</w:t>
            </w:r>
            <w:proofErr w:type="spellEnd"/>
            <w:r>
              <w:rPr>
                <w:rFonts w:ascii="Times New Roman" w:eastAsia="Times New Roman" w:hAnsi="Times New Roman"/>
                <w:b/>
                <w:color w:val="000000"/>
                <w:w w:val="97"/>
                <w:sz w:val="16"/>
              </w:rPr>
              <w:t xml:space="preserve"> </w:t>
            </w:r>
            <w:r>
              <w:br/>
            </w:r>
            <w:proofErr w:type="spellStart"/>
            <w:r>
              <w:rPr>
                <w:rFonts w:ascii="Times New Roman" w:eastAsia="Times New Roman" w:hAnsi="Times New Roman"/>
                <w:b/>
                <w:color w:val="000000"/>
                <w:w w:val="97"/>
                <w:sz w:val="16"/>
              </w:rPr>
              <w:t>изучения</w:t>
            </w:r>
            <w:proofErr w:type="spellEnd"/>
          </w:p>
        </w:tc>
        <w:tc>
          <w:tcPr>
            <w:tcW w:w="153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right="432"/>
            </w:pPr>
            <w:proofErr w:type="spellStart"/>
            <w:r>
              <w:rPr>
                <w:rFonts w:ascii="Times New Roman" w:eastAsia="Times New Roman" w:hAnsi="Times New Roman"/>
                <w:b/>
                <w:color w:val="000000"/>
                <w:w w:val="97"/>
                <w:sz w:val="16"/>
              </w:rPr>
              <w:t>Виды</w:t>
            </w:r>
            <w:proofErr w:type="spellEnd"/>
            <w:r>
              <w:rPr>
                <w:rFonts w:ascii="Times New Roman" w:eastAsia="Times New Roman" w:hAnsi="Times New Roman"/>
                <w:b/>
                <w:color w:val="000000"/>
                <w:w w:val="97"/>
                <w:sz w:val="16"/>
              </w:rPr>
              <w:t xml:space="preserve"> </w:t>
            </w:r>
            <w:r>
              <w:br/>
            </w:r>
            <w:proofErr w:type="spellStart"/>
            <w:r>
              <w:rPr>
                <w:rFonts w:ascii="Times New Roman" w:eastAsia="Times New Roman" w:hAnsi="Times New Roman"/>
                <w:b/>
                <w:color w:val="000000"/>
                <w:w w:val="97"/>
                <w:sz w:val="16"/>
              </w:rPr>
              <w:t>деятельности</w:t>
            </w:r>
            <w:proofErr w:type="spellEnd"/>
          </w:p>
        </w:tc>
        <w:tc>
          <w:tcPr>
            <w:tcW w:w="123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right="144"/>
            </w:pPr>
            <w:proofErr w:type="spellStart"/>
            <w:r>
              <w:rPr>
                <w:rFonts w:ascii="Times New Roman" w:eastAsia="Times New Roman" w:hAnsi="Times New Roman"/>
                <w:b/>
                <w:color w:val="000000"/>
                <w:w w:val="97"/>
                <w:sz w:val="16"/>
              </w:rPr>
              <w:t>Виды</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формы</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контроля</w:t>
            </w:r>
            <w:proofErr w:type="spellEnd"/>
          </w:p>
        </w:tc>
        <w:tc>
          <w:tcPr>
            <w:tcW w:w="225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right="288"/>
            </w:pPr>
            <w:proofErr w:type="spellStart"/>
            <w:r>
              <w:rPr>
                <w:rFonts w:ascii="Times New Roman" w:eastAsia="Times New Roman" w:hAnsi="Times New Roman"/>
                <w:b/>
                <w:color w:val="000000"/>
                <w:w w:val="97"/>
                <w:sz w:val="16"/>
              </w:rPr>
              <w:t>Электронные</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цифровые</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образовательные</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ресурсы</w:t>
            </w:r>
            <w:proofErr w:type="spellEnd"/>
          </w:p>
        </w:tc>
      </w:tr>
      <w:tr w:rsidR="00C76F25">
        <w:trPr>
          <w:trHeight w:hRule="exact" w:val="540"/>
        </w:trPr>
        <w:tc>
          <w:tcPr>
            <w:tcW w:w="1726" w:type="dxa"/>
            <w:vMerge/>
            <w:tcBorders>
              <w:top w:val="single" w:sz="4" w:space="0" w:color="000000"/>
              <w:left w:val="single" w:sz="4" w:space="0" w:color="000000"/>
              <w:bottom w:val="single" w:sz="4" w:space="0" w:color="000000"/>
              <w:right w:val="single" w:sz="4" w:space="0" w:color="000000"/>
            </w:tcBorders>
          </w:tcPr>
          <w:p w:rsidR="00C76F25" w:rsidRDefault="00C76F25"/>
        </w:tc>
        <w:tc>
          <w:tcPr>
            <w:tcW w:w="1726" w:type="dxa"/>
            <w:vMerge/>
            <w:tcBorders>
              <w:top w:val="single" w:sz="4" w:space="0" w:color="000000"/>
              <w:left w:val="single" w:sz="4" w:space="0" w:color="000000"/>
              <w:bottom w:val="single" w:sz="4" w:space="0" w:color="000000"/>
              <w:right w:val="single" w:sz="4" w:space="0" w:color="000000"/>
            </w:tcBorders>
          </w:tcPr>
          <w:p w:rsidR="00C76F25" w:rsidRDefault="00C76F25"/>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proofErr w:type="spellStart"/>
            <w:r>
              <w:rPr>
                <w:rFonts w:ascii="Times New Roman" w:eastAsia="Times New Roman" w:hAnsi="Times New Roman"/>
                <w:b/>
                <w:color w:val="000000"/>
                <w:w w:val="97"/>
                <w:sz w:val="16"/>
              </w:rPr>
              <w:t>всего</w:t>
            </w:r>
            <w:proofErr w:type="spellEnd"/>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pPr>
            <w:proofErr w:type="spellStart"/>
            <w:r>
              <w:rPr>
                <w:rFonts w:ascii="Times New Roman" w:eastAsia="Times New Roman" w:hAnsi="Times New Roman"/>
                <w:b/>
                <w:color w:val="000000"/>
                <w:w w:val="97"/>
                <w:sz w:val="16"/>
              </w:rPr>
              <w:t>контрольные</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работы</w:t>
            </w:r>
            <w:proofErr w:type="spellEnd"/>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pPr>
            <w:proofErr w:type="spellStart"/>
            <w:r>
              <w:rPr>
                <w:rFonts w:ascii="Times New Roman" w:eastAsia="Times New Roman" w:hAnsi="Times New Roman"/>
                <w:b/>
                <w:color w:val="000000"/>
                <w:w w:val="97"/>
                <w:sz w:val="16"/>
              </w:rPr>
              <w:t>практические</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работы</w:t>
            </w:r>
            <w:proofErr w:type="spellEnd"/>
          </w:p>
        </w:tc>
        <w:tc>
          <w:tcPr>
            <w:tcW w:w="1726" w:type="dxa"/>
            <w:vMerge/>
            <w:tcBorders>
              <w:top w:val="single" w:sz="4" w:space="0" w:color="000000"/>
              <w:left w:val="single" w:sz="4" w:space="0" w:color="000000"/>
              <w:bottom w:val="single" w:sz="4" w:space="0" w:color="000000"/>
              <w:right w:val="single" w:sz="4" w:space="0" w:color="000000"/>
            </w:tcBorders>
          </w:tcPr>
          <w:p w:rsidR="00C76F25" w:rsidRDefault="00C76F25"/>
        </w:tc>
        <w:tc>
          <w:tcPr>
            <w:tcW w:w="1726" w:type="dxa"/>
            <w:vMerge/>
            <w:tcBorders>
              <w:top w:val="single" w:sz="4" w:space="0" w:color="000000"/>
              <w:left w:val="single" w:sz="4" w:space="0" w:color="000000"/>
              <w:bottom w:val="single" w:sz="4" w:space="0" w:color="000000"/>
              <w:right w:val="single" w:sz="4" w:space="0" w:color="000000"/>
            </w:tcBorders>
          </w:tcPr>
          <w:p w:rsidR="00C76F25" w:rsidRDefault="00C76F25"/>
        </w:tc>
        <w:tc>
          <w:tcPr>
            <w:tcW w:w="1726" w:type="dxa"/>
            <w:vMerge/>
            <w:tcBorders>
              <w:top w:val="single" w:sz="4" w:space="0" w:color="000000"/>
              <w:left w:val="single" w:sz="4" w:space="0" w:color="000000"/>
              <w:bottom w:val="single" w:sz="4" w:space="0" w:color="000000"/>
              <w:right w:val="single" w:sz="4" w:space="0" w:color="000000"/>
            </w:tcBorders>
          </w:tcPr>
          <w:p w:rsidR="00C76F25" w:rsidRDefault="00C76F25"/>
        </w:tc>
        <w:tc>
          <w:tcPr>
            <w:tcW w:w="1726" w:type="dxa"/>
            <w:vMerge/>
            <w:tcBorders>
              <w:top w:val="single" w:sz="4" w:space="0" w:color="000000"/>
              <w:left w:val="single" w:sz="4" w:space="0" w:color="000000"/>
              <w:bottom w:val="single" w:sz="4" w:space="0" w:color="000000"/>
              <w:right w:val="single" w:sz="4" w:space="0" w:color="000000"/>
            </w:tcBorders>
          </w:tcPr>
          <w:p w:rsidR="00C76F25" w:rsidRDefault="00C76F25"/>
        </w:tc>
      </w:tr>
      <w:tr w:rsidR="00C76F25">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Раздел</w:t>
            </w:r>
            <w:proofErr w:type="spellEnd"/>
            <w:r>
              <w:rPr>
                <w:rFonts w:ascii="Times New Roman" w:eastAsia="Times New Roman" w:hAnsi="Times New Roman"/>
                <w:color w:val="000000"/>
                <w:w w:val="97"/>
                <w:sz w:val="16"/>
              </w:rPr>
              <w:t xml:space="preserve"> 1.</w:t>
            </w:r>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Мифология</w:t>
            </w:r>
            <w:proofErr w:type="spellEnd"/>
          </w:p>
        </w:tc>
      </w:tr>
      <w:tr w:rsidR="00C76F25">
        <w:trPr>
          <w:trHeight w:hRule="exact" w:val="380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80" w:after="0" w:line="230" w:lineRule="auto"/>
              <w:jc w:val="center"/>
            </w:pPr>
            <w:r>
              <w:rPr>
                <w:rFonts w:ascii="Times New Roman" w:eastAsia="Times New Roman" w:hAnsi="Times New Roman"/>
                <w:color w:val="000000"/>
                <w:w w:val="97"/>
                <w:sz w:val="16"/>
              </w:rPr>
              <w:t>1.1.</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80" w:after="0" w:line="230" w:lineRule="auto"/>
              <w:ind w:left="72"/>
              <w:rPr>
                <w:lang w:val="ru-RU"/>
              </w:rPr>
            </w:pPr>
            <w:r w:rsidRPr="007924E7">
              <w:rPr>
                <w:rFonts w:ascii="Times New Roman" w:eastAsia="Times New Roman" w:hAnsi="Times New Roman"/>
                <w:b/>
                <w:color w:val="000000"/>
                <w:w w:val="97"/>
                <w:sz w:val="16"/>
                <w:lang w:val="ru-RU"/>
              </w:rPr>
              <w:t>Мифы народов России и мира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80" w:after="0" w:line="230" w:lineRule="auto"/>
              <w:ind w:left="72"/>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80"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80"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80" w:after="0" w:line="245" w:lineRule="auto"/>
              <w:jc w:val="center"/>
            </w:pPr>
            <w:r>
              <w:rPr>
                <w:rFonts w:ascii="Times New Roman" w:eastAsia="Times New Roman" w:hAnsi="Times New Roman"/>
                <w:color w:val="000000"/>
                <w:w w:val="97"/>
                <w:sz w:val="16"/>
              </w:rPr>
              <w:t>02.09.2022 07.09.2022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80" w:after="0" w:line="254" w:lineRule="auto"/>
              <w:ind w:left="72"/>
              <w:rPr>
                <w:lang w:val="ru-RU"/>
              </w:rPr>
            </w:pP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мифы и </w:t>
            </w:r>
            <w:r w:rsidRPr="007924E7">
              <w:rPr>
                <w:lang w:val="ru-RU"/>
              </w:rPr>
              <w:br/>
            </w:r>
            <w:r w:rsidRPr="007924E7">
              <w:rPr>
                <w:rFonts w:ascii="Times New Roman" w:eastAsia="Times New Roman" w:hAnsi="Times New Roman"/>
                <w:color w:val="000000"/>
                <w:w w:val="97"/>
                <w:sz w:val="16"/>
                <w:lang w:val="ru-RU"/>
              </w:rPr>
              <w:t xml:space="preserve">другие эпические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вопросы</w:t>
            </w:r>
            <w:proofErr w:type="gramStart"/>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proofErr w:type="gramEnd"/>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Анализировать </w:t>
            </w:r>
            <w:r w:rsidRPr="007924E7">
              <w:rPr>
                <w:lang w:val="ru-RU"/>
              </w:rPr>
              <w:br/>
            </w:r>
            <w:r w:rsidRPr="007924E7">
              <w:rPr>
                <w:rFonts w:ascii="Times New Roman" w:eastAsia="Times New Roman" w:hAnsi="Times New Roman"/>
                <w:color w:val="000000"/>
                <w:w w:val="97"/>
                <w:sz w:val="16"/>
                <w:lang w:val="ru-RU"/>
              </w:rPr>
              <w:t xml:space="preserve">сюжет;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жанровые; </w:t>
            </w:r>
            <w:r w:rsidRPr="007924E7">
              <w:rPr>
                <w:lang w:val="ru-RU"/>
              </w:rPr>
              <w:br/>
            </w:r>
            <w:r w:rsidRPr="007924E7">
              <w:rPr>
                <w:rFonts w:ascii="Times New Roman" w:eastAsia="Times New Roman" w:hAnsi="Times New Roman"/>
                <w:color w:val="000000"/>
                <w:w w:val="97"/>
                <w:sz w:val="16"/>
                <w:lang w:val="ru-RU"/>
              </w:rPr>
              <w:t xml:space="preserve">композиционные и художественные </w:t>
            </w:r>
            <w:r w:rsidRPr="007924E7">
              <w:rPr>
                <w:lang w:val="ru-RU"/>
              </w:rPr>
              <w:br/>
            </w:r>
            <w:r w:rsidRPr="007924E7">
              <w:rPr>
                <w:rFonts w:ascii="Times New Roman" w:eastAsia="Times New Roman" w:hAnsi="Times New Roman"/>
                <w:color w:val="000000"/>
                <w:w w:val="97"/>
                <w:sz w:val="16"/>
                <w:lang w:val="ru-RU"/>
              </w:rPr>
              <w:t xml:space="preserve">особенности; </w:t>
            </w:r>
            <w:r w:rsidRPr="007924E7">
              <w:rPr>
                <w:lang w:val="ru-RU"/>
              </w:rPr>
              <w:br/>
            </w:r>
            <w:r w:rsidRPr="007924E7">
              <w:rPr>
                <w:rFonts w:ascii="Times New Roman" w:eastAsia="Times New Roman" w:hAnsi="Times New Roman"/>
                <w:color w:val="000000"/>
                <w:w w:val="97"/>
                <w:sz w:val="16"/>
                <w:lang w:val="ru-RU"/>
              </w:rPr>
              <w:t xml:space="preserve">Определять и </w:t>
            </w:r>
            <w:r w:rsidRPr="007924E7">
              <w:rPr>
                <w:lang w:val="ru-RU"/>
              </w:rPr>
              <w:br/>
            </w:r>
            <w:r w:rsidRPr="007924E7">
              <w:rPr>
                <w:rFonts w:ascii="Times New Roman" w:eastAsia="Times New Roman" w:hAnsi="Times New Roman"/>
                <w:color w:val="000000"/>
                <w:w w:val="97"/>
                <w:sz w:val="16"/>
                <w:lang w:val="ru-RU"/>
              </w:rPr>
              <w:t>формулировать тему и основную мысль; ;</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80"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80" w:after="0" w:line="230" w:lineRule="auto"/>
              <w:ind w:left="72"/>
            </w:pPr>
            <w:r>
              <w:rPr>
                <w:rFonts w:ascii="Times New Roman" w:eastAsia="Times New Roman" w:hAnsi="Times New Roman"/>
                <w:color w:val="000000"/>
                <w:w w:val="97"/>
                <w:sz w:val="16"/>
              </w:rPr>
              <w:t>https://resh-shkola.ru</w:t>
            </w:r>
          </w:p>
        </w:tc>
      </w:tr>
      <w:tr w:rsidR="00C76F25">
        <w:trPr>
          <w:trHeight w:hRule="exact" w:val="111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1.2.</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Внеклассное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чтение</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09.09.2022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2" w:lineRule="auto"/>
              <w:ind w:left="72"/>
              <w:rPr>
                <w:lang w:val="ru-RU"/>
              </w:rPr>
            </w:pPr>
            <w:r w:rsidRPr="007924E7">
              <w:rPr>
                <w:rFonts w:ascii="Times New Roman" w:eastAsia="Times New Roman" w:hAnsi="Times New Roman"/>
                <w:color w:val="000000"/>
                <w:w w:val="97"/>
                <w:sz w:val="16"/>
                <w:lang w:val="ru-RU"/>
              </w:rPr>
              <w:t xml:space="preserve">Сопоставлять мифы разных народов, </w:t>
            </w:r>
            <w:r w:rsidRPr="007924E7">
              <w:rPr>
                <w:lang w:val="ru-RU"/>
              </w:rPr>
              <w:br/>
            </w:r>
            <w:r w:rsidRPr="007924E7">
              <w:rPr>
                <w:rFonts w:ascii="Times New Roman" w:eastAsia="Times New Roman" w:hAnsi="Times New Roman"/>
                <w:color w:val="000000"/>
                <w:w w:val="97"/>
                <w:sz w:val="16"/>
                <w:lang w:val="ru-RU"/>
              </w:rPr>
              <w:t xml:space="preserve">сравнивать их с </w:t>
            </w:r>
            <w:r w:rsidRPr="007924E7">
              <w:rPr>
                <w:lang w:val="ru-RU"/>
              </w:rPr>
              <w:br/>
            </w:r>
            <w:r w:rsidRPr="007924E7">
              <w:rPr>
                <w:rFonts w:ascii="Times New Roman" w:eastAsia="Times New Roman" w:hAnsi="Times New Roman"/>
                <w:color w:val="000000"/>
                <w:w w:val="97"/>
                <w:sz w:val="16"/>
                <w:lang w:val="ru-RU"/>
              </w:rPr>
              <w:t xml:space="preserve">эпическими </w:t>
            </w:r>
            <w:r w:rsidRPr="007924E7">
              <w:rPr>
                <w:lang w:val="ru-RU"/>
              </w:rPr>
              <w:br/>
            </w:r>
            <w:r w:rsidRPr="007924E7">
              <w:rPr>
                <w:rFonts w:ascii="Times New Roman" w:eastAsia="Times New Roman" w:hAnsi="Times New Roman"/>
                <w:color w:val="000000"/>
                <w:w w:val="97"/>
                <w:sz w:val="16"/>
                <w:lang w:val="ru-RU"/>
              </w:rPr>
              <w:t>произведениями</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0" w:lineRule="auto"/>
              <w:ind w:left="72"/>
              <w:rPr>
                <w:lang w:val="ru-RU"/>
              </w:rPr>
            </w:pPr>
            <w:r w:rsidRPr="007924E7">
              <w:rPr>
                <w:rFonts w:ascii="Times New Roman" w:eastAsia="Times New Roman" w:hAnsi="Times New Roman"/>
                <w:color w:val="000000"/>
                <w:w w:val="97"/>
                <w:sz w:val="16"/>
                <w:lang w:val="ru-RU"/>
              </w:rPr>
              <w:t xml:space="preserve">Самооценка с </w:t>
            </w:r>
            <w:r w:rsidRPr="007924E7">
              <w:rPr>
                <w:lang w:val="ru-RU"/>
              </w:rPr>
              <w:br/>
            </w:r>
            <w:proofErr w:type="spellStart"/>
            <w:r w:rsidRPr="007924E7">
              <w:rPr>
                <w:rFonts w:ascii="Times New Roman" w:eastAsia="Times New Roman" w:hAnsi="Times New Roman"/>
                <w:color w:val="000000"/>
                <w:w w:val="97"/>
                <w:sz w:val="16"/>
                <w:lang w:val="ru-RU"/>
              </w:rPr>
              <w:t>использованием</w:t>
            </w:r>
            <w:proofErr w:type="gramStart"/>
            <w:r w:rsidRPr="007924E7">
              <w:rPr>
                <w:rFonts w:ascii="Times New Roman" w:eastAsia="Times New Roman" w:hAnsi="Times New Roman"/>
                <w:color w:val="000000"/>
                <w:w w:val="97"/>
                <w:sz w:val="16"/>
                <w:lang w:val="ru-RU"/>
              </w:rPr>
              <w:t>«О</w:t>
            </w:r>
            <w:proofErr w:type="gramEnd"/>
            <w:r w:rsidRPr="007924E7">
              <w:rPr>
                <w:rFonts w:ascii="Times New Roman" w:eastAsia="Times New Roman" w:hAnsi="Times New Roman"/>
                <w:color w:val="000000"/>
                <w:w w:val="97"/>
                <w:sz w:val="16"/>
                <w:lang w:val="ru-RU"/>
              </w:rPr>
              <w:t>ценочного</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листа»;</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https://uchi.ru</w:t>
            </w:r>
          </w:p>
        </w:tc>
      </w:tr>
      <w:tr w:rsidR="00C76F25">
        <w:trPr>
          <w:trHeight w:hRule="exact" w:val="348"/>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Итого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разделу</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4</w:t>
            </w:r>
          </w:p>
        </w:tc>
        <w:tc>
          <w:tcPr>
            <w:tcW w:w="814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trPr>
          <w:trHeight w:hRule="exact" w:val="32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Раздел</w:t>
            </w:r>
            <w:proofErr w:type="spellEnd"/>
            <w:r>
              <w:rPr>
                <w:rFonts w:ascii="Times New Roman" w:eastAsia="Times New Roman" w:hAnsi="Times New Roman"/>
                <w:color w:val="000000"/>
                <w:w w:val="97"/>
                <w:sz w:val="16"/>
              </w:rPr>
              <w:t xml:space="preserve"> 2.</w:t>
            </w:r>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Фольклор</w:t>
            </w:r>
            <w:proofErr w:type="spellEnd"/>
          </w:p>
        </w:tc>
      </w:tr>
    </w:tbl>
    <w:p w:rsidR="00C76F25" w:rsidRDefault="00C76F25">
      <w:pPr>
        <w:autoSpaceDE w:val="0"/>
        <w:autoSpaceDN w:val="0"/>
        <w:spacing w:after="0" w:line="14" w:lineRule="exact"/>
      </w:pPr>
    </w:p>
    <w:p w:rsidR="00C76F25" w:rsidRDefault="00C76F25">
      <w:pPr>
        <w:sectPr w:rsidR="00C76F25">
          <w:pgSz w:w="16840" w:h="11900"/>
          <w:pgMar w:top="282" w:right="640" w:bottom="144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369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2.1.</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b/>
                <w:color w:val="000000"/>
                <w:w w:val="97"/>
                <w:sz w:val="16"/>
                <w:lang w:val="ru-RU"/>
              </w:rPr>
              <w:t>Малые жанры: пословицы, поговорки, загадки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12.09.2022 13.09.2022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4" w:lineRule="auto"/>
              <w:ind w:left="72"/>
              <w:rPr>
                <w:lang w:val="ru-RU"/>
              </w:rPr>
            </w:pP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фольклорные </w:t>
            </w:r>
            <w:r w:rsidRPr="007924E7">
              <w:rPr>
                <w:lang w:val="ru-RU"/>
              </w:rPr>
              <w:br/>
            </w:r>
            <w:r w:rsidRPr="007924E7">
              <w:rPr>
                <w:rFonts w:ascii="Times New Roman" w:eastAsia="Times New Roman" w:hAnsi="Times New Roman"/>
                <w:color w:val="000000"/>
                <w:w w:val="97"/>
                <w:sz w:val="16"/>
                <w:lang w:val="ru-RU"/>
              </w:rPr>
              <w:t xml:space="preserve">произведения малых жанров;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вопросы</w:t>
            </w:r>
            <w:proofErr w:type="gramStart"/>
            <w:r w:rsidRPr="007924E7">
              <w:rPr>
                <w:rFonts w:ascii="Times New Roman" w:eastAsia="Times New Roman" w:hAnsi="Times New Roman"/>
                <w:color w:val="000000"/>
                <w:w w:val="97"/>
                <w:sz w:val="16"/>
                <w:lang w:val="ru-RU"/>
              </w:rPr>
              <w:t xml:space="preserve">;; </w:t>
            </w:r>
            <w:r w:rsidRPr="007924E7">
              <w:rPr>
                <w:lang w:val="ru-RU"/>
              </w:rPr>
              <w:br/>
            </w:r>
            <w:proofErr w:type="gramEnd"/>
            <w:r w:rsidRPr="007924E7">
              <w:rPr>
                <w:rFonts w:ascii="Times New Roman" w:eastAsia="Times New Roman" w:hAnsi="Times New Roman"/>
                <w:color w:val="000000"/>
                <w:w w:val="97"/>
                <w:sz w:val="16"/>
                <w:lang w:val="ru-RU"/>
              </w:rPr>
              <w:t xml:space="preserve">Отличать </w:t>
            </w:r>
            <w:r w:rsidRPr="007924E7">
              <w:rPr>
                <w:lang w:val="ru-RU"/>
              </w:rPr>
              <w:br/>
            </w:r>
            <w:r w:rsidRPr="007924E7">
              <w:rPr>
                <w:rFonts w:ascii="Times New Roman" w:eastAsia="Times New Roman" w:hAnsi="Times New Roman"/>
                <w:color w:val="000000"/>
                <w:w w:val="97"/>
                <w:sz w:val="16"/>
                <w:lang w:val="ru-RU"/>
              </w:rPr>
              <w:t xml:space="preserve">пословицы от; </w:t>
            </w:r>
            <w:r w:rsidRPr="007924E7">
              <w:rPr>
                <w:lang w:val="ru-RU"/>
              </w:rPr>
              <w:br/>
            </w:r>
            <w:r w:rsidRPr="007924E7">
              <w:rPr>
                <w:rFonts w:ascii="Times New Roman" w:eastAsia="Times New Roman" w:hAnsi="Times New Roman"/>
                <w:color w:val="000000"/>
                <w:w w:val="97"/>
                <w:sz w:val="16"/>
                <w:lang w:val="ru-RU"/>
              </w:rPr>
              <w:t xml:space="preserve">поговорок;; </w:t>
            </w:r>
            <w:r w:rsidRPr="007924E7">
              <w:rPr>
                <w:lang w:val="ru-RU"/>
              </w:rPr>
              <w:br/>
            </w:r>
            <w:r w:rsidRPr="007924E7">
              <w:rPr>
                <w:rFonts w:ascii="Times New Roman" w:eastAsia="Times New Roman" w:hAnsi="Times New Roman"/>
                <w:color w:val="000000"/>
                <w:w w:val="97"/>
                <w:sz w:val="16"/>
                <w:lang w:val="ru-RU"/>
              </w:rPr>
              <w:t xml:space="preserve">Сопоставлять </w:t>
            </w:r>
            <w:r w:rsidRPr="007924E7">
              <w:rPr>
                <w:lang w:val="ru-RU"/>
              </w:rPr>
              <w:br/>
            </w:r>
            <w:r w:rsidRPr="007924E7">
              <w:rPr>
                <w:rFonts w:ascii="Times New Roman" w:eastAsia="Times New Roman" w:hAnsi="Times New Roman"/>
                <w:color w:val="000000"/>
                <w:w w:val="97"/>
                <w:sz w:val="16"/>
                <w:lang w:val="ru-RU"/>
              </w:rPr>
              <w:t xml:space="preserve">русские; </w:t>
            </w:r>
            <w:r w:rsidRPr="007924E7">
              <w:rPr>
                <w:lang w:val="ru-RU"/>
              </w:rPr>
              <w:br/>
            </w:r>
            <w:r w:rsidRPr="007924E7">
              <w:rPr>
                <w:rFonts w:ascii="Times New Roman" w:eastAsia="Times New Roman" w:hAnsi="Times New Roman"/>
                <w:color w:val="000000"/>
                <w:w w:val="97"/>
                <w:sz w:val="16"/>
                <w:lang w:val="ru-RU"/>
              </w:rPr>
              <w:t xml:space="preserve">пословицы и </w:t>
            </w:r>
            <w:r w:rsidRPr="007924E7">
              <w:rPr>
                <w:lang w:val="ru-RU"/>
              </w:rPr>
              <w:br/>
            </w:r>
            <w:r w:rsidRPr="007924E7">
              <w:rPr>
                <w:rFonts w:ascii="Times New Roman" w:eastAsia="Times New Roman" w:hAnsi="Times New Roman"/>
                <w:color w:val="000000"/>
                <w:w w:val="97"/>
                <w:sz w:val="16"/>
                <w:lang w:val="ru-RU"/>
              </w:rPr>
              <w:t xml:space="preserve">поговорки с; </w:t>
            </w:r>
            <w:r w:rsidRPr="007924E7">
              <w:rPr>
                <w:lang w:val="ru-RU"/>
              </w:rPr>
              <w:br/>
            </w:r>
            <w:r w:rsidRPr="007924E7">
              <w:rPr>
                <w:rFonts w:ascii="Times New Roman" w:eastAsia="Times New Roman" w:hAnsi="Times New Roman"/>
                <w:color w:val="000000"/>
                <w:w w:val="97"/>
                <w:sz w:val="16"/>
                <w:lang w:val="ru-RU"/>
              </w:rPr>
              <w:t xml:space="preserve">пословицами и </w:t>
            </w:r>
            <w:r w:rsidRPr="007924E7">
              <w:rPr>
                <w:lang w:val="ru-RU"/>
              </w:rPr>
              <w:br/>
            </w:r>
            <w:r w:rsidRPr="007924E7">
              <w:rPr>
                <w:rFonts w:ascii="Times New Roman" w:eastAsia="Times New Roman" w:hAnsi="Times New Roman"/>
                <w:color w:val="000000"/>
                <w:w w:val="97"/>
                <w:sz w:val="16"/>
                <w:lang w:val="ru-RU"/>
              </w:rPr>
              <w:t xml:space="preserve">поговорками других народов; </w:t>
            </w:r>
            <w:r w:rsidRPr="007924E7">
              <w:rPr>
                <w:lang w:val="ru-RU"/>
              </w:rPr>
              <w:br/>
            </w:r>
            <w:r w:rsidRPr="007924E7">
              <w:rPr>
                <w:rFonts w:ascii="Times New Roman" w:eastAsia="Times New Roman" w:hAnsi="Times New Roman"/>
                <w:color w:val="000000"/>
                <w:w w:val="97"/>
                <w:sz w:val="16"/>
                <w:lang w:val="ru-RU"/>
              </w:rPr>
              <w:t>;</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Тестирование</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https://www.yaklass.ru</w:t>
            </w:r>
          </w:p>
        </w:tc>
      </w:tr>
      <w:tr w:rsidR="00C76F25">
        <w:trPr>
          <w:trHeight w:hRule="exact" w:val="73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2.2.</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Развитие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речи</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16.09.2022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7" w:lineRule="auto"/>
              <w:ind w:left="72" w:right="144"/>
              <w:rPr>
                <w:lang w:val="ru-RU"/>
              </w:rPr>
            </w:pPr>
            <w:r w:rsidRPr="007924E7">
              <w:rPr>
                <w:rFonts w:ascii="Times New Roman" w:eastAsia="Times New Roman" w:hAnsi="Times New Roman"/>
                <w:color w:val="000000"/>
                <w:w w:val="97"/>
                <w:sz w:val="16"/>
                <w:lang w:val="ru-RU"/>
              </w:rPr>
              <w:t xml:space="preserve">Уметь сочинять и разгадывать </w:t>
            </w:r>
            <w:r w:rsidRPr="007924E7">
              <w:rPr>
                <w:lang w:val="ru-RU"/>
              </w:rPr>
              <w:br/>
            </w:r>
            <w:r w:rsidRPr="007924E7">
              <w:rPr>
                <w:rFonts w:ascii="Times New Roman" w:eastAsia="Times New Roman" w:hAnsi="Times New Roman"/>
                <w:color w:val="000000"/>
                <w:w w:val="97"/>
                <w:sz w:val="16"/>
                <w:lang w:val="ru-RU"/>
              </w:rPr>
              <w:t>загадки;</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https://edu.skysmart.ru</w:t>
            </w:r>
          </w:p>
        </w:tc>
      </w:tr>
      <w:tr w:rsidR="00C76F25">
        <w:trPr>
          <w:trHeight w:hRule="exact" w:val="476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2.3.</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b/>
                <w:color w:val="000000"/>
                <w:w w:val="97"/>
                <w:sz w:val="16"/>
                <w:lang w:val="ru-RU"/>
              </w:rPr>
              <w:t>Сказки народов России и народов мира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5</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27.09.2022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(кратко;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подробно; </w:t>
            </w:r>
            <w:r w:rsidRPr="007924E7">
              <w:rPr>
                <w:lang w:val="ru-RU"/>
              </w:rPr>
              <w:br/>
            </w:r>
            <w:r w:rsidRPr="007924E7">
              <w:rPr>
                <w:rFonts w:ascii="Times New Roman" w:eastAsia="Times New Roman" w:hAnsi="Times New Roman"/>
                <w:color w:val="000000"/>
                <w:w w:val="97"/>
                <w:sz w:val="16"/>
                <w:lang w:val="ru-RU"/>
              </w:rPr>
              <w:t xml:space="preserve">выборочно) сказки; 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Определять виды </w:t>
            </w:r>
            <w:r w:rsidRPr="007924E7">
              <w:rPr>
                <w:lang w:val="ru-RU"/>
              </w:rPr>
              <w:br/>
            </w:r>
            <w:r w:rsidRPr="007924E7">
              <w:rPr>
                <w:rFonts w:ascii="Times New Roman" w:eastAsia="Times New Roman" w:hAnsi="Times New Roman"/>
                <w:color w:val="000000"/>
                <w:w w:val="97"/>
                <w:sz w:val="16"/>
                <w:lang w:val="ru-RU"/>
              </w:rPr>
              <w:t xml:space="preserve">сказок; </w:t>
            </w:r>
            <w:r w:rsidRPr="007924E7">
              <w:rPr>
                <w:lang w:val="ru-RU"/>
              </w:rPr>
              <w:br/>
            </w:r>
            <w:r w:rsidRPr="007924E7">
              <w:rPr>
                <w:rFonts w:ascii="Times New Roman" w:eastAsia="Times New Roman" w:hAnsi="Times New Roman"/>
                <w:color w:val="000000"/>
                <w:w w:val="97"/>
                <w:sz w:val="16"/>
                <w:lang w:val="ru-RU"/>
              </w:rPr>
              <w:t xml:space="preserve">(волшебные; </w:t>
            </w:r>
            <w:r w:rsidRPr="007924E7">
              <w:rPr>
                <w:lang w:val="ru-RU"/>
              </w:rPr>
              <w:br/>
            </w:r>
            <w:r w:rsidRPr="007924E7">
              <w:rPr>
                <w:rFonts w:ascii="Times New Roman" w:eastAsia="Times New Roman" w:hAnsi="Times New Roman"/>
                <w:color w:val="000000"/>
                <w:w w:val="97"/>
                <w:sz w:val="16"/>
                <w:lang w:val="ru-RU"/>
              </w:rPr>
              <w:t xml:space="preserve">бытовые; </w:t>
            </w:r>
            <w:r w:rsidRPr="007924E7">
              <w:rPr>
                <w:lang w:val="ru-RU"/>
              </w:rPr>
              <w:br/>
            </w:r>
            <w:r w:rsidRPr="007924E7">
              <w:rPr>
                <w:rFonts w:ascii="Times New Roman" w:eastAsia="Times New Roman" w:hAnsi="Times New Roman"/>
                <w:color w:val="000000"/>
                <w:w w:val="97"/>
                <w:sz w:val="16"/>
                <w:lang w:val="ru-RU"/>
              </w:rPr>
              <w:t xml:space="preserve">о; </w:t>
            </w:r>
            <w:r w:rsidRPr="007924E7">
              <w:rPr>
                <w:lang w:val="ru-RU"/>
              </w:rPr>
              <w:br/>
            </w:r>
            <w:r w:rsidRPr="007924E7">
              <w:rPr>
                <w:rFonts w:ascii="Times New Roman" w:eastAsia="Times New Roman" w:hAnsi="Times New Roman"/>
                <w:color w:val="000000"/>
                <w:w w:val="97"/>
                <w:sz w:val="16"/>
                <w:lang w:val="ru-RU"/>
              </w:rPr>
              <w:t xml:space="preserve">животных);; </w:t>
            </w:r>
            <w:r w:rsidRPr="007924E7">
              <w:rPr>
                <w:lang w:val="ru-RU"/>
              </w:rPr>
              <w:br/>
            </w:r>
            <w:r w:rsidRPr="007924E7">
              <w:rPr>
                <w:rFonts w:ascii="Times New Roman" w:eastAsia="Times New Roman" w:hAnsi="Times New Roman"/>
                <w:color w:val="000000"/>
                <w:w w:val="97"/>
                <w:sz w:val="16"/>
                <w:lang w:val="ru-RU"/>
              </w:rPr>
              <w:t xml:space="preserve">Определять и </w:t>
            </w:r>
            <w:r w:rsidRPr="007924E7">
              <w:rPr>
                <w:lang w:val="ru-RU"/>
              </w:rPr>
              <w:br/>
            </w:r>
            <w:r w:rsidRPr="007924E7">
              <w:rPr>
                <w:rFonts w:ascii="Times New Roman" w:eastAsia="Times New Roman" w:hAnsi="Times New Roman"/>
                <w:color w:val="000000"/>
                <w:w w:val="97"/>
                <w:sz w:val="16"/>
                <w:lang w:val="ru-RU"/>
              </w:rPr>
              <w:t xml:space="preserve">формулировать тему и основную мысль; прочитанной </w:t>
            </w:r>
            <w:r w:rsidRPr="007924E7">
              <w:rPr>
                <w:lang w:val="ru-RU"/>
              </w:rPr>
              <w:br/>
            </w:r>
            <w:r w:rsidRPr="007924E7">
              <w:rPr>
                <w:rFonts w:ascii="Times New Roman" w:eastAsia="Times New Roman" w:hAnsi="Times New Roman"/>
                <w:color w:val="000000"/>
                <w:w w:val="97"/>
                <w:sz w:val="16"/>
                <w:lang w:val="ru-RU"/>
              </w:rPr>
              <w:t xml:space="preserve">сказки;; </w:t>
            </w:r>
            <w:r w:rsidRPr="007924E7">
              <w:rPr>
                <w:lang w:val="ru-RU"/>
              </w:rPr>
              <w:br/>
            </w:r>
            <w:r w:rsidRPr="007924E7">
              <w:rPr>
                <w:rFonts w:ascii="Times New Roman" w:eastAsia="Times New Roman" w:hAnsi="Times New Roman"/>
                <w:color w:val="000000"/>
                <w:w w:val="97"/>
                <w:sz w:val="16"/>
                <w:lang w:val="ru-RU"/>
              </w:rPr>
              <w:t xml:space="preserve">Характеризовать </w:t>
            </w:r>
            <w:r w:rsidRPr="007924E7">
              <w:rPr>
                <w:lang w:val="ru-RU"/>
              </w:rPr>
              <w:br/>
            </w:r>
            <w:r w:rsidRPr="007924E7">
              <w:rPr>
                <w:rFonts w:ascii="Times New Roman" w:eastAsia="Times New Roman" w:hAnsi="Times New Roman"/>
                <w:color w:val="000000"/>
                <w:w w:val="97"/>
                <w:sz w:val="16"/>
                <w:lang w:val="ru-RU"/>
              </w:rPr>
              <w:t xml:space="preserve">героев сказок; </w:t>
            </w:r>
            <w:r w:rsidRPr="007924E7">
              <w:rPr>
                <w:lang w:val="ru-RU"/>
              </w:rPr>
              <w:br/>
            </w:r>
            <w:r w:rsidRPr="007924E7">
              <w:rPr>
                <w:rFonts w:ascii="Times New Roman" w:eastAsia="Times New Roman" w:hAnsi="Times New Roman"/>
                <w:color w:val="000000"/>
                <w:w w:val="97"/>
                <w:sz w:val="16"/>
                <w:lang w:val="ru-RU"/>
              </w:rPr>
              <w:t>оценивать их</w:t>
            </w:r>
            <w:proofErr w:type="gramStart"/>
            <w:r w:rsidRPr="007924E7">
              <w:rPr>
                <w:rFonts w:ascii="Times New Roman" w:eastAsia="Times New Roman" w:hAnsi="Times New Roman"/>
                <w:color w:val="000000"/>
                <w:w w:val="97"/>
                <w:sz w:val="16"/>
                <w:lang w:val="ru-RU"/>
              </w:rPr>
              <w:t xml:space="preserve"> ;</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0" w:lineRule="auto"/>
              <w:ind w:left="72"/>
              <w:rPr>
                <w:lang w:val="ru-RU"/>
              </w:rPr>
            </w:pPr>
            <w:r w:rsidRPr="007924E7">
              <w:rPr>
                <w:rFonts w:ascii="Times New Roman" w:eastAsia="Times New Roman" w:hAnsi="Times New Roman"/>
                <w:color w:val="000000"/>
                <w:w w:val="97"/>
                <w:sz w:val="16"/>
                <w:lang w:val="ru-RU"/>
              </w:rPr>
              <w:t xml:space="preserve">Самооценка с </w:t>
            </w:r>
            <w:r w:rsidRPr="007924E7">
              <w:rPr>
                <w:lang w:val="ru-RU"/>
              </w:rPr>
              <w:br/>
            </w:r>
            <w:proofErr w:type="spellStart"/>
            <w:r w:rsidRPr="007924E7">
              <w:rPr>
                <w:rFonts w:ascii="Times New Roman" w:eastAsia="Times New Roman" w:hAnsi="Times New Roman"/>
                <w:color w:val="000000"/>
                <w:w w:val="97"/>
                <w:sz w:val="16"/>
                <w:lang w:val="ru-RU"/>
              </w:rPr>
              <w:t>использованием</w:t>
            </w:r>
            <w:proofErr w:type="gramStart"/>
            <w:r w:rsidRPr="007924E7">
              <w:rPr>
                <w:rFonts w:ascii="Times New Roman" w:eastAsia="Times New Roman" w:hAnsi="Times New Roman"/>
                <w:color w:val="000000"/>
                <w:w w:val="97"/>
                <w:sz w:val="16"/>
                <w:lang w:val="ru-RU"/>
              </w:rPr>
              <w:t>«О</w:t>
            </w:r>
            <w:proofErr w:type="gramEnd"/>
            <w:r w:rsidRPr="007924E7">
              <w:rPr>
                <w:rFonts w:ascii="Times New Roman" w:eastAsia="Times New Roman" w:hAnsi="Times New Roman"/>
                <w:color w:val="000000"/>
                <w:w w:val="97"/>
                <w:sz w:val="16"/>
                <w:lang w:val="ru-RU"/>
              </w:rPr>
              <w:t>ценочного</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листа»;</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https://education.yandex.ru</w:t>
            </w:r>
          </w:p>
        </w:tc>
      </w:tr>
      <w:tr w:rsidR="00C76F25">
        <w:trPr>
          <w:trHeight w:hRule="exact" w:val="1480"/>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2.4.</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Внеклассное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чтение</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30.09.2022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4" w:lineRule="auto"/>
              <w:ind w:left="72"/>
              <w:rPr>
                <w:lang w:val="ru-RU"/>
              </w:rPr>
            </w:pPr>
            <w:r w:rsidRPr="007924E7">
              <w:rPr>
                <w:rFonts w:ascii="Times New Roman" w:eastAsia="Times New Roman" w:hAnsi="Times New Roman"/>
                <w:color w:val="000000"/>
                <w:w w:val="97"/>
                <w:sz w:val="16"/>
                <w:lang w:val="ru-RU"/>
              </w:rPr>
              <w:t xml:space="preserve">Определять </w:t>
            </w:r>
            <w:r w:rsidRPr="007924E7">
              <w:rPr>
                <w:lang w:val="ru-RU"/>
              </w:rPr>
              <w:br/>
            </w:r>
            <w:r w:rsidRPr="007924E7">
              <w:rPr>
                <w:rFonts w:ascii="Times New Roman" w:eastAsia="Times New Roman" w:hAnsi="Times New Roman"/>
                <w:color w:val="000000"/>
                <w:w w:val="97"/>
                <w:sz w:val="16"/>
                <w:lang w:val="ru-RU"/>
              </w:rPr>
              <w:t xml:space="preserve">особенности языка и средств </w:t>
            </w:r>
            <w:r w:rsidRPr="007924E7">
              <w:rPr>
                <w:lang w:val="ru-RU"/>
              </w:rPr>
              <w:br/>
            </w:r>
            <w:r w:rsidRPr="007924E7">
              <w:rPr>
                <w:rFonts w:ascii="Times New Roman" w:eastAsia="Times New Roman" w:hAnsi="Times New Roman"/>
                <w:color w:val="000000"/>
                <w:w w:val="97"/>
                <w:sz w:val="16"/>
                <w:lang w:val="ru-RU"/>
              </w:rPr>
              <w:t xml:space="preserve">художественной </w:t>
            </w:r>
            <w:r w:rsidRPr="007924E7">
              <w:rPr>
                <w:lang w:val="ru-RU"/>
              </w:rPr>
              <w:br/>
            </w:r>
            <w:r w:rsidRPr="007924E7">
              <w:rPr>
                <w:rFonts w:ascii="Times New Roman" w:eastAsia="Times New Roman" w:hAnsi="Times New Roman"/>
                <w:color w:val="000000"/>
                <w:w w:val="97"/>
                <w:sz w:val="16"/>
                <w:lang w:val="ru-RU"/>
              </w:rPr>
              <w:t xml:space="preserve">выразительности </w:t>
            </w:r>
            <w:r w:rsidRPr="007924E7">
              <w:rPr>
                <w:lang w:val="ru-RU"/>
              </w:rPr>
              <w:br/>
            </w:r>
            <w:r w:rsidRPr="007924E7">
              <w:rPr>
                <w:rFonts w:ascii="Times New Roman" w:eastAsia="Times New Roman" w:hAnsi="Times New Roman"/>
                <w:color w:val="000000"/>
                <w:w w:val="97"/>
                <w:sz w:val="16"/>
                <w:lang w:val="ru-RU"/>
              </w:rPr>
              <w:t xml:space="preserve">сказок разных </w:t>
            </w:r>
            <w:r w:rsidRPr="007924E7">
              <w:rPr>
                <w:lang w:val="ru-RU"/>
              </w:rPr>
              <w:br/>
            </w:r>
            <w:r w:rsidRPr="007924E7">
              <w:rPr>
                <w:rFonts w:ascii="Times New Roman" w:eastAsia="Times New Roman" w:hAnsi="Times New Roman"/>
                <w:color w:val="000000"/>
                <w:w w:val="97"/>
                <w:sz w:val="16"/>
                <w:lang w:val="ru-RU"/>
              </w:rPr>
              <w:t>народов</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https://education.yandex.ru</w:t>
            </w:r>
          </w:p>
        </w:tc>
      </w:tr>
    </w:tbl>
    <w:p w:rsidR="00C76F25" w:rsidRDefault="00C76F25">
      <w:pPr>
        <w:autoSpaceDE w:val="0"/>
        <w:autoSpaceDN w:val="0"/>
        <w:spacing w:after="0" w:line="14" w:lineRule="exact"/>
      </w:pPr>
    </w:p>
    <w:p w:rsidR="00C76F25" w:rsidRDefault="00C76F25">
      <w:pPr>
        <w:sectPr w:rsidR="00C76F25">
          <w:pgSz w:w="16840" w:h="11900"/>
          <w:pgMar w:top="284" w:right="640" w:bottom="31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348"/>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Итого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разделу</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9</w:t>
            </w:r>
          </w:p>
        </w:tc>
        <w:tc>
          <w:tcPr>
            <w:tcW w:w="814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rsidRPr="007A4A81">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color w:val="000000"/>
                <w:w w:val="97"/>
                <w:sz w:val="16"/>
                <w:lang w:val="ru-RU"/>
              </w:rPr>
              <w:t>Раздел 3.</w:t>
            </w:r>
            <w:r w:rsidRPr="007924E7">
              <w:rPr>
                <w:rFonts w:ascii="Times New Roman" w:eastAsia="Times New Roman" w:hAnsi="Times New Roman"/>
                <w:b/>
                <w:color w:val="000000"/>
                <w:w w:val="97"/>
                <w:sz w:val="16"/>
                <w:lang w:val="ru-RU"/>
              </w:rPr>
              <w:t xml:space="preserve"> Литература первой половины </w:t>
            </w:r>
            <w:r>
              <w:rPr>
                <w:rFonts w:ascii="Times New Roman" w:eastAsia="Times New Roman" w:hAnsi="Times New Roman"/>
                <w:b/>
                <w:color w:val="000000"/>
                <w:w w:val="97"/>
                <w:sz w:val="16"/>
              </w:rPr>
              <w:t>XIX</w:t>
            </w:r>
            <w:r w:rsidRPr="007924E7">
              <w:rPr>
                <w:rFonts w:ascii="Times New Roman" w:eastAsia="Times New Roman" w:hAnsi="Times New Roman"/>
                <w:b/>
                <w:color w:val="000000"/>
                <w:w w:val="97"/>
                <w:sz w:val="16"/>
                <w:lang w:val="ru-RU"/>
              </w:rPr>
              <w:t xml:space="preserve"> века</w:t>
            </w:r>
          </w:p>
        </w:tc>
      </w:tr>
      <w:tr w:rsidR="00C76F25" w:rsidRPr="007A4A81">
        <w:trPr>
          <w:trHeight w:hRule="exact" w:val="303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3.1.</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5" w:lineRule="auto"/>
              <w:ind w:left="72" w:right="432"/>
              <w:rPr>
                <w:lang w:val="ru-RU"/>
              </w:rPr>
            </w:pPr>
            <w:r w:rsidRPr="007924E7">
              <w:rPr>
                <w:rFonts w:ascii="Times New Roman" w:eastAsia="Times New Roman" w:hAnsi="Times New Roman"/>
                <w:color w:val="000000"/>
                <w:w w:val="97"/>
                <w:sz w:val="16"/>
                <w:lang w:val="ru-RU"/>
              </w:rPr>
              <w:t>И. А. Крылов. Басни (три по выбору). «Волк на псарне», «Листы и Корни», «Свинья под Дубом», «Квартет», «Осёл и Соловей», «Ворона и Лисица»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4</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05.10.2022 07.10.2022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4" w:lineRule="auto"/>
              <w:ind w:left="72"/>
              <w:rPr>
                <w:lang w:val="ru-RU"/>
              </w:rPr>
            </w:pP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басню; </w:t>
            </w:r>
            <w:r w:rsidRPr="007924E7">
              <w:rPr>
                <w:lang w:val="ru-RU"/>
              </w:rPr>
              <w:br/>
            </w:r>
            <w:r w:rsidRPr="007924E7">
              <w:rPr>
                <w:rFonts w:ascii="Times New Roman" w:eastAsia="Times New Roman" w:hAnsi="Times New Roman"/>
                <w:color w:val="000000"/>
                <w:w w:val="97"/>
                <w:sz w:val="16"/>
                <w:lang w:val="ru-RU"/>
              </w:rPr>
              <w:t xml:space="preserve">в том числе по </w:t>
            </w:r>
            <w:r w:rsidRPr="007924E7">
              <w:rPr>
                <w:lang w:val="ru-RU"/>
              </w:rPr>
              <w:br/>
            </w:r>
            <w:r w:rsidRPr="007924E7">
              <w:rPr>
                <w:rFonts w:ascii="Times New Roman" w:eastAsia="Times New Roman" w:hAnsi="Times New Roman"/>
                <w:color w:val="000000"/>
                <w:w w:val="97"/>
                <w:sz w:val="16"/>
                <w:lang w:val="ru-RU"/>
              </w:rPr>
              <w:t>ролям</w:t>
            </w:r>
            <w:proofErr w:type="gramStart"/>
            <w:r w:rsidRPr="007924E7">
              <w:rPr>
                <w:rFonts w:ascii="Times New Roman" w:eastAsia="Times New Roman" w:hAnsi="Times New Roman"/>
                <w:color w:val="000000"/>
                <w:w w:val="97"/>
                <w:sz w:val="16"/>
                <w:lang w:val="ru-RU"/>
              </w:rPr>
              <w:t xml:space="preserve">;; </w:t>
            </w:r>
            <w:r w:rsidRPr="007924E7">
              <w:rPr>
                <w:lang w:val="ru-RU"/>
              </w:rPr>
              <w:br/>
            </w:r>
            <w:proofErr w:type="gramEnd"/>
            <w:r w:rsidRPr="007924E7">
              <w:rPr>
                <w:rFonts w:ascii="Times New Roman" w:eastAsia="Times New Roman" w:hAnsi="Times New Roman"/>
                <w:color w:val="000000"/>
                <w:w w:val="97"/>
                <w:sz w:val="16"/>
                <w:lang w:val="ru-RU"/>
              </w:rPr>
              <w:t xml:space="preserve">Определять и </w:t>
            </w:r>
            <w:r w:rsidRPr="007924E7">
              <w:rPr>
                <w:lang w:val="ru-RU"/>
              </w:rPr>
              <w:br/>
            </w:r>
            <w:r w:rsidRPr="007924E7">
              <w:rPr>
                <w:rFonts w:ascii="Times New Roman" w:eastAsia="Times New Roman" w:hAnsi="Times New Roman"/>
                <w:color w:val="000000"/>
                <w:w w:val="97"/>
                <w:sz w:val="16"/>
                <w:lang w:val="ru-RU"/>
              </w:rPr>
              <w:t xml:space="preserve">формулировать тему и основную мысль; прочитанной басни;; Находить значение незнакомого слова в словаре;; </w:t>
            </w:r>
            <w:r w:rsidRPr="007924E7">
              <w:rPr>
                <w:lang w:val="ru-RU"/>
              </w:rPr>
              <w:br/>
            </w:r>
            <w:r w:rsidRPr="007924E7">
              <w:rPr>
                <w:rFonts w:ascii="Times New Roman" w:eastAsia="Times New Roman" w:hAnsi="Times New Roman"/>
                <w:color w:val="000000"/>
                <w:w w:val="97"/>
                <w:sz w:val="16"/>
                <w:lang w:val="ru-RU"/>
              </w:rPr>
              <w:t xml:space="preserve">Инсценировать </w:t>
            </w:r>
            <w:r w:rsidRPr="007924E7">
              <w:rPr>
                <w:lang w:val="ru-RU"/>
              </w:rPr>
              <w:br/>
            </w:r>
            <w:r w:rsidRPr="007924E7">
              <w:rPr>
                <w:rFonts w:ascii="Times New Roman" w:eastAsia="Times New Roman" w:hAnsi="Times New Roman"/>
                <w:color w:val="000000"/>
                <w:w w:val="97"/>
                <w:sz w:val="16"/>
                <w:lang w:val="ru-RU"/>
              </w:rPr>
              <w:t xml:space="preserve">басню;; </w:t>
            </w:r>
            <w:r w:rsidRPr="007924E7">
              <w:rPr>
                <w:lang w:val="ru-RU"/>
              </w:rPr>
              <w:br/>
            </w:r>
            <w:r w:rsidRPr="007924E7">
              <w:rPr>
                <w:rFonts w:ascii="Times New Roman" w:eastAsia="Times New Roman" w:hAnsi="Times New Roman"/>
                <w:color w:val="000000"/>
                <w:w w:val="97"/>
                <w:sz w:val="16"/>
                <w:lang w:val="ru-RU"/>
              </w:rPr>
              <w:t xml:space="preserve">Определять; </w:t>
            </w:r>
            <w:r w:rsidRPr="007924E7">
              <w:rPr>
                <w:lang w:val="ru-RU"/>
              </w:rPr>
              <w:br/>
            </w:r>
            <w:r w:rsidRPr="007924E7">
              <w:rPr>
                <w:rFonts w:ascii="Times New Roman" w:eastAsia="Times New Roman" w:hAnsi="Times New Roman"/>
                <w:color w:val="000000"/>
                <w:w w:val="97"/>
                <w:sz w:val="16"/>
                <w:lang w:val="ru-RU"/>
              </w:rPr>
              <w:t>;</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0" w:lineRule="auto"/>
              <w:ind w:left="72"/>
              <w:rPr>
                <w:lang w:val="ru-RU"/>
              </w:rPr>
            </w:pPr>
            <w:r w:rsidRPr="007924E7">
              <w:rPr>
                <w:rFonts w:ascii="Times New Roman" w:eastAsia="Times New Roman" w:hAnsi="Times New Roman"/>
                <w:color w:val="000000"/>
                <w:w w:val="97"/>
                <w:sz w:val="16"/>
                <w:lang w:val="ru-RU"/>
              </w:rPr>
              <w:t xml:space="preserve">Самооценка с </w:t>
            </w:r>
            <w:r w:rsidRPr="007924E7">
              <w:rPr>
                <w:lang w:val="ru-RU"/>
              </w:rPr>
              <w:br/>
            </w:r>
            <w:proofErr w:type="spellStart"/>
            <w:r w:rsidRPr="007924E7">
              <w:rPr>
                <w:rFonts w:ascii="Times New Roman" w:eastAsia="Times New Roman" w:hAnsi="Times New Roman"/>
                <w:color w:val="000000"/>
                <w:w w:val="97"/>
                <w:sz w:val="16"/>
                <w:lang w:val="ru-RU"/>
              </w:rPr>
              <w:t>использованием</w:t>
            </w:r>
            <w:proofErr w:type="gramStart"/>
            <w:r w:rsidRPr="007924E7">
              <w:rPr>
                <w:rFonts w:ascii="Times New Roman" w:eastAsia="Times New Roman" w:hAnsi="Times New Roman"/>
                <w:color w:val="000000"/>
                <w:w w:val="97"/>
                <w:sz w:val="16"/>
                <w:lang w:val="ru-RU"/>
              </w:rPr>
              <w:t>«О</w:t>
            </w:r>
            <w:proofErr w:type="gramEnd"/>
            <w:r w:rsidRPr="007924E7">
              <w:rPr>
                <w:rFonts w:ascii="Times New Roman" w:eastAsia="Times New Roman" w:hAnsi="Times New Roman"/>
                <w:color w:val="000000"/>
                <w:w w:val="97"/>
                <w:sz w:val="16"/>
                <w:lang w:val="ru-RU"/>
              </w:rPr>
              <w:t>ценочного</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листа»;</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4" w:lineRule="auto"/>
              <w:ind w:left="72"/>
              <w:rPr>
                <w:lang w:val="ru-RU"/>
              </w:rPr>
            </w:pPr>
            <w:r w:rsidRPr="007924E7">
              <w:rPr>
                <w:rFonts w:ascii="Times New Roman" w:eastAsia="Times New Roman" w:hAnsi="Times New Roman"/>
                <w:color w:val="000000"/>
                <w:w w:val="97"/>
                <w:sz w:val="16"/>
                <w:lang w:val="ru-RU"/>
              </w:rPr>
              <w:t xml:space="preserve">Выразительно читать басню, в том числе по ролям; </w:t>
            </w:r>
            <w:r w:rsidRPr="007924E7">
              <w:rPr>
                <w:lang w:val="ru-RU"/>
              </w:rPr>
              <w:br/>
            </w:r>
            <w:r w:rsidRPr="007924E7">
              <w:rPr>
                <w:rFonts w:ascii="Times New Roman" w:eastAsia="Times New Roman" w:hAnsi="Times New Roman"/>
                <w:color w:val="000000"/>
                <w:w w:val="97"/>
                <w:sz w:val="16"/>
                <w:lang w:val="ru-RU"/>
              </w:rPr>
              <w:t xml:space="preserve">Определять и формулировать тему и основную мысль </w:t>
            </w:r>
            <w:r w:rsidRPr="007924E7">
              <w:rPr>
                <w:lang w:val="ru-RU"/>
              </w:rPr>
              <w:br/>
            </w:r>
            <w:r w:rsidRPr="007924E7">
              <w:rPr>
                <w:rFonts w:ascii="Times New Roman" w:eastAsia="Times New Roman" w:hAnsi="Times New Roman"/>
                <w:color w:val="000000"/>
                <w:w w:val="97"/>
                <w:sz w:val="16"/>
                <w:lang w:val="ru-RU"/>
              </w:rPr>
              <w:t xml:space="preserve">прочитанной басни; </w:t>
            </w:r>
            <w:r w:rsidRPr="007924E7">
              <w:rPr>
                <w:lang w:val="ru-RU"/>
              </w:rPr>
              <w:br/>
            </w:r>
            <w:r w:rsidRPr="007924E7">
              <w:rPr>
                <w:rFonts w:ascii="Times New Roman" w:eastAsia="Times New Roman" w:hAnsi="Times New Roman"/>
                <w:color w:val="000000"/>
                <w:w w:val="97"/>
                <w:sz w:val="16"/>
                <w:lang w:val="ru-RU"/>
              </w:rPr>
              <w:t xml:space="preserve">Находить значение </w:t>
            </w:r>
            <w:r w:rsidRPr="007924E7">
              <w:rPr>
                <w:lang w:val="ru-RU"/>
              </w:rPr>
              <w:br/>
            </w:r>
            <w:r w:rsidRPr="007924E7">
              <w:rPr>
                <w:rFonts w:ascii="Times New Roman" w:eastAsia="Times New Roman" w:hAnsi="Times New Roman"/>
                <w:color w:val="000000"/>
                <w:w w:val="97"/>
                <w:sz w:val="16"/>
                <w:lang w:val="ru-RU"/>
              </w:rPr>
              <w:t xml:space="preserve">незнакомого слова в словаре; Инсценировать басню; </w:t>
            </w:r>
            <w:r w:rsidRPr="007924E7">
              <w:rPr>
                <w:lang w:val="ru-RU"/>
              </w:rPr>
              <w:br/>
            </w:r>
            <w:r w:rsidRPr="007924E7">
              <w:rPr>
                <w:rFonts w:ascii="Times New Roman" w:eastAsia="Times New Roman" w:hAnsi="Times New Roman"/>
                <w:color w:val="000000"/>
                <w:w w:val="97"/>
                <w:sz w:val="16"/>
                <w:lang w:val="ru-RU"/>
              </w:rPr>
              <w:t xml:space="preserve">Определять </w:t>
            </w:r>
          </w:p>
        </w:tc>
      </w:tr>
      <w:tr w:rsidR="00C76F25">
        <w:trPr>
          <w:trHeight w:hRule="exact" w:val="109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3.2.</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Развитие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речи</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10.10.2022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2" w:lineRule="auto"/>
              <w:ind w:left="72"/>
              <w:rPr>
                <w:lang w:val="ru-RU"/>
              </w:rPr>
            </w:pP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наизусть </w:t>
            </w:r>
            <w:r w:rsidRPr="007924E7">
              <w:rPr>
                <w:lang w:val="ru-RU"/>
              </w:rPr>
              <w:br/>
            </w:r>
            <w:r w:rsidRPr="007924E7">
              <w:rPr>
                <w:rFonts w:ascii="Times New Roman" w:eastAsia="Times New Roman" w:hAnsi="Times New Roman"/>
                <w:color w:val="000000"/>
                <w:w w:val="97"/>
                <w:sz w:val="16"/>
                <w:lang w:val="ru-RU"/>
              </w:rPr>
              <w:t xml:space="preserve">басни; участвовать в </w:t>
            </w:r>
            <w:proofErr w:type="spellStart"/>
            <w:r w:rsidRPr="007924E7">
              <w:rPr>
                <w:rFonts w:ascii="Times New Roman" w:eastAsia="Times New Roman" w:hAnsi="Times New Roman"/>
                <w:color w:val="000000"/>
                <w:w w:val="97"/>
                <w:sz w:val="16"/>
                <w:lang w:val="ru-RU"/>
              </w:rPr>
              <w:t>инсценировании</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басен</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0" w:lineRule="auto"/>
              <w:ind w:left="72"/>
              <w:rPr>
                <w:lang w:val="ru-RU"/>
              </w:rPr>
            </w:pPr>
            <w:r w:rsidRPr="007924E7">
              <w:rPr>
                <w:rFonts w:ascii="Times New Roman" w:eastAsia="Times New Roman" w:hAnsi="Times New Roman"/>
                <w:color w:val="000000"/>
                <w:w w:val="97"/>
                <w:sz w:val="16"/>
                <w:lang w:val="ru-RU"/>
              </w:rPr>
              <w:t xml:space="preserve">Самооценка с </w:t>
            </w:r>
            <w:r w:rsidRPr="007924E7">
              <w:rPr>
                <w:lang w:val="ru-RU"/>
              </w:rPr>
              <w:br/>
            </w:r>
            <w:proofErr w:type="spellStart"/>
            <w:r w:rsidRPr="007924E7">
              <w:rPr>
                <w:rFonts w:ascii="Times New Roman" w:eastAsia="Times New Roman" w:hAnsi="Times New Roman"/>
                <w:color w:val="000000"/>
                <w:w w:val="97"/>
                <w:sz w:val="16"/>
                <w:lang w:val="ru-RU"/>
              </w:rPr>
              <w:t>использованием</w:t>
            </w:r>
            <w:proofErr w:type="gramStart"/>
            <w:r w:rsidRPr="007924E7">
              <w:rPr>
                <w:rFonts w:ascii="Times New Roman" w:eastAsia="Times New Roman" w:hAnsi="Times New Roman"/>
                <w:color w:val="000000"/>
                <w:w w:val="97"/>
                <w:sz w:val="16"/>
                <w:lang w:val="ru-RU"/>
              </w:rPr>
              <w:t>«О</w:t>
            </w:r>
            <w:proofErr w:type="gramEnd"/>
            <w:r w:rsidRPr="007924E7">
              <w:rPr>
                <w:rFonts w:ascii="Times New Roman" w:eastAsia="Times New Roman" w:hAnsi="Times New Roman"/>
                <w:color w:val="000000"/>
                <w:w w:val="97"/>
                <w:sz w:val="16"/>
                <w:lang w:val="ru-RU"/>
              </w:rPr>
              <w:t>ценочного</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листа»;</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pPr>
            <w:r>
              <w:rPr>
                <w:rFonts w:ascii="Times New Roman" w:eastAsia="Times New Roman" w:hAnsi="Times New Roman"/>
                <w:color w:val="000000"/>
                <w:w w:val="97"/>
                <w:sz w:val="16"/>
              </w:rPr>
              <w:t>https://www.youtube.com/watch? v=TMY8tJAVe1U</w:t>
            </w:r>
          </w:p>
        </w:tc>
      </w:tr>
    </w:tbl>
    <w:p w:rsidR="00C76F25" w:rsidRDefault="00C76F25">
      <w:pPr>
        <w:autoSpaceDE w:val="0"/>
        <w:autoSpaceDN w:val="0"/>
        <w:spacing w:after="0" w:line="14" w:lineRule="exact"/>
      </w:pPr>
    </w:p>
    <w:p w:rsidR="00C76F25" w:rsidRDefault="00C76F25">
      <w:pPr>
        <w:sectPr w:rsidR="00C76F25">
          <w:pgSz w:w="16840" w:h="11900"/>
          <w:pgMar w:top="284" w:right="640" w:bottom="144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5920"/>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3.3.</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right="288"/>
            </w:pPr>
            <w:r w:rsidRPr="007924E7">
              <w:rPr>
                <w:rFonts w:ascii="Times New Roman" w:eastAsia="Times New Roman" w:hAnsi="Times New Roman"/>
                <w:color w:val="000000"/>
                <w:w w:val="97"/>
                <w:sz w:val="16"/>
                <w:lang w:val="ru-RU"/>
              </w:rPr>
              <w:t xml:space="preserve">А. С. Пушкин. Стихотворения (не менее трёх). «Зимнее утро», «Зимний вечер», «Няне» и др. </w:t>
            </w:r>
            <w:r>
              <w:rPr>
                <w:rFonts w:ascii="Times New Roman" w:eastAsia="Times New Roman" w:hAnsi="Times New Roman"/>
                <w:color w:val="000000"/>
                <w:w w:val="97"/>
                <w:sz w:val="16"/>
              </w:rPr>
              <w:t>«</w:t>
            </w:r>
            <w:proofErr w:type="spellStart"/>
            <w:r>
              <w:rPr>
                <w:rFonts w:ascii="Times New Roman" w:eastAsia="Times New Roman" w:hAnsi="Times New Roman"/>
                <w:color w:val="000000"/>
                <w:w w:val="97"/>
                <w:sz w:val="16"/>
              </w:rPr>
              <w:t>Сказка</w:t>
            </w:r>
            <w:proofErr w:type="spellEnd"/>
            <w:r>
              <w:rPr>
                <w:rFonts w:ascii="Times New Roman" w:eastAsia="Times New Roman" w:hAnsi="Times New Roman"/>
                <w:color w:val="000000"/>
                <w:w w:val="97"/>
                <w:sz w:val="16"/>
              </w:rPr>
              <w:t xml:space="preserve"> о </w:t>
            </w:r>
            <w:proofErr w:type="spellStart"/>
            <w:r>
              <w:rPr>
                <w:rFonts w:ascii="Times New Roman" w:eastAsia="Times New Roman" w:hAnsi="Times New Roman"/>
                <w:color w:val="000000"/>
                <w:w w:val="97"/>
                <w:sz w:val="16"/>
              </w:rPr>
              <w:t>мёртвой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царевне</w:t>
            </w:r>
            <w:proofErr w:type="spellEnd"/>
            <w:r>
              <w:rPr>
                <w:rFonts w:ascii="Times New Roman" w:eastAsia="Times New Roman" w:hAnsi="Times New Roman"/>
                <w:color w:val="000000"/>
                <w:w w:val="97"/>
                <w:sz w:val="16"/>
              </w:rPr>
              <w:t xml:space="preserve"> и о </w:t>
            </w:r>
            <w:proofErr w:type="spellStart"/>
            <w:r>
              <w:rPr>
                <w:rFonts w:ascii="Times New Roman" w:eastAsia="Times New Roman" w:hAnsi="Times New Roman"/>
                <w:color w:val="000000"/>
                <w:w w:val="97"/>
                <w:sz w:val="16"/>
              </w:rPr>
              <w:t>семи</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богатырях</w:t>
            </w:r>
            <w:proofErr w:type="spellEnd"/>
            <w:r>
              <w:rPr>
                <w:rFonts w:ascii="Times New Roman" w:eastAsia="Times New Roman" w:hAnsi="Times New Roman"/>
                <w:color w:val="000000"/>
                <w:w w:val="97"/>
                <w:sz w:val="16"/>
              </w:rPr>
              <w:t xml:space="preserve">»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5</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12.10.2022 24.10.2022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proofErr w:type="gramStart"/>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стихотворения;; </w:t>
            </w:r>
            <w:r w:rsidRPr="007924E7">
              <w:rPr>
                <w:lang w:val="ru-RU"/>
              </w:rPr>
              <w:br/>
            </w:r>
            <w:r w:rsidRPr="007924E7">
              <w:rPr>
                <w:rFonts w:ascii="Times New Roman" w:eastAsia="Times New Roman" w:hAnsi="Times New Roman"/>
                <w:color w:val="000000"/>
                <w:w w:val="97"/>
                <w:sz w:val="16"/>
                <w:lang w:val="ru-RU"/>
              </w:rPr>
              <w:t xml:space="preserve">Отличать </w:t>
            </w:r>
            <w:r w:rsidRPr="007924E7">
              <w:rPr>
                <w:lang w:val="ru-RU"/>
              </w:rPr>
              <w:br/>
            </w:r>
            <w:r w:rsidRPr="007924E7">
              <w:rPr>
                <w:rFonts w:ascii="Times New Roman" w:eastAsia="Times New Roman" w:hAnsi="Times New Roman"/>
                <w:color w:val="000000"/>
                <w:w w:val="97"/>
                <w:sz w:val="16"/>
                <w:lang w:val="ru-RU"/>
              </w:rPr>
              <w:t xml:space="preserve">поэтический текст </w:t>
            </w:r>
            <w:r w:rsidRPr="007924E7">
              <w:rPr>
                <w:lang w:val="ru-RU"/>
              </w:rPr>
              <w:br/>
            </w:r>
            <w:r w:rsidRPr="007924E7">
              <w:rPr>
                <w:rFonts w:ascii="Times New Roman" w:eastAsia="Times New Roman" w:hAnsi="Times New Roman"/>
                <w:color w:val="000000"/>
                <w:w w:val="97"/>
                <w:sz w:val="16"/>
                <w:lang w:val="ru-RU"/>
              </w:rPr>
              <w:t xml:space="preserve">от прозаического; </w:t>
            </w:r>
            <w:r w:rsidRPr="007924E7">
              <w:rPr>
                <w:lang w:val="ru-RU"/>
              </w:rPr>
              <w:br/>
            </w:r>
            <w:r w:rsidRPr="007924E7">
              <w:rPr>
                <w:rFonts w:ascii="Times New Roman" w:eastAsia="Times New Roman" w:hAnsi="Times New Roman"/>
                <w:color w:val="000000"/>
                <w:w w:val="97"/>
                <w:sz w:val="16"/>
                <w:lang w:val="ru-RU"/>
              </w:rPr>
              <w:t xml:space="preserve">аргументировать </w:t>
            </w:r>
            <w:r w:rsidRPr="007924E7">
              <w:rPr>
                <w:lang w:val="ru-RU"/>
              </w:rPr>
              <w:br/>
            </w:r>
            <w:r w:rsidRPr="007924E7">
              <w:rPr>
                <w:rFonts w:ascii="Times New Roman" w:eastAsia="Times New Roman" w:hAnsi="Times New Roman"/>
                <w:color w:val="000000"/>
                <w:w w:val="97"/>
                <w:sz w:val="16"/>
                <w:lang w:val="ru-RU"/>
              </w:rPr>
              <w:t xml:space="preserve">свой ответ;; </w:t>
            </w:r>
            <w:r w:rsidRPr="007924E7">
              <w:rPr>
                <w:lang w:val="ru-RU"/>
              </w:rPr>
              <w:br/>
            </w:r>
            <w:r w:rsidRPr="007924E7">
              <w:rPr>
                <w:rFonts w:ascii="Times New Roman" w:eastAsia="Times New Roman" w:hAnsi="Times New Roman"/>
                <w:color w:val="000000"/>
                <w:w w:val="97"/>
                <w:sz w:val="16"/>
                <w:lang w:val="ru-RU"/>
              </w:rPr>
              <w:t xml:space="preserve">Определять </w:t>
            </w:r>
            <w:r w:rsidRPr="007924E7">
              <w:rPr>
                <w:lang w:val="ru-RU"/>
              </w:rPr>
              <w:br/>
            </w:r>
            <w:r w:rsidRPr="007924E7">
              <w:rPr>
                <w:rFonts w:ascii="Times New Roman" w:eastAsia="Times New Roman" w:hAnsi="Times New Roman"/>
                <w:color w:val="000000"/>
                <w:w w:val="97"/>
                <w:sz w:val="16"/>
                <w:lang w:val="ru-RU"/>
              </w:rPr>
              <w:t xml:space="preserve">тематическое; </w:t>
            </w:r>
            <w:r w:rsidRPr="007924E7">
              <w:rPr>
                <w:lang w:val="ru-RU"/>
              </w:rPr>
              <w:br/>
            </w:r>
            <w:r w:rsidRPr="007924E7">
              <w:rPr>
                <w:rFonts w:ascii="Times New Roman" w:eastAsia="Times New Roman" w:hAnsi="Times New Roman"/>
                <w:color w:val="000000"/>
                <w:w w:val="97"/>
                <w:sz w:val="16"/>
                <w:lang w:val="ru-RU"/>
              </w:rPr>
              <w:t xml:space="preserve">единство </w:t>
            </w:r>
            <w:r w:rsidRPr="007924E7">
              <w:rPr>
                <w:lang w:val="ru-RU"/>
              </w:rPr>
              <w:br/>
            </w:r>
            <w:r w:rsidRPr="007924E7">
              <w:rPr>
                <w:rFonts w:ascii="Times New Roman" w:eastAsia="Times New Roman" w:hAnsi="Times New Roman"/>
                <w:color w:val="000000"/>
                <w:w w:val="97"/>
                <w:sz w:val="16"/>
                <w:lang w:val="ru-RU"/>
              </w:rPr>
              <w:t xml:space="preserve">подобранных; </w:t>
            </w:r>
            <w:r w:rsidRPr="007924E7">
              <w:rPr>
                <w:lang w:val="ru-RU"/>
              </w:rPr>
              <w:br/>
            </w:r>
            <w:r w:rsidRPr="007924E7">
              <w:rPr>
                <w:rFonts w:ascii="Times New Roman" w:eastAsia="Times New Roman" w:hAnsi="Times New Roman"/>
                <w:color w:val="000000"/>
                <w:w w:val="97"/>
                <w:sz w:val="16"/>
                <w:lang w:val="ru-RU"/>
              </w:rPr>
              <w:t xml:space="preserve">произведений;; </w:t>
            </w:r>
            <w:r w:rsidRPr="007924E7">
              <w:rPr>
                <w:lang w:val="ru-RU"/>
              </w:rPr>
              <w:br/>
            </w:r>
            <w:r w:rsidRPr="007924E7">
              <w:rPr>
                <w:rFonts w:ascii="Times New Roman" w:eastAsia="Times New Roman" w:hAnsi="Times New Roman"/>
                <w:color w:val="000000"/>
                <w:w w:val="97"/>
                <w:sz w:val="16"/>
                <w:lang w:val="ru-RU"/>
              </w:rPr>
              <w:t xml:space="preserve">Выявлять средства; художественной; </w:t>
            </w:r>
            <w:r w:rsidRPr="007924E7">
              <w:rPr>
                <w:lang w:val="ru-RU"/>
              </w:rPr>
              <w:br/>
            </w:r>
            <w:r w:rsidRPr="007924E7">
              <w:rPr>
                <w:rFonts w:ascii="Times New Roman" w:eastAsia="Times New Roman" w:hAnsi="Times New Roman"/>
                <w:color w:val="000000"/>
                <w:w w:val="97"/>
                <w:sz w:val="16"/>
                <w:lang w:val="ru-RU"/>
              </w:rPr>
              <w:t xml:space="preserve">изобразительности в; </w:t>
            </w:r>
            <w:r w:rsidRPr="007924E7">
              <w:rPr>
                <w:lang w:val="ru-RU"/>
              </w:rPr>
              <w:br/>
            </w:r>
            <w:r w:rsidRPr="007924E7">
              <w:rPr>
                <w:rFonts w:ascii="Times New Roman" w:eastAsia="Times New Roman" w:hAnsi="Times New Roman"/>
                <w:color w:val="000000"/>
                <w:w w:val="97"/>
                <w:sz w:val="16"/>
                <w:lang w:val="ru-RU"/>
              </w:rPr>
              <w:t xml:space="preserve">лирических </w:t>
            </w:r>
            <w:r w:rsidRPr="007924E7">
              <w:rPr>
                <w:lang w:val="ru-RU"/>
              </w:rPr>
              <w:br/>
            </w:r>
            <w:r w:rsidRPr="007924E7">
              <w:rPr>
                <w:rFonts w:ascii="Times New Roman" w:eastAsia="Times New Roman" w:hAnsi="Times New Roman"/>
                <w:color w:val="000000"/>
                <w:w w:val="97"/>
                <w:sz w:val="16"/>
                <w:lang w:val="ru-RU"/>
              </w:rPr>
              <w:t xml:space="preserve">произведениях; </w:t>
            </w:r>
            <w:r w:rsidRPr="007924E7">
              <w:rPr>
                <w:lang w:val="ru-RU"/>
              </w:rPr>
              <w:br/>
            </w:r>
            <w:r w:rsidRPr="007924E7">
              <w:rPr>
                <w:rFonts w:ascii="Times New Roman" w:eastAsia="Times New Roman" w:hAnsi="Times New Roman"/>
                <w:color w:val="000000"/>
                <w:w w:val="97"/>
                <w:sz w:val="16"/>
                <w:lang w:val="ru-RU"/>
              </w:rPr>
              <w:t xml:space="preserve">(эпитет; </w:t>
            </w:r>
            <w:r w:rsidRPr="007924E7">
              <w:rPr>
                <w:lang w:val="ru-RU"/>
              </w:rPr>
              <w:br/>
            </w:r>
            <w:r w:rsidRPr="007924E7">
              <w:rPr>
                <w:rFonts w:ascii="Times New Roman" w:eastAsia="Times New Roman" w:hAnsi="Times New Roman"/>
                <w:color w:val="000000"/>
                <w:w w:val="97"/>
                <w:sz w:val="16"/>
                <w:lang w:val="ru-RU"/>
              </w:rPr>
              <w:t xml:space="preserve">метафору;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олицетворение; </w:t>
            </w:r>
            <w:r w:rsidRPr="007924E7">
              <w:rPr>
                <w:lang w:val="ru-RU"/>
              </w:rPr>
              <w:br/>
            </w:r>
            <w:r w:rsidRPr="007924E7">
              <w:rPr>
                <w:rFonts w:ascii="Times New Roman" w:eastAsia="Times New Roman" w:hAnsi="Times New Roman"/>
                <w:color w:val="000000"/>
                <w:w w:val="97"/>
                <w:sz w:val="16"/>
                <w:lang w:val="ru-RU"/>
              </w:rPr>
              <w:t xml:space="preserve">сравнение);; </w:t>
            </w:r>
            <w:r w:rsidRPr="007924E7">
              <w:rPr>
                <w:lang w:val="ru-RU"/>
              </w:rPr>
              <w:br/>
            </w:r>
            <w:r w:rsidRPr="007924E7">
              <w:rPr>
                <w:rFonts w:ascii="Times New Roman" w:eastAsia="Times New Roman" w:hAnsi="Times New Roman"/>
                <w:color w:val="000000"/>
                <w:w w:val="97"/>
                <w:sz w:val="16"/>
                <w:lang w:val="ru-RU"/>
              </w:rPr>
              <w:t xml:space="preserve">Выполнять </w:t>
            </w:r>
            <w:r w:rsidRPr="007924E7">
              <w:rPr>
                <w:lang w:val="ru-RU"/>
              </w:rPr>
              <w:br/>
            </w:r>
            <w:r w:rsidRPr="007924E7">
              <w:rPr>
                <w:rFonts w:ascii="Times New Roman" w:eastAsia="Times New Roman" w:hAnsi="Times New Roman"/>
                <w:color w:val="000000"/>
                <w:w w:val="97"/>
                <w:sz w:val="16"/>
                <w:lang w:val="ru-RU"/>
              </w:rPr>
              <w:t xml:space="preserve">письменные работы по первоначальному анализу; </w:t>
            </w:r>
            <w:r w:rsidRPr="007924E7">
              <w:rPr>
                <w:lang w:val="ru-RU"/>
              </w:rPr>
              <w:br/>
            </w:r>
            <w:r w:rsidRPr="007924E7">
              <w:rPr>
                <w:rFonts w:ascii="Times New Roman" w:eastAsia="Times New Roman" w:hAnsi="Times New Roman"/>
                <w:color w:val="000000"/>
                <w:w w:val="97"/>
                <w:sz w:val="16"/>
                <w:lang w:val="ru-RU"/>
              </w:rPr>
              <w:t xml:space="preserve">стихотворения;;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https://education.yandex.ru</w:t>
            </w:r>
          </w:p>
        </w:tc>
      </w:tr>
      <w:tr w:rsidR="00C76F25">
        <w:trPr>
          <w:trHeight w:hRule="exact" w:val="397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3.4.</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33" w:lineRule="auto"/>
              <w:ind w:left="72"/>
              <w:rPr>
                <w:lang w:val="ru-RU"/>
              </w:rPr>
            </w:pPr>
            <w:r w:rsidRPr="007924E7">
              <w:rPr>
                <w:rFonts w:ascii="Times New Roman" w:eastAsia="Times New Roman" w:hAnsi="Times New Roman"/>
                <w:b/>
                <w:color w:val="000000"/>
                <w:w w:val="97"/>
                <w:sz w:val="16"/>
                <w:lang w:val="ru-RU"/>
              </w:rPr>
              <w:t>М. Ю. Лермонтов. Стихотворение «Бородино»</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45" w:lineRule="auto"/>
              <w:jc w:val="center"/>
            </w:pPr>
            <w:r>
              <w:rPr>
                <w:rFonts w:ascii="Times New Roman" w:eastAsia="Times New Roman" w:hAnsi="Times New Roman"/>
                <w:color w:val="000000"/>
                <w:w w:val="97"/>
                <w:sz w:val="16"/>
              </w:rPr>
              <w:t>26.10.2022 28.10.2022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57" w:lineRule="auto"/>
              <w:ind w:left="72" w:right="144"/>
            </w:pP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стихотворение;;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 xml:space="preserve">вопросы по; </w:t>
            </w:r>
            <w:r w:rsidRPr="007924E7">
              <w:rPr>
                <w:lang w:val="ru-RU"/>
              </w:rPr>
              <w:br/>
            </w:r>
            <w:r w:rsidRPr="007924E7">
              <w:rPr>
                <w:rFonts w:ascii="Times New Roman" w:eastAsia="Times New Roman" w:hAnsi="Times New Roman"/>
                <w:color w:val="000000"/>
                <w:w w:val="97"/>
                <w:sz w:val="16"/>
                <w:lang w:val="ru-RU"/>
              </w:rPr>
              <w:t xml:space="preserve">прочитанному </w:t>
            </w:r>
            <w:r w:rsidRPr="007924E7">
              <w:rPr>
                <w:lang w:val="ru-RU"/>
              </w:rPr>
              <w:br/>
            </w:r>
            <w:r w:rsidRPr="007924E7">
              <w:rPr>
                <w:rFonts w:ascii="Times New Roman" w:eastAsia="Times New Roman" w:hAnsi="Times New Roman"/>
                <w:color w:val="000000"/>
                <w:w w:val="97"/>
                <w:sz w:val="16"/>
                <w:lang w:val="ru-RU"/>
              </w:rPr>
              <w:t xml:space="preserve">тексту; </w:t>
            </w:r>
            <w:r w:rsidRPr="007924E7">
              <w:rPr>
                <w:lang w:val="ru-RU"/>
              </w:rPr>
              <w:br/>
            </w:r>
            <w:r w:rsidRPr="007924E7">
              <w:rPr>
                <w:rFonts w:ascii="Times New Roman" w:eastAsia="Times New Roman" w:hAnsi="Times New Roman"/>
                <w:color w:val="000000"/>
                <w:w w:val="97"/>
                <w:sz w:val="16"/>
                <w:lang w:val="ru-RU"/>
              </w:rPr>
              <w:t xml:space="preserve">задавать вопросы с целью понимания; содержания </w:t>
            </w:r>
            <w:r w:rsidRPr="007924E7">
              <w:rPr>
                <w:lang w:val="ru-RU"/>
              </w:rPr>
              <w:br/>
            </w:r>
            <w:r w:rsidRPr="007924E7">
              <w:rPr>
                <w:rFonts w:ascii="Times New Roman" w:eastAsia="Times New Roman" w:hAnsi="Times New Roman"/>
                <w:color w:val="000000"/>
                <w:w w:val="97"/>
                <w:sz w:val="16"/>
                <w:lang w:val="ru-RU"/>
              </w:rPr>
              <w:t xml:space="preserve">стихотворения;; </w:t>
            </w:r>
            <w:r w:rsidRPr="007924E7">
              <w:rPr>
                <w:lang w:val="ru-RU"/>
              </w:rPr>
              <w:br/>
            </w:r>
            <w:r w:rsidRPr="007924E7">
              <w:rPr>
                <w:rFonts w:ascii="Times New Roman" w:eastAsia="Times New Roman" w:hAnsi="Times New Roman"/>
                <w:color w:val="000000"/>
                <w:w w:val="97"/>
                <w:sz w:val="16"/>
                <w:lang w:val="ru-RU"/>
              </w:rPr>
              <w:t xml:space="preserve">Определять его </w:t>
            </w:r>
            <w:r w:rsidRPr="007924E7">
              <w:rPr>
                <w:lang w:val="ru-RU"/>
              </w:rPr>
              <w:br/>
            </w:r>
            <w:r w:rsidRPr="007924E7">
              <w:rPr>
                <w:rFonts w:ascii="Times New Roman" w:eastAsia="Times New Roman" w:hAnsi="Times New Roman"/>
                <w:color w:val="000000"/>
                <w:w w:val="97"/>
                <w:sz w:val="16"/>
                <w:lang w:val="ru-RU"/>
              </w:rPr>
              <w:t xml:space="preserve">историческую </w:t>
            </w:r>
            <w:r w:rsidRPr="007924E7">
              <w:rPr>
                <w:lang w:val="ru-RU"/>
              </w:rPr>
              <w:br/>
            </w:r>
            <w:proofErr w:type="spellStart"/>
            <w:r>
              <w:rPr>
                <w:rFonts w:ascii="Times New Roman" w:eastAsia="Times New Roman" w:hAnsi="Times New Roman"/>
                <w:color w:val="000000"/>
                <w:w w:val="97"/>
                <w:sz w:val="16"/>
              </w:rPr>
              <w:t>основу</w:t>
            </w:r>
            <w:proofErr w:type="spellEnd"/>
            <w:r>
              <w:rPr>
                <w:rFonts w:ascii="Times New Roman" w:eastAsia="Times New Roman" w:hAnsi="Times New Roman"/>
                <w:color w:val="000000"/>
                <w:w w:val="97"/>
                <w:sz w:val="16"/>
              </w:rPr>
              <w:t xml:space="preserve">; </w:t>
            </w:r>
            <w:r>
              <w:br/>
            </w:r>
            <w:proofErr w:type="spellStart"/>
            <w:r>
              <w:rPr>
                <w:rFonts w:ascii="Times New Roman" w:eastAsia="Times New Roman" w:hAnsi="Times New Roman"/>
                <w:color w:val="000000"/>
                <w:w w:val="97"/>
                <w:sz w:val="16"/>
              </w:rPr>
              <w:t>идейн</w:t>
            </w:r>
            <w:proofErr w:type="gramStart"/>
            <w:r>
              <w:rPr>
                <w:rFonts w:ascii="Times New Roman" w:eastAsia="Times New Roman" w:hAnsi="Times New Roman"/>
                <w:color w:val="000000"/>
                <w:w w:val="97"/>
                <w:sz w:val="16"/>
              </w:rPr>
              <w:t>о</w:t>
            </w:r>
            <w:proofErr w:type="spellEnd"/>
            <w:r>
              <w:rPr>
                <w:rFonts w:ascii="Times New Roman" w:eastAsia="Times New Roman" w:hAnsi="Times New Roman"/>
                <w:color w:val="000000"/>
                <w:w w:val="97"/>
                <w:sz w:val="16"/>
              </w:rPr>
              <w:t>-</w:t>
            </w:r>
            <w:proofErr w:type="gramEnd"/>
            <w:r>
              <w:br/>
            </w:r>
            <w:proofErr w:type="spellStart"/>
            <w:r>
              <w:rPr>
                <w:rFonts w:ascii="Times New Roman" w:eastAsia="Times New Roman" w:hAnsi="Times New Roman"/>
                <w:color w:val="000000"/>
                <w:w w:val="97"/>
                <w:sz w:val="16"/>
              </w:rPr>
              <w:t>тематическое</w:t>
            </w:r>
            <w:proofErr w:type="spellEnd"/>
            <w:r>
              <w:rPr>
                <w:rFonts w:ascii="Times New Roman" w:eastAsia="Times New Roman" w:hAnsi="Times New Roman"/>
                <w:color w:val="000000"/>
                <w:w w:val="97"/>
                <w:sz w:val="16"/>
              </w:rPr>
              <w:t xml:space="preserve"> </w:t>
            </w:r>
            <w:r>
              <w:br/>
            </w:r>
            <w:proofErr w:type="spellStart"/>
            <w:r>
              <w:rPr>
                <w:rFonts w:ascii="Times New Roman" w:eastAsia="Times New Roman" w:hAnsi="Times New Roman"/>
                <w:color w:val="000000"/>
                <w:w w:val="97"/>
                <w:sz w:val="16"/>
              </w:rPr>
              <w:t>содержание</w:t>
            </w:r>
            <w:proofErr w:type="spellEnd"/>
            <w:r>
              <w:rPr>
                <w:rFonts w:ascii="Times New Roman" w:eastAsia="Times New Roman" w:hAnsi="Times New Roman"/>
                <w:color w:val="000000"/>
                <w:w w:val="97"/>
                <w:sz w:val="16"/>
              </w:rPr>
              <w:t xml:space="preserve">;; </w:t>
            </w:r>
            <w:r>
              <w:br/>
            </w:r>
            <w:proofErr w:type="spellStart"/>
            <w:r>
              <w:rPr>
                <w:rFonts w:ascii="Times New Roman" w:eastAsia="Times New Roman" w:hAnsi="Times New Roman"/>
                <w:color w:val="000000"/>
                <w:w w:val="97"/>
                <w:sz w:val="16"/>
              </w:rPr>
              <w:t>Определять</w:t>
            </w:r>
            <w:proofErr w:type="spellEnd"/>
            <w:r>
              <w:rPr>
                <w:rFonts w:ascii="Times New Roman" w:eastAsia="Times New Roman" w:hAnsi="Times New Roman"/>
                <w:color w:val="000000"/>
                <w:w w:val="97"/>
                <w:sz w:val="16"/>
              </w:rPr>
              <w:t xml:space="preserve"> </w:t>
            </w:r>
            <w:r>
              <w:br/>
            </w:r>
            <w:proofErr w:type="spellStart"/>
            <w:r>
              <w:rPr>
                <w:rFonts w:ascii="Times New Roman" w:eastAsia="Times New Roman" w:hAnsi="Times New Roman"/>
                <w:color w:val="000000"/>
                <w:w w:val="97"/>
                <w:sz w:val="16"/>
              </w:rPr>
              <w:t>позицию</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автора</w:t>
            </w:r>
            <w:proofErr w:type="spellEnd"/>
            <w:r>
              <w:rPr>
                <w:rFonts w:ascii="Times New Roman" w:eastAsia="Times New Roman" w:hAnsi="Times New Roman"/>
                <w:color w:val="000000"/>
                <w:w w:val="97"/>
                <w:sz w:val="16"/>
              </w:rPr>
              <w:t xml:space="preserve">; </w:t>
            </w:r>
            <w:r>
              <w:br/>
            </w:r>
            <w:proofErr w:type="spellStart"/>
            <w:r>
              <w:rPr>
                <w:rFonts w:ascii="Times New Roman" w:eastAsia="Times New Roman" w:hAnsi="Times New Roman"/>
                <w:color w:val="000000"/>
                <w:w w:val="97"/>
                <w:sz w:val="16"/>
              </w:rPr>
              <w:t>Выявлять</w:t>
            </w:r>
            <w:proofErr w:type="spellEnd"/>
            <w:r>
              <w:rPr>
                <w:rFonts w:ascii="Times New Roman" w:eastAsia="Times New Roman" w:hAnsi="Times New Roman"/>
                <w:color w:val="000000"/>
                <w:w w:val="97"/>
                <w:sz w:val="16"/>
              </w:rPr>
              <w:t xml:space="preserve"> ;</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45" w:lineRule="auto"/>
              <w:ind w:left="72" w:right="144"/>
            </w:pPr>
            <w:proofErr w:type="spellStart"/>
            <w:r>
              <w:rPr>
                <w:rFonts w:ascii="Times New Roman" w:eastAsia="Times New Roman" w:hAnsi="Times New Roman"/>
                <w:color w:val="000000"/>
                <w:w w:val="97"/>
                <w:sz w:val="16"/>
              </w:rPr>
              <w:t>Практическая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https://www.yaklass.ru</w:t>
            </w:r>
          </w:p>
        </w:tc>
      </w:tr>
    </w:tbl>
    <w:p w:rsidR="00C76F25" w:rsidRDefault="00C76F25">
      <w:pPr>
        <w:autoSpaceDE w:val="0"/>
        <w:autoSpaceDN w:val="0"/>
        <w:spacing w:after="0" w:line="14" w:lineRule="exact"/>
      </w:pPr>
    </w:p>
    <w:p w:rsidR="00C76F25" w:rsidRDefault="00C76F25">
      <w:pPr>
        <w:sectPr w:rsidR="00C76F25">
          <w:pgSz w:w="16840" w:h="11900"/>
          <w:pgMar w:top="284" w:right="640" w:bottom="70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707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3.5.</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b/>
                <w:color w:val="000000"/>
                <w:w w:val="97"/>
                <w:sz w:val="16"/>
                <w:lang w:val="ru-RU"/>
              </w:rPr>
              <w:t>Н. В. Гоголь. Повесть «Ночь перед Рождеством»</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07.11.2022 09.11.2022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proofErr w:type="gramStart"/>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прозаический текст; 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Учиться </w:t>
            </w:r>
            <w:r w:rsidRPr="007924E7">
              <w:rPr>
                <w:lang w:val="ru-RU"/>
              </w:rPr>
              <w:br/>
            </w:r>
            <w:r w:rsidRPr="007924E7">
              <w:rPr>
                <w:rFonts w:ascii="Times New Roman" w:eastAsia="Times New Roman" w:hAnsi="Times New Roman"/>
                <w:color w:val="000000"/>
                <w:w w:val="97"/>
                <w:sz w:val="16"/>
                <w:lang w:val="ru-RU"/>
              </w:rPr>
              <w:t xml:space="preserve">самостоятельно; </w:t>
            </w:r>
            <w:r w:rsidRPr="007924E7">
              <w:rPr>
                <w:lang w:val="ru-RU"/>
              </w:rPr>
              <w:br/>
            </w:r>
            <w:r w:rsidRPr="007924E7">
              <w:rPr>
                <w:rFonts w:ascii="Times New Roman" w:eastAsia="Times New Roman" w:hAnsi="Times New Roman"/>
                <w:color w:val="000000"/>
                <w:w w:val="97"/>
                <w:sz w:val="16"/>
                <w:lang w:val="ru-RU"/>
              </w:rPr>
              <w:t xml:space="preserve">формулировать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(кратко;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подробно; </w:t>
            </w:r>
            <w:r w:rsidRPr="007924E7">
              <w:rPr>
                <w:lang w:val="ru-RU"/>
              </w:rPr>
              <w:br/>
            </w:r>
            <w:r w:rsidRPr="007924E7">
              <w:rPr>
                <w:rFonts w:ascii="Times New Roman" w:eastAsia="Times New Roman" w:hAnsi="Times New Roman"/>
                <w:color w:val="000000"/>
                <w:w w:val="97"/>
                <w:sz w:val="16"/>
                <w:lang w:val="ru-RU"/>
              </w:rPr>
              <w:t xml:space="preserve">выборочно) текст; </w:t>
            </w:r>
            <w:r w:rsidRPr="007924E7">
              <w:rPr>
                <w:lang w:val="ru-RU"/>
              </w:rPr>
              <w:br/>
            </w:r>
            <w:r w:rsidRPr="007924E7">
              <w:rPr>
                <w:rFonts w:ascii="Times New Roman" w:eastAsia="Times New Roman" w:hAnsi="Times New Roman"/>
                <w:color w:val="000000"/>
                <w:w w:val="97"/>
                <w:sz w:val="16"/>
                <w:lang w:val="ru-RU"/>
              </w:rPr>
              <w:t xml:space="preserve">повести;; </w:t>
            </w:r>
            <w:r w:rsidRPr="007924E7">
              <w:rPr>
                <w:lang w:val="ru-RU"/>
              </w:rPr>
              <w:br/>
            </w:r>
            <w:r w:rsidRPr="007924E7">
              <w:rPr>
                <w:rFonts w:ascii="Times New Roman" w:eastAsia="Times New Roman" w:hAnsi="Times New Roman"/>
                <w:color w:val="000000"/>
                <w:w w:val="97"/>
                <w:sz w:val="16"/>
                <w:lang w:val="ru-RU"/>
              </w:rPr>
              <w:t xml:space="preserve">Выделять ключевые эпизоды в тексте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Составлять устный отзыв о; </w:t>
            </w:r>
            <w:r w:rsidRPr="007924E7">
              <w:rPr>
                <w:lang w:val="ru-RU"/>
              </w:rPr>
              <w:br/>
            </w:r>
            <w:r w:rsidRPr="007924E7">
              <w:rPr>
                <w:rFonts w:ascii="Times New Roman" w:eastAsia="Times New Roman" w:hAnsi="Times New Roman"/>
                <w:color w:val="000000"/>
                <w:w w:val="97"/>
                <w:sz w:val="16"/>
                <w:lang w:val="ru-RU"/>
              </w:rPr>
              <w:t xml:space="preserve">прочитанном </w:t>
            </w:r>
            <w:r w:rsidRPr="007924E7">
              <w:rPr>
                <w:lang w:val="ru-RU"/>
              </w:rPr>
              <w:br/>
            </w:r>
            <w:r w:rsidRPr="007924E7">
              <w:rPr>
                <w:rFonts w:ascii="Times New Roman" w:eastAsia="Times New Roman" w:hAnsi="Times New Roman"/>
                <w:color w:val="000000"/>
                <w:w w:val="97"/>
                <w:sz w:val="16"/>
                <w:lang w:val="ru-RU"/>
              </w:rPr>
              <w:t xml:space="preserve">произведении;; </w:t>
            </w:r>
            <w:r w:rsidRPr="007924E7">
              <w:rPr>
                <w:lang w:val="ru-RU"/>
              </w:rPr>
              <w:br/>
            </w:r>
            <w:r w:rsidRPr="007924E7">
              <w:rPr>
                <w:rFonts w:ascii="Times New Roman" w:eastAsia="Times New Roman" w:hAnsi="Times New Roman"/>
                <w:color w:val="000000"/>
                <w:w w:val="97"/>
                <w:sz w:val="16"/>
                <w:lang w:val="ru-RU"/>
              </w:rPr>
              <w:t xml:space="preserve">Определять </w:t>
            </w:r>
            <w:r w:rsidRPr="007924E7">
              <w:rPr>
                <w:lang w:val="ru-RU"/>
              </w:rPr>
              <w:br/>
            </w:r>
            <w:r w:rsidRPr="007924E7">
              <w:rPr>
                <w:rFonts w:ascii="Times New Roman" w:eastAsia="Times New Roman" w:hAnsi="Times New Roman"/>
                <w:color w:val="000000"/>
                <w:w w:val="97"/>
                <w:sz w:val="16"/>
                <w:lang w:val="ru-RU"/>
              </w:rPr>
              <w:t xml:space="preserve">художественные; </w:t>
            </w:r>
            <w:r w:rsidRPr="007924E7">
              <w:rPr>
                <w:lang w:val="ru-RU"/>
              </w:rPr>
              <w:br/>
            </w:r>
            <w:r w:rsidRPr="007924E7">
              <w:rPr>
                <w:rFonts w:ascii="Times New Roman" w:eastAsia="Times New Roman" w:hAnsi="Times New Roman"/>
                <w:color w:val="000000"/>
                <w:w w:val="97"/>
                <w:sz w:val="16"/>
                <w:lang w:val="ru-RU"/>
              </w:rPr>
              <w:t xml:space="preserve">средства; </w:t>
            </w:r>
            <w:r w:rsidRPr="007924E7">
              <w:rPr>
                <w:lang w:val="ru-RU"/>
              </w:rPr>
              <w:br/>
            </w:r>
            <w:r w:rsidRPr="007924E7">
              <w:rPr>
                <w:rFonts w:ascii="Times New Roman" w:eastAsia="Times New Roman" w:hAnsi="Times New Roman"/>
                <w:color w:val="000000"/>
                <w:w w:val="97"/>
                <w:sz w:val="16"/>
                <w:lang w:val="ru-RU"/>
              </w:rPr>
              <w:t xml:space="preserve">создающие; </w:t>
            </w:r>
            <w:r w:rsidRPr="007924E7">
              <w:rPr>
                <w:lang w:val="ru-RU"/>
              </w:rPr>
              <w:br/>
            </w:r>
            <w:r w:rsidRPr="007924E7">
              <w:rPr>
                <w:rFonts w:ascii="Times New Roman" w:eastAsia="Times New Roman" w:hAnsi="Times New Roman"/>
                <w:color w:val="000000"/>
                <w:w w:val="97"/>
                <w:sz w:val="16"/>
                <w:lang w:val="ru-RU"/>
              </w:rPr>
              <w:t xml:space="preserve">фантастический </w:t>
            </w:r>
            <w:r w:rsidRPr="007924E7">
              <w:rPr>
                <w:lang w:val="ru-RU"/>
              </w:rPr>
              <w:br/>
            </w:r>
            <w:r w:rsidRPr="007924E7">
              <w:rPr>
                <w:rFonts w:ascii="Times New Roman" w:eastAsia="Times New Roman" w:hAnsi="Times New Roman"/>
                <w:color w:val="000000"/>
                <w:w w:val="97"/>
                <w:sz w:val="16"/>
                <w:lang w:val="ru-RU"/>
              </w:rPr>
              <w:t xml:space="preserve">настрой; </w:t>
            </w:r>
            <w:r w:rsidRPr="007924E7">
              <w:rPr>
                <w:lang w:val="ru-RU"/>
              </w:rPr>
              <w:br/>
            </w:r>
            <w:r w:rsidRPr="007924E7">
              <w:rPr>
                <w:rFonts w:ascii="Times New Roman" w:eastAsia="Times New Roman" w:hAnsi="Times New Roman"/>
                <w:color w:val="000000"/>
                <w:w w:val="97"/>
                <w:sz w:val="16"/>
                <w:lang w:val="ru-RU"/>
              </w:rPr>
              <w:t xml:space="preserve">повести; </w:t>
            </w:r>
            <w:r w:rsidRPr="007924E7">
              <w:rPr>
                <w:lang w:val="ru-RU"/>
              </w:rPr>
              <w:br/>
            </w:r>
            <w:r w:rsidRPr="007924E7">
              <w:rPr>
                <w:rFonts w:ascii="Times New Roman" w:eastAsia="Times New Roman" w:hAnsi="Times New Roman"/>
                <w:color w:val="000000"/>
                <w:w w:val="97"/>
                <w:sz w:val="16"/>
                <w:lang w:val="ru-RU"/>
              </w:rPr>
              <w:t xml:space="preserve">а также картины; </w:t>
            </w:r>
            <w:r w:rsidRPr="007924E7">
              <w:rPr>
                <w:lang w:val="ru-RU"/>
              </w:rPr>
              <w:br/>
            </w:r>
            <w:r w:rsidRPr="007924E7">
              <w:rPr>
                <w:rFonts w:ascii="Times New Roman" w:eastAsia="Times New Roman" w:hAnsi="Times New Roman"/>
                <w:color w:val="000000"/>
                <w:w w:val="97"/>
                <w:sz w:val="16"/>
                <w:lang w:val="ru-RU"/>
              </w:rPr>
              <w:t xml:space="preserve">народной жизни;; </w:t>
            </w:r>
            <w:r w:rsidRPr="007924E7">
              <w:rPr>
                <w:lang w:val="ru-RU"/>
              </w:rPr>
              <w:br/>
            </w:r>
            <w:r w:rsidRPr="007924E7">
              <w:rPr>
                <w:rFonts w:ascii="Times New Roman" w:eastAsia="Times New Roman" w:hAnsi="Times New Roman"/>
                <w:color w:val="000000"/>
                <w:w w:val="97"/>
                <w:sz w:val="16"/>
                <w:lang w:val="ru-RU"/>
              </w:rPr>
              <w:t xml:space="preserve">Определять </w:t>
            </w:r>
            <w:r w:rsidRPr="007924E7">
              <w:rPr>
                <w:lang w:val="ru-RU"/>
              </w:rPr>
              <w:br/>
            </w:r>
            <w:r w:rsidRPr="007924E7">
              <w:rPr>
                <w:rFonts w:ascii="Times New Roman" w:eastAsia="Times New Roman" w:hAnsi="Times New Roman"/>
                <w:color w:val="000000"/>
                <w:w w:val="97"/>
                <w:sz w:val="16"/>
                <w:lang w:val="ru-RU"/>
              </w:rPr>
              <w:t xml:space="preserve">близость повести к народным сказкам и легендам;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Тестирование</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https://resh-shkola.ru</w:t>
            </w:r>
          </w:p>
        </w:tc>
      </w:tr>
      <w:tr w:rsidR="00C76F25">
        <w:trPr>
          <w:trHeight w:hRule="exact" w:val="92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3.6.</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Внеклассное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чтение</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11.11.2022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0" w:lineRule="auto"/>
              <w:ind w:left="72" w:right="432"/>
              <w:rPr>
                <w:lang w:val="ru-RU"/>
              </w:rPr>
            </w:pPr>
            <w:r w:rsidRPr="007924E7">
              <w:rPr>
                <w:rFonts w:ascii="Times New Roman" w:eastAsia="Times New Roman" w:hAnsi="Times New Roman"/>
                <w:color w:val="000000"/>
                <w:w w:val="97"/>
                <w:sz w:val="16"/>
                <w:lang w:val="ru-RU"/>
              </w:rPr>
              <w:t>Пользоваться библиотечным каталогом для поиска книг</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https://education.yandex.ru</w:t>
            </w:r>
          </w:p>
        </w:tc>
      </w:tr>
      <w:tr w:rsidR="00C76F25">
        <w:trPr>
          <w:trHeight w:hRule="exact" w:val="348"/>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Итого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разделу</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15</w:t>
            </w:r>
          </w:p>
        </w:tc>
        <w:tc>
          <w:tcPr>
            <w:tcW w:w="814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rsidRPr="007A4A81">
        <w:trPr>
          <w:trHeight w:hRule="exact" w:val="330"/>
        </w:trPr>
        <w:tc>
          <w:tcPr>
            <w:tcW w:w="15502" w:type="dxa"/>
            <w:gridSpan w:val="9"/>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color w:val="000000"/>
                <w:w w:val="97"/>
                <w:sz w:val="16"/>
                <w:lang w:val="ru-RU"/>
              </w:rPr>
              <w:t>Раздел 4.</w:t>
            </w:r>
            <w:r w:rsidRPr="007924E7">
              <w:rPr>
                <w:rFonts w:ascii="Times New Roman" w:eastAsia="Times New Roman" w:hAnsi="Times New Roman"/>
                <w:b/>
                <w:color w:val="000000"/>
                <w:w w:val="97"/>
                <w:sz w:val="16"/>
                <w:lang w:val="ru-RU"/>
              </w:rPr>
              <w:t xml:space="preserve"> Литература второй половины </w:t>
            </w:r>
            <w:r>
              <w:rPr>
                <w:rFonts w:ascii="Times New Roman" w:eastAsia="Times New Roman" w:hAnsi="Times New Roman"/>
                <w:b/>
                <w:color w:val="000000"/>
                <w:w w:val="97"/>
                <w:sz w:val="16"/>
              </w:rPr>
              <w:t>XIX</w:t>
            </w:r>
            <w:r w:rsidRPr="007924E7">
              <w:rPr>
                <w:rFonts w:ascii="Times New Roman" w:eastAsia="Times New Roman" w:hAnsi="Times New Roman"/>
                <w:b/>
                <w:color w:val="000000"/>
                <w:w w:val="97"/>
                <w:sz w:val="16"/>
                <w:lang w:val="ru-RU"/>
              </w:rPr>
              <w:t xml:space="preserve"> века </w:t>
            </w:r>
          </w:p>
        </w:tc>
      </w:tr>
    </w:tbl>
    <w:p w:rsidR="00C76F25" w:rsidRPr="007924E7" w:rsidRDefault="00C76F25">
      <w:pPr>
        <w:autoSpaceDE w:val="0"/>
        <w:autoSpaceDN w:val="0"/>
        <w:spacing w:after="0" w:line="14" w:lineRule="exact"/>
        <w:rPr>
          <w:lang w:val="ru-RU"/>
        </w:rPr>
      </w:pPr>
    </w:p>
    <w:p w:rsidR="00C76F25" w:rsidRPr="007924E7" w:rsidRDefault="00C76F25">
      <w:pPr>
        <w:rPr>
          <w:lang w:val="ru-RU"/>
        </w:rPr>
        <w:sectPr w:rsidR="00C76F25" w:rsidRPr="007924E7">
          <w:pgSz w:w="16840" w:h="11900"/>
          <w:pgMar w:top="284" w:right="640" w:bottom="1312" w:left="666" w:header="720" w:footer="720" w:gutter="0"/>
          <w:cols w:space="720" w:equalWidth="0">
            <w:col w:w="15534" w:space="0"/>
          </w:cols>
          <w:docGrid w:linePitch="360"/>
        </w:sectPr>
      </w:pPr>
    </w:p>
    <w:p w:rsidR="00C76F25" w:rsidRPr="007924E7" w:rsidRDefault="00C76F25">
      <w:pPr>
        <w:autoSpaceDE w:val="0"/>
        <w:autoSpaceDN w:val="0"/>
        <w:spacing w:after="66" w:line="220" w:lineRule="exact"/>
        <w:rPr>
          <w:lang w:val="ru-RU"/>
        </w:rPr>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515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4.1.</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b/>
                <w:color w:val="000000"/>
                <w:w w:val="97"/>
                <w:sz w:val="16"/>
                <w:lang w:val="ru-RU"/>
              </w:rPr>
              <w:t>И. С. Тургенев. Рассказ «Муму»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5</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25.11.2022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proofErr w:type="gramStart"/>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рассказ;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(подробно и сжато);; Выделять наиболее яркие; </w:t>
            </w:r>
            <w:r w:rsidRPr="007924E7">
              <w:rPr>
                <w:lang w:val="ru-RU"/>
              </w:rPr>
              <w:br/>
            </w:r>
            <w:r w:rsidRPr="007924E7">
              <w:rPr>
                <w:rFonts w:ascii="Times New Roman" w:eastAsia="Times New Roman" w:hAnsi="Times New Roman"/>
                <w:color w:val="000000"/>
                <w:w w:val="97"/>
                <w:sz w:val="16"/>
                <w:lang w:val="ru-RU"/>
              </w:rPr>
              <w:t xml:space="preserve">эпизоды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Составлять простой план; </w:t>
            </w:r>
            <w:r w:rsidRPr="007924E7">
              <w:rPr>
                <w:lang w:val="ru-RU"/>
              </w:rPr>
              <w:br/>
            </w:r>
            <w:r w:rsidRPr="007924E7">
              <w:rPr>
                <w:rFonts w:ascii="Times New Roman" w:eastAsia="Times New Roman" w:hAnsi="Times New Roman"/>
                <w:color w:val="000000"/>
                <w:w w:val="97"/>
                <w:sz w:val="16"/>
                <w:lang w:val="ru-RU"/>
              </w:rPr>
              <w:t xml:space="preserve">рассказа;; </w:t>
            </w:r>
            <w:r w:rsidRPr="007924E7">
              <w:rPr>
                <w:lang w:val="ru-RU"/>
              </w:rPr>
              <w:br/>
            </w:r>
            <w:r w:rsidRPr="007924E7">
              <w:rPr>
                <w:rFonts w:ascii="Times New Roman" w:eastAsia="Times New Roman" w:hAnsi="Times New Roman"/>
                <w:color w:val="000000"/>
                <w:w w:val="97"/>
                <w:sz w:val="16"/>
                <w:lang w:val="ru-RU"/>
              </w:rPr>
              <w:t xml:space="preserve">Определять тему; </w:t>
            </w:r>
            <w:r w:rsidRPr="007924E7">
              <w:rPr>
                <w:lang w:val="ru-RU"/>
              </w:rPr>
              <w:br/>
            </w:r>
            <w:r w:rsidRPr="007924E7">
              <w:rPr>
                <w:rFonts w:ascii="Times New Roman" w:eastAsia="Times New Roman" w:hAnsi="Times New Roman"/>
                <w:color w:val="000000"/>
                <w:w w:val="97"/>
                <w:sz w:val="16"/>
                <w:lang w:val="ru-RU"/>
              </w:rPr>
              <w:t xml:space="preserve">идею;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Характеризовать </w:t>
            </w:r>
            <w:r w:rsidRPr="007924E7">
              <w:rPr>
                <w:lang w:val="ru-RU"/>
              </w:rPr>
              <w:br/>
            </w:r>
            <w:r w:rsidRPr="007924E7">
              <w:rPr>
                <w:rFonts w:ascii="Times New Roman" w:eastAsia="Times New Roman" w:hAnsi="Times New Roman"/>
                <w:color w:val="000000"/>
                <w:w w:val="97"/>
                <w:sz w:val="16"/>
                <w:lang w:val="ru-RU"/>
              </w:rPr>
              <w:t xml:space="preserve">главных; </w:t>
            </w:r>
            <w:r w:rsidRPr="007924E7">
              <w:rPr>
                <w:lang w:val="ru-RU"/>
              </w:rPr>
              <w:br/>
            </w:r>
            <w:r w:rsidRPr="007924E7">
              <w:rPr>
                <w:rFonts w:ascii="Times New Roman" w:eastAsia="Times New Roman" w:hAnsi="Times New Roman"/>
                <w:color w:val="000000"/>
                <w:w w:val="97"/>
                <w:sz w:val="16"/>
                <w:lang w:val="ru-RU"/>
              </w:rPr>
              <w:t xml:space="preserve">героев рассказа;; </w:t>
            </w:r>
            <w:r w:rsidRPr="007924E7">
              <w:rPr>
                <w:lang w:val="ru-RU"/>
              </w:rPr>
              <w:br/>
            </w:r>
            <w:r w:rsidRPr="007924E7">
              <w:rPr>
                <w:rFonts w:ascii="Times New Roman" w:eastAsia="Times New Roman" w:hAnsi="Times New Roman"/>
                <w:color w:val="000000"/>
                <w:w w:val="97"/>
                <w:sz w:val="16"/>
                <w:lang w:val="ru-RU"/>
              </w:rPr>
              <w:t xml:space="preserve">Составлять устный портрет Герасима;; Определять роль </w:t>
            </w:r>
            <w:r w:rsidRPr="007924E7">
              <w:rPr>
                <w:lang w:val="ru-RU"/>
              </w:rPr>
              <w:br/>
            </w:r>
            <w:r w:rsidRPr="007924E7">
              <w:rPr>
                <w:rFonts w:ascii="Times New Roman" w:eastAsia="Times New Roman" w:hAnsi="Times New Roman"/>
                <w:color w:val="000000"/>
                <w:w w:val="97"/>
                <w:sz w:val="16"/>
                <w:lang w:val="ru-RU"/>
              </w:rPr>
              <w:t xml:space="preserve">пейзажных </w:t>
            </w:r>
            <w:r w:rsidRPr="007924E7">
              <w:rPr>
                <w:lang w:val="ru-RU"/>
              </w:rPr>
              <w:br/>
            </w:r>
            <w:r w:rsidRPr="007924E7">
              <w:rPr>
                <w:rFonts w:ascii="Times New Roman" w:eastAsia="Times New Roman" w:hAnsi="Times New Roman"/>
                <w:color w:val="000000"/>
                <w:w w:val="97"/>
                <w:sz w:val="16"/>
                <w:lang w:val="ru-RU"/>
              </w:rPr>
              <w:t xml:space="preserve">описаний;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0" w:lineRule="auto"/>
              <w:ind w:left="72"/>
              <w:rPr>
                <w:lang w:val="ru-RU"/>
              </w:rPr>
            </w:pPr>
            <w:r w:rsidRPr="007924E7">
              <w:rPr>
                <w:rFonts w:ascii="Times New Roman" w:eastAsia="Times New Roman" w:hAnsi="Times New Roman"/>
                <w:color w:val="000000"/>
                <w:w w:val="97"/>
                <w:sz w:val="16"/>
                <w:lang w:val="ru-RU"/>
              </w:rPr>
              <w:t xml:space="preserve">Самооценка с </w:t>
            </w:r>
            <w:r w:rsidRPr="007924E7">
              <w:rPr>
                <w:lang w:val="ru-RU"/>
              </w:rPr>
              <w:br/>
            </w:r>
            <w:proofErr w:type="spellStart"/>
            <w:r w:rsidRPr="007924E7">
              <w:rPr>
                <w:rFonts w:ascii="Times New Roman" w:eastAsia="Times New Roman" w:hAnsi="Times New Roman"/>
                <w:color w:val="000000"/>
                <w:w w:val="97"/>
                <w:sz w:val="16"/>
                <w:lang w:val="ru-RU"/>
              </w:rPr>
              <w:t>использованием</w:t>
            </w:r>
            <w:proofErr w:type="gramStart"/>
            <w:r w:rsidRPr="007924E7">
              <w:rPr>
                <w:rFonts w:ascii="Times New Roman" w:eastAsia="Times New Roman" w:hAnsi="Times New Roman"/>
                <w:color w:val="000000"/>
                <w:w w:val="97"/>
                <w:sz w:val="16"/>
                <w:lang w:val="ru-RU"/>
              </w:rPr>
              <w:t>«О</w:t>
            </w:r>
            <w:proofErr w:type="gramEnd"/>
            <w:r w:rsidRPr="007924E7">
              <w:rPr>
                <w:rFonts w:ascii="Times New Roman" w:eastAsia="Times New Roman" w:hAnsi="Times New Roman"/>
                <w:color w:val="000000"/>
                <w:w w:val="97"/>
                <w:sz w:val="16"/>
                <w:lang w:val="ru-RU"/>
              </w:rPr>
              <w:t>ценочного</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листа»;</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https://edu.skysmart.ru</w:t>
            </w:r>
          </w:p>
        </w:tc>
      </w:tr>
      <w:tr w:rsidR="00C76F25">
        <w:trPr>
          <w:trHeight w:hRule="exact" w:val="120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4.2.</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Развитие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речи</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28.11.2022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52" w:lineRule="auto"/>
              <w:ind w:left="72" w:right="144"/>
            </w:pPr>
            <w:r w:rsidRPr="007924E7">
              <w:rPr>
                <w:rFonts w:ascii="Times New Roman" w:eastAsia="Times New Roman" w:hAnsi="Times New Roman"/>
                <w:color w:val="000000"/>
                <w:w w:val="97"/>
                <w:sz w:val="16"/>
                <w:lang w:val="ru-RU"/>
              </w:rPr>
              <w:t xml:space="preserve">Составлять план </w:t>
            </w:r>
            <w:r w:rsidRPr="007924E7">
              <w:rPr>
                <w:lang w:val="ru-RU"/>
              </w:rPr>
              <w:br/>
            </w:r>
            <w:r w:rsidRPr="007924E7">
              <w:rPr>
                <w:rFonts w:ascii="Times New Roman" w:eastAsia="Times New Roman" w:hAnsi="Times New Roman"/>
                <w:color w:val="000000"/>
                <w:w w:val="97"/>
                <w:sz w:val="16"/>
                <w:lang w:val="ru-RU"/>
              </w:rPr>
              <w:t xml:space="preserve">сочинения; писать сочинение по </w:t>
            </w:r>
            <w:r w:rsidRPr="007924E7">
              <w:rPr>
                <w:lang w:val="ru-RU"/>
              </w:rPr>
              <w:br/>
            </w:r>
            <w:r w:rsidRPr="007924E7">
              <w:rPr>
                <w:rFonts w:ascii="Times New Roman" w:eastAsia="Times New Roman" w:hAnsi="Times New Roman"/>
                <w:color w:val="000000"/>
                <w:w w:val="97"/>
                <w:sz w:val="16"/>
                <w:lang w:val="ru-RU"/>
              </w:rPr>
              <w:t xml:space="preserve">содержанию </w:t>
            </w:r>
            <w:r w:rsidRPr="007924E7">
              <w:rPr>
                <w:lang w:val="ru-RU"/>
              </w:rPr>
              <w:br/>
            </w:r>
            <w:proofErr w:type="spellStart"/>
            <w:r>
              <w:rPr>
                <w:rFonts w:ascii="Times New Roman" w:eastAsia="Times New Roman" w:hAnsi="Times New Roman"/>
                <w:color w:val="000000"/>
                <w:w w:val="97"/>
                <w:sz w:val="16"/>
              </w:rPr>
              <w:t>рассказа</w:t>
            </w:r>
            <w:proofErr w:type="spell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https://resh-shkola.ru</w:t>
            </w:r>
          </w:p>
        </w:tc>
      </w:tr>
    </w:tbl>
    <w:p w:rsidR="00C76F25" w:rsidRDefault="00C76F25">
      <w:pPr>
        <w:autoSpaceDE w:val="0"/>
        <w:autoSpaceDN w:val="0"/>
        <w:spacing w:after="0" w:line="14" w:lineRule="exact"/>
      </w:pPr>
    </w:p>
    <w:p w:rsidR="00C76F25" w:rsidRDefault="00C76F25">
      <w:pPr>
        <w:sectPr w:rsidR="00C76F25">
          <w:pgSz w:w="16840" w:h="11900"/>
          <w:pgMar w:top="284" w:right="640" w:bottom="144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476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4.3.</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5" w:lineRule="auto"/>
              <w:ind w:left="72" w:right="144"/>
              <w:rPr>
                <w:lang w:val="ru-RU"/>
              </w:rPr>
            </w:pPr>
            <w:r w:rsidRPr="007924E7">
              <w:rPr>
                <w:rFonts w:ascii="Times New Roman" w:eastAsia="Times New Roman" w:hAnsi="Times New Roman"/>
                <w:color w:val="000000"/>
                <w:w w:val="97"/>
                <w:sz w:val="16"/>
                <w:lang w:val="ru-RU"/>
              </w:rPr>
              <w:t xml:space="preserve">Н. А. Некрасов. Стихотворения (не менее двух). «Крестьянские дети». «Школьник». </w:t>
            </w:r>
            <w:proofErr w:type="spellStart"/>
            <w:r w:rsidRPr="007924E7">
              <w:rPr>
                <w:rFonts w:ascii="Times New Roman" w:eastAsia="Times New Roman" w:hAnsi="Times New Roman"/>
                <w:color w:val="000000"/>
                <w:w w:val="97"/>
                <w:sz w:val="16"/>
                <w:lang w:val="ru-RU"/>
              </w:rPr>
              <w:t>Поэма</w:t>
            </w:r>
            <w:proofErr w:type="gramStart"/>
            <w:r w:rsidRPr="007924E7">
              <w:rPr>
                <w:rFonts w:ascii="Times New Roman" w:eastAsia="Times New Roman" w:hAnsi="Times New Roman"/>
                <w:color w:val="000000"/>
                <w:w w:val="97"/>
                <w:sz w:val="16"/>
                <w:lang w:val="ru-RU"/>
              </w:rPr>
              <w:t>«М</w:t>
            </w:r>
            <w:proofErr w:type="gramEnd"/>
            <w:r w:rsidRPr="007924E7">
              <w:rPr>
                <w:rFonts w:ascii="Times New Roman" w:eastAsia="Times New Roman" w:hAnsi="Times New Roman"/>
                <w:color w:val="000000"/>
                <w:w w:val="97"/>
                <w:sz w:val="16"/>
                <w:lang w:val="ru-RU"/>
              </w:rPr>
              <w:t>ороз</w:t>
            </w:r>
            <w:proofErr w:type="spellEnd"/>
            <w:r w:rsidRPr="007924E7">
              <w:rPr>
                <w:rFonts w:ascii="Times New Roman" w:eastAsia="Times New Roman" w:hAnsi="Times New Roman"/>
                <w:color w:val="000000"/>
                <w:w w:val="97"/>
                <w:sz w:val="16"/>
                <w:lang w:val="ru-RU"/>
              </w:rPr>
              <w:t>, Красный нос» (фрагмент)</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30.11.2022 02.12.2022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proofErr w:type="gramStart"/>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поэтический текст; в том числе по </w:t>
            </w:r>
            <w:r w:rsidRPr="007924E7">
              <w:rPr>
                <w:lang w:val="ru-RU"/>
              </w:rPr>
              <w:br/>
            </w:r>
            <w:r w:rsidRPr="007924E7">
              <w:rPr>
                <w:rFonts w:ascii="Times New Roman" w:eastAsia="Times New Roman" w:hAnsi="Times New Roman"/>
                <w:color w:val="000000"/>
                <w:w w:val="97"/>
                <w:sz w:val="16"/>
                <w:lang w:val="ru-RU"/>
              </w:rPr>
              <w:t xml:space="preserve">ролям;; </w:t>
            </w:r>
            <w:r w:rsidRPr="007924E7">
              <w:rPr>
                <w:lang w:val="ru-RU"/>
              </w:rPr>
              <w:br/>
            </w:r>
            <w:r w:rsidRPr="007924E7">
              <w:rPr>
                <w:rFonts w:ascii="Times New Roman" w:eastAsia="Times New Roman" w:hAnsi="Times New Roman"/>
                <w:color w:val="000000"/>
                <w:w w:val="97"/>
                <w:sz w:val="16"/>
                <w:lang w:val="ru-RU"/>
              </w:rPr>
              <w:t xml:space="preserve">Определять </w:t>
            </w:r>
            <w:r w:rsidRPr="007924E7">
              <w:rPr>
                <w:lang w:val="ru-RU"/>
              </w:rPr>
              <w:br/>
            </w:r>
            <w:r w:rsidRPr="007924E7">
              <w:rPr>
                <w:rFonts w:ascii="Times New Roman" w:eastAsia="Times New Roman" w:hAnsi="Times New Roman"/>
                <w:color w:val="000000"/>
                <w:w w:val="97"/>
                <w:sz w:val="16"/>
                <w:lang w:val="ru-RU"/>
              </w:rPr>
              <w:t xml:space="preserve">тематическое; </w:t>
            </w:r>
            <w:r w:rsidRPr="007924E7">
              <w:rPr>
                <w:lang w:val="ru-RU"/>
              </w:rPr>
              <w:br/>
            </w:r>
            <w:r w:rsidRPr="007924E7">
              <w:rPr>
                <w:rFonts w:ascii="Times New Roman" w:eastAsia="Times New Roman" w:hAnsi="Times New Roman"/>
                <w:color w:val="000000"/>
                <w:w w:val="97"/>
                <w:sz w:val="16"/>
                <w:lang w:val="ru-RU"/>
              </w:rPr>
              <w:t xml:space="preserve">содержание </w:t>
            </w:r>
            <w:r w:rsidRPr="007924E7">
              <w:rPr>
                <w:lang w:val="ru-RU"/>
              </w:rPr>
              <w:br/>
            </w:r>
            <w:r w:rsidRPr="007924E7">
              <w:rPr>
                <w:rFonts w:ascii="Times New Roman" w:eastAsia="Times New Roman" w:hAnsi="Times New Roman"/>
                <w:color w:val="000000"/>
                <w:w w:val="97"/>
                <w:sz w:val="16"/>
                <w:lang w:val="ru-RU"/>
              </w:rPr>
              <w:t xml:space="preserve">стихотворения;; </w:t>
            </w:r>
            <w:r w:rsidRPr="007924E7">
              <w:rPr>
                <w:lang w:val="ru-RU"/>
              </w:rPr>
              <w:br/>
            </w:r>
            <w:r w:rsidRPr="007924E7">
              <w:rPr>
                <w:rFonts w:ascii="Times New Roman" w:eastAsia="Times New Roman" w:hAnsi="Times New Roman"/>
                <w:color w:val="000000"/>
                <w:w w:val="97"/>
                <w:sz w:val="16"/>
                <w:lang w:val="ru-RU"/>
              </w:rPr>
              <w:t xml:space="preserve">Характеризовать </w:t>
            </w:r>
            <w:r w:rsidRPr="007924E7">
              <w:rPr>
                <w:lang w:val="ru-RU"/>
              </w:rPr>
              <w:br/>
            </w:r>
            <w:r w:rsidRPr="007924E7">
              <w:rPr>
                <w:rFonts w:ascii="Times New Roman" w:eastAsia="Times New Roman" w:hAnsi="Times New Roman"/>
                <w:color w:val="000000"/>
                <w:w w:val="97"/>
                <w:sz w:val="16"/>
                <w:lang w:val="ru-RU"/>
              </w:rPr>
              <w:t xml:space="preserve">главных; </w:t>
            </w:r>
            <w:r w:rsidRPr="007924E7">
              <w:rPr>
                <w:lang w:val="ru-RU"/>
              </w:rPr>
              <w:br/>
            </w:r>
            <w:r w:rsidRPr="007924E7">
              <w:rPr>
                <w:rFonts w:ascii="Times New Roman" w:eastAsia="Times New Roman" w:hAnsi="Times New Roman"/>
                <w:color w:val="000000"/>
                <w:w w:val="97"/>
                <w:sz w:val="16"/>
                <w:lang w:val="ru-RU"/>
              </w:rPr>
              <w:t xml:space="preserve">героев; </w:t>
            </w:r>
            <w:r w:rsidRPr="007924E7">
              <w:rPr>
                <w:lang w:val="ru-RU"/>
              </w:rPr>
              <w:br/>
            </w:r>
            <w:r w:rsidRPr="007924E7">
              <w:rPr>
                <w:rFonts w:ascii="Times New Roman" w:eastAsia="Times New Roman" w:hAnsi="Times New Roman"/>
                <w:color w:val="000000"/>
                <w:w w:val="97"/>
                <w:sz w:val="16"/>
                <w:lang w:val="ru-RU"/>
              </w:rPr>
              <w:t xml:space="preserve">лирического героя; (автора);; </w:t>
            </w:r>
            <w:r w:rsidRPr="007924E7">
              <w:rPr>
                <w:lang w:val="ru-RU"/>
              </w:rPr>
              <w:br/>
            </w:r>
            <w:r w:rsidRPr="007924E7">
              <w:rPr>
                <w:rFonts w:ascii="Times New Roman" w:eastAsia="Times New Roman" w:hAnsi="Times New Roman"/>
                <w:color w:val="000000"/>
                <w:w w:val="97"/>
                <w:sz w:val="16"/>
                <w:lang w:val="ru-RU"/>
              </w:rPr>
              <w:t xml:space="preserve">Определять </w:t>
            </w:r>
            <w:r w:rsidRPr="007924E7">
              <w:rPr>
                <w:lang w:val="ru-RU"/>
              </w:rPr>
              <w:br/>
            </w:r>
            <w:r w:rsidRPr="007924E7">
              <w:rPr>
                <w:rFonts w:ascii="Times New Roman" w:eastAsia="Times New Roman" w:hAnsi="Times New Roman"/>
                <w:color w:val="000000"/>
                <w:w w:val="97"/>
                <w:sz w:val="16"/>
                <w:lang w:val="ru-RU"/>
              </w:rPr>
              <w:t xml:space="preserve">отношение автора к детям;; </w:t>
            </w:r>
            <w:r w:rsidRPr="007924E7">
              <w:rPr>
                <w:lang w:val="ru-RU"/>
              </w:rPr>
              <w:br/>
            </w:r>
            <w:r w:rsidRPr="007924E7">
              <w:rPr>
                <w:rFonts w:ascii="Times New Roman" w:eastAsia="Times New Roman" w:hAnsi="Times New Roman"/>
                <w:color w:val="000000"/>
                <w:w w:val="97"/>
                <w:sz w:val="16"/>
                <w:lang w:val="ru-RU"/>
              </w:rPr>
              <w:t xml:space="preserve">Выявлять средства; художественной; </w:t>
            </w:r>
            <w:r w:rsidRPr="007924E7">
              <w:rPr>
                <w:lang w:val="ru-RU"/>
              </w:rPr>
              <w:br/>
            </w:r>
            <w:r w:rsidRPr="007924E7">
              <w:rPr>
                <w:rFonts w:ascii="Times New Roman" w:eastAsia="Times New Roman" w:hAnsi="Times New Roman"/>
                <w:color w:val="000000"/>
                <w:w w:val="97"/>
                <w:sz w:val="16"/>
                <w:lang w:val="ru-RU"/>
              </w:rPr>
              <w:t xml:space="preserve">выразительности;; Заучивать </w:t>
            </w:r>
            <w:r w:rsidRPr="007924E7">
              <w:rPr>
                <w:lang w:val="ru-RU"/>
              </w:rPr>
              <w:br/>
            </w:r>
            <w:r w:rsidRPr="007924E7">
              <w:rPr>
                <w:rFonts w:ascii="Times New Roman" w:eastAsia="Times New Roman" w:hAnsi="Times New Roman"/>
                <w:color w:val="000000"/>
                <w:w w:val="97"/>
                <w:sz w:val="16"/>
                <w:lang w:val="ru-RU"/>
              </w:rPr>
              <w:t xml:space="preserve">стихотворение; </w:t>
            </w:r>
            <w:r w:rsidRPr="007924E7">
              <w:rPr>
                <w:lang w:val="ru-RU"/>
              </w:rPr>
              <w:br/>
            </w:r>
            <w:r w:rsidRPr="007924E7">
              <w:rPr>
                <w:rFonts w:ascii="Times New Roman" w:eastAsia="Times New Roman" w:hAnsi="Times New Roman"/>
                <w:color w:val="000000"/>
                <w:w w:val="97"/>
                <w:sz w:val="16"/>
                <w:lang w:val="ru-RU"/>
              </w:rPr>
              <w:t xml:space="preserve">наизусть;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https://uchi.ru</w:t>
            </w:r>
          </w:p>
        </w:tc>
      </w:tr>
      <w:tr w:rsidR="00C76F25">
        <w:trPr>
          <w:trHeight w:hRule="exact" w:val="537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4.4.</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b/>
                <w:color w:val="000000"/>
                <w:w w:val="97"/>
                <w:sz w:val="16"/>
                <w:lang w:val="ru-RU"/>
              </w:rPr>
              <w:t>Л. Н. Толстой.</w:t>
            </w:r>
          </w:p>
          <w:p w:rsidR="00C76F25" w:rsidRPr="007924E7" w:rsidRDefault="0044668A">
            <w:pPr>
              <w:autoSpaceDE w:val="0"/>
              <w:autoSpaceDN w:val="0"/>
              <w:spacing w:before="20" w:after="0" w:line="230" w:lineRule="auto"/>
              <w:ind w:left="72"/>
              <w:rPr>
                <w:lang w:val="ru-RU"/>
              </w:rPr>
            </w:pPr>
            <w:r w:rsidRPr="007924E7">
              <w:rPr>
                <w:rFonts w:ascii="Times New Roman" w:eastAsia="Times New Roman" w:hAnsi="Times New Roman"/>
                <w:b/>
                <w:color w:val="000000"/>
                <w:w w:val="97"/>
                <w:sz w:val="16"/>
                <w:lang w:val="ru-RU"/>
              </w:rPr>
              <w:t xml:space="preserve">Рассказ «Кавказский пленник»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05.12.2022 14.12.2022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proofErr w:type="gramStart"/>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текст; </w:t>
            </w:r>
            <w:r w:rsidRPr="007924E7">
              <w:rPr>
                <w:lang w:val="ru-RU"/>
              </w:rPr>
              <w:br/>
            </w:r>
            <w:r w:rsidRPr="007924E7">
              <w:rPr>
                <w:rFonts w:ascii="Times New Roman" w:eastAsia="Times New Roman" w:hAnsi="Times New Roman"/>
                <w:color w:val="000000"/>
                <w:w w:val="97"/>
                <w:sz w:val="16"/>
                <w:lang w:val="ru-RU"/>
              </w:rPr>
              <w:t xml:space="preserve">рассказа;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(подробно и; </w:t>
            </w:r>
            <w:r w:rsidRPr="007924E7">
              <w:rPr>
                <w:lang w:val="ru-RU"/>
              </w:rPr>
              <w:br/>
            </w:r>
            <w:r w:rsidRPr="007924E7">
              <w:rPr>
                <w:rFonts w:ascii="Times New Roman" w:eastAsia="Times New Roman" w:hAnsi="Times New Roman"/>
                <w:color w:val="000000"/>
                <w:w w:val="97"/>
                <w:sz w:val="16"/>
                <w:lang w:val="ru-RU"/>
              </w:rPr>
              <w:t xml:space="preserve">сжато);; </w:t>
            </w:r>
            <w:r w:rsidRPr="007924E7">
              <w:rPr>
                <w:lang w:val="ru-RU"/>
              </w:rPr>
              <w:br/>
            </w:r>
            <w:r w:rsidRPr="007924E7">
              <w:rPr>
                <w:rFonts w:ascii="Times New Roman" w:eastAsia="Times New Roman" w:hAnsi="Times New Roman"/>
                <w:color w:val="000000"/>
                <w:w w:val="97"/>
                <w:sz w:val="16"/>
                <w:lang w:val="ru-RU"/>
              </w:rPr>
              <w:t xml:space="preserve">Выявлять основную мысль; </w:t>
            </w:r>
            <w:r w:rsidRPr="007924E7">
              <w:rPr>
                <w:lang w:val="ru-RU"/>
              </w:rPr>
              <w:br/>
            </w:r>
            <w:r w:rsidRPr="007924E7">
              <w:rPr>
                <w:rFonts w:ascii="Times New Roman" w:eastAsia="Times New Roman" w:hAnsi="Times New Roman"/>
                <w:color w:val="000000"/>
                <w:w w:val="97"/>
                <w:sz w:val="16"/>
                <w:lang w:val="ru-RU"/>
              </w:rPr>
              <w:t xml:space="preserve">рассказа; </w:t>
            </w:r>
            <w:r w:rsidRPr="007924E7">
              <w:rPr>
                <w:lang w:val="ru-RU"/>
              </w:rPr>
              <w:br/>
            </w:r>
            <w:r w:rsidRPr="007924E7">
              <w:rPr>
                <w:rFonts w:ascii="Times New Roman" w:eastAsia="Times New Roman" w:hAnsi="Times New Roman"/>
                <w:color w:val="000000"/>
                <w:w w:val="97"/>
                <w:sz w:val="16"/>
                <w:lang w:val="ru-RU"/>
              </w:rPr>
              <w:t xml:space="preserve">определять его; </w:t>
            </w:r>
            <w:r w:rsidRPr="007924E7">
              <w:rPr>
                <w:lang w:val="ru-RU"/>
              </w:rPr>
              <w:br/>
            </w:r>
            <w:r w:rsidRPr="007924E7">
              <w:rPr>
                <w:rFonts w:ascii="Times New Roman" w:eastAsia="Times New Roman" w:hAnsi="Times New Roman"/>
                <w:color w:val="000000"/>
                <w:w w:val="97"/>
                <w:sz w:val="16"/>
                <w:lang w:val="ru-RU"/>
              </w:rPr>
              <w:t xml:space="preserve">композиционные </w:t>
            </w:r>
            <w:r w:rsidRPr="007924E7">
              <w:rPr>
                <w:lang w:val="ru-RU"/>
              </w:rPr>
              <w:br/>
            </w:r>
            <w:r w:rsidRPr="007924E7">
              <w:rPr>
                <w:rFonts w:ascii="Times New Roman" w:eastAsia="Times New Roman" w:hAnsi="Times New Roman"/>
                <w:color w:val="000000"/>
                <w:w w:val="97"/>
                <w:sz w:val="16"/>
                <w:lang w:val="ru-RU"/>
              </w:rPr>
              <w:t xml:space="preserve">особенности; </w:t>
            </w:r>
            <w:r w:rsidRPr="007924E7">
              <w:rPr>
                <w:lang w:val="ru-RU"/>
              </w:rPr>
              <w:br/>
            </w:r>
            <w:r w:rsidRPr="007924E7">
              <w:rPr>
                <w:rFonts w:ascii="Times New Roman" w:eastAsia="Times New Roman" w:hAnsi="Times New Roman"/>
                <w:color w:val="000000"/>
                <w:w w:val="97"/>
                <w:sz w:val="16"/>
                <w:lang w:val="ru-RU"/>
              </w:rPr>
              <w:t xml:space="preserve">Выделять ключевые эпизоды в тексте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Составлять план </w:t>
            </w:r>
            <w:r w:rsidRPr="007924E7">
              <w:rPr>
                <w:lang w:val="ru-RU"/>
              </w:rPr>
              <w:br/>
            </w:r>
            <w:r w:rsidRPr="007924E7">
              <w:rPr>
                <w:rFonts w:ascii="Times New Roman" w:eastAsia="Times New Roman" w:hAnsi="Times New Roman"/>
                <w:color w:val="000000"/>
                <w:w w:val="97"/>
                <w:sz w:val="16"/>
                <w:lang w:val="ru-RU"/>
              </w:rPr>
              <w:t xml:space="preserve">сообщения о </w:t>
            </w:r>
            <w:r w:rsidRPr="007924E7">
              <w:rPr>
                <w:lang w:val="ru-RU"/>
              </w:rPr>
              <w:br/>
            </w:r>
            <w:r w:rsidRPr="007924E7">
              <w:rPr>
                <w:rFonts w:ascii="Times New Roman" w:eastAsia="Times New Roman" w:hAnsi="Times New Roman"/>
                <w:color w:val="000000"/>
                <w:w w:val="97"/>
                <w:sz w:val="16"/>
                <w:lang w:val="ru-RU"/>
              </w:rPr>
              <w:t xml:space="preserve">главных героях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Составлять </w:t>
            </w:r>
            <w:r w:rsidRPr="007924E7">
              <w:rPr>
                <w:lang w:val="ru-RU"/>
              </w:rPr>
              <w:br/>
            </w:r>
            <w:r w:rsidRPr="007924E7">
              <w:rPr>
                <w:rFonts w:ascii="Times New Roman" w:eastAsia="Times New Roman" w:hAnsi="Times New Roman"/>
                <w:color w:val="000000"/>
                <w:w w:val="97"/>
                <w:sz w:val="16"/>
                <w:lang w:val="ru-RU"/>
              </w:rPr>
              <w:t xml:space="preserve">сравнительную; </w:t>
            </w:r>
            <w:r w:rsidRPr="007924E7">
              <w:rPr>
                <w:lang w:val="ru-RU"/>
              </w:rPr>
              <w:br/>
            </w:r>
            <w:r w:rsidRPr="007924E7">
              <w:rPr>
                <w:rFonts w:ascii="Times New Roman" w:eastAsia="Times New Roman" w:hAnsi="Times New Roman"/>
                <w:color w:val="000000"/>
                <w:w w:val="97"/>
                <w:sz w:val="16"/>
                <w:lang w:val="ru-RU"/>
              </w:rPr>
              <w:t xml:space="preserve">характеристику </w:t>
            </w:r>
            <w:r w:rsidRPr="007924E7">
              <w:rPr>
                <w:lang w:val="ru-RU"/>
              </w:rPr>
              <w:br/>
            </w:r>
            <w:r w:rsidRPr="007924E7">
              <w:rPr>
                <w:rFonts w:ascii="Times New Roman" w:eastAsia="Times New Roman" w:hAnsi="Times New Roman"/>
                <w:color w:val="000000"/>
                <w:w w:val="97"/>
                <w:sz w:val="16"/>
                <w:lang w:val="ru-RU"/>
              </w:rPr>
              <w:t xml:space="preserve">Жилина и; </w:t>
            </w:r>
            <w:r w:rsidRPr="007924E7">
              <w:rPr>
                <w:lang w:val="ru-RU"/>
              </w:rPr>
              <w:br/>
            </w:r>
            <w:proofErr w:type="spellStart"/>
            <w:r w:rsidRPr="007924E7">
              <w:rPr>
                <w:rFonts w:ascii="Times New Roman" w:eastAsia="Times New Roman" w:hAnsi="Times New Roman"/>
                <w:color w:val="000000"/>
                <w:w w:val="97"/>
                <w:sz w:val="16"/>
                <w:lang w:val="ru-RU"/>
              </w:rPr>
              <w:t>Костылина</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https://education.yandex.ru</w:t>
            </w:r>
          </w:p>
        </w:tc>
      </w:tr>
    </w:tbl>
    <w:p w:rsidR="00C76F25" w:rsidRDefault="00C76F25">
      <w:pPr>
        <w:autoSpaceDE w:val="0"/>
        <w:autoSpaceDN w:val="0"/>
        <w:spacing w:after="0" w:line="14" w:lineRule="exact"/>
      </w:pPr>
    </w:p>
    <w:p w:rsidR="00C76F25" w:rsidRDefault="00C76F25">
      <w:pPr>
        <w:sectPr w:rsidR="00C76F25">
          <w:pgSz w:w="16840" w:h="11900"/>
          <w:pgMar w:top="284" w:right="640" w:bottom="58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92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4.5.</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Внеклассное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чтение</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16.12.2022</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7" w:lineRule="auto"/>
              <w:ind w:left="72"/>
              <w:rPr>
                <w:lang w:val="ru-RU"/>
              </w:rPr>
            </w:pPr>
            <w:r w:rsidRPr="007924E7">
              <w:rPr>
                <w:rFonts w:ascii="Times New Roman" w:eastAsia="Times New Roman" w:hAnsi="Times New Roman"/>
                <w:color w:val="000000"/>
                <w:w w:val="97"/>
                <w:sz w:val="16"/>
                <w:lang w:val="ru-RU"/>
              </w:rPr>
              <w:t xml:space="preserve">Давать собственную интерпретацию и </w:t>
            </w:r>
            <w:r w:rsidRPr="007924E7">
              <w:rPr>
                <w:lang w:val="ru-RU"/>
              </w:rPr>
              <w:br/>
            </w:r>
            <w:r w:rsidRPr="007924E7">
              <w:rPr>
                <w:rFonts w:ascii="Times New Roman" w:eastAsia="Times New Roman" w:hAnsi="Times New Roman"/>
                <w:color w:val="000000"/>
                <w:w w:val="97"/>
                <w:sz w:val="16"/>
                <w:lang w:val="ru-RU"/>
              </w:rPr>
              <w:t>оценку рассказам</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0" w:lineRule="auto"/>
              <w:ind w:left="72"/>
              <w:rPr>
                <w:lang w:val="ru-RU"/>
              </w:rPr>
            </w:pPr>
            <w:r w:rsidRPr="007924E7">
              <w:rPr>
                <w:rFonts w:ascii="Times New Roman" w:eastAsia="Times New Roman" w:hAnsi="Times New Roman"/>
                <w:color w:val="000000"/>
                <w:w w:val="97"/>
                <w:sz w:val="16"/>
                <w:lang w:val="ru-RU"/>
              </w:rPr>
              <w:t xml:space="preserve">Самооценка с </w:t>
            </w:r>
            <w:r w:rsidRPr="007924E7">
              <w:rPr>
                <w:lang w:val="ru-RU"/>
              </w:rPr>
              <w:br/>
            </w:r>
            <w:proofErr w:type="spellStart"/>
            <w:r w:rsidRPr="007924E7">
              <w:rPr>
                <w:rFonts w:ascii="Times New Roman" w:eastAsia="Times New Roman" w:hAnsi="Times New Roman"/>
                <w:color w:val="000000"/>
                <w:w w:val="97"/>
                <w:sz w:val="16"/>
                <w:lang w:val="ru-RU"/>
              </w:rPr>
              <w:t>использованием</w:t>
            </w:r>
            <w:proofErr w:type="gramStart"/>
            <w:r w:rsidRPr="007924E7">
              <w:rPr>
                <w:rFonts w:ascii="Times New Roman" w:eastAsia="Times New Roman" w:hAnsi="Times New Roman"/>
                <w:color w:val="000000"/>
                <w:w w:val="97"/>
                <w:sz w:val="16"/>
                <w:lang w:val="ru-RU"/>
              </w:rPr>
              <w:t>«О</w:t>
            </w:r>
            <w:proofErr w:type="gramEnd"/>
            <w:r w:rsidRPr="007924E7">
              <w:rPr>
                <w:rFonts w:ascii="Times New Roman" w:eastAsia="Times New Roman" w:hAnsi="Times New Roman"/>
                <w:color w:val="000000"/>
                <w:w w:val="97"/>
                <w:sz w:val="16"/>
                <w:lang w:val="ru-RU"/>
              </w:rPr>
              <w:t>ценочного</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листа»;</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https://edu.skysmart.ru</w:t>
            </w:r>
          </w:p>
        </w:tc>
      </w:tr>
      <w:tr w:rsidR="00C76F25">
        <w:trPr>
          <w:trHeight w:hRule="exact" w:val="348"/>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Итого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разделу</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12</w:t>
            </w:r>
          </w:p>
        </w:tc>
        <w:tc>
          <w:tcPr>
            <w:tcW w:w="814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rsidRPr="007A4A81">
        <w:trPr>
          <w:trHeight w:hRule="exact" w:val="348"/>
        </w:trPr>
        <w:tc>
          <w:tcPr>
            <w:tcW w:w="15502" w:type="dxa"/>
            <w:gridSpan w:val="9"/>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color w:val="000000"/>
                <w:w w:val="97"/>
                <w:sz w:val="16"/>
                <w:lang w:val="ru-RU"/>
              </w:rPr>
              <w:t xml:space="preserve">Раздел 5.Литература </w:t>
            </w:r>
            <w:r>
              <w:rPr>
                <w:rFonts w:ascii="Times New Roman" w:eastAsia="Times New Roman" w:hAnsi="Times New Roman"/>
                <w:color w:val="000000"/>
                <w:w w:val="97"/>
                <w:sz w:val="16"/>
              </w:rPr>
              <w:t>XIX</w:t>
            </w:r>
            <w:r w:rsidRPr="007924E7">
              <w:rPr>
                <w:rFonts w:ascii="Times New Roman" w:eastAsia="Times New Roman" w:hAnsi="Times New Roman"/>
                <w:color w:val="000000"/>
                <w:w w:val="97"/>
                <w:sz w:val="16"/>
                <w:lang w:val="ru-RU"/>
              </w:rPr>
              <w:t>—ХХ веков</w:t>
            </w:r>
          </w:p>
        </w:tc>
      </w:tr>
      <w:tr w:rsidR="00C76F25">
        <w:trPr>
          <w:trHeight w:hRule="exact" w:val="5572"/>
        </w:trPr>
        <w:tc>
          <w:tcPr>
            <w:tcW w:w="39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jc w:val="center"/>
            </w:pPr>
            <w:r>
              <w:rPr>
                <w:rFonts w:ascii="Times New Roman" w:eastAsia="Times New Roman" w:hAnsi="Times New Roman"/>
                <w:color w:val="000000"/>
                <w:w w:val="97"/>
                <w:sz w:val="16"/>
              </w:rPr>
              <w:t>5.1.</w:t>
            </w:r>
          </w:p>
        </w:tc>
        <w:tc>
          <w:tcPr>
            <w:tcW w:w="643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45" w:lineRule="auto"/>
              <w:ind w:left="72"/>
              <w:rPr>
                <w:lang w:val="ru-RU"/>
              </w:rPr>
            </w:pPr>
            <w:r w:rsidRPr="007924E7">
              <w:rPr>
                <w:rFonts w:ascii="Times New Roman" w:eastAsia="Times New Roman" w:hAnsi="Times New Roman"/>
                <w:color w:val="000000"/>
                <w:w w:val="97"/>
                <w:sz w:val="16"/>
                <w:lang w:val="ru-RU"/>
              </w:rPr>
              <w:t xml:space="preserve">Стихотворения отечественных поэтов </w:t>
            </w:r>
            <w:r>
              <w:rPr>
                <w:rFonts w:ascii="Times New Roman" w:eastAsia="Times New Roman" w:hAnsi="Times New Roman"/>
                <w:color w:val="000000"/>
                <w:w w:val="97"/>
                <w:sz w:val="16"/>
              </w:rPr>
              <w:t>XIX</w:t>
            </w:r>
            <w:r w:rsidRPr="007924E7">
              <w:rPr>
                <w:rFonts w:ascii="Times New Roman" w:eastAsia="Times New Roman" w:hAnsi="Times New Roman"/>
                <w:color w:val="000000"/>
                <w:w w:val="97"/>
                <w:sz w:val="16"/>
                <w:lang w:val="ru-RU"/>
              </w:rPr>
              <w:t>—ХХ веков о родной природе и о связи человека с Родиной (не менее пяти). Например, стихотворения А. К. Толстого, Ф. И. Тютчева, А. А.</w:t>
            </w:r>
          </w:p>
          <w:p w:rsidR="00C76F25" w:rsidRPr="007924E7" w:rsidRDefault="0044668A">
            <w:pPr>
              <w:autoSpaceDE w:val="0"/>
              <w:autoSpaceDN w:val="0"/>
              <w:spacing w:before="20" w:after="0" w:line="233" w:lineRule="auto"/>
              <w:ind w:left="72"/>
              <w:rPr>
                <w:lang w:val="ru-RU"/>
              </w:rPr>
            </w:pPr>
            <w:r w:rsidRPr="007924E7">
              <w:rPr>
                <w:rFonts w:ascii="Times New Roman" w:eastAsia="Times New Roman" w:hAnsi="Times New Roman"/>
                <w:color w:val="000000"/>
                <w:w w:val="97"/>
                <w:sz w:val="16"/>
                <w:lang w:val="ru-RU"/>
              </w:rPr>
              <w:t xml:space="preserve">Фета, И. А. Бунина, А. А. Блока, С. А. Есенина, Н. М. Рубцова, Ю. П. Кузнецова </w:t>
            </w:r>
          </w:p>
        </w:tc>
        <w:tc>
          <w:tcPr>
            <w:tcW w:w="528"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2</w:t>
            </w:r>
          </w:p>
        </w:tc>
        <w:tc>
          <w:tcPr>
            <w:tcW w:w="110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0</w:t>
            </w:r>
          </w:p>
        </w:tc>
        <w:tc>
          <w:tcPr>
            <w:tcW w:w="864"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45" w:lineRule="auto"/>
              <w:jc w:val="center"/>
            </w:pPr>
            <w:r>
              <w:rPr>
                <w:rFonts w:ascii="Times New Roman" w:eastAsia="Times New Roman" w:hAnsi="Times New Roman"/>
                <w:color w:val="000000"/>
                <w:w w:val="97"/>
                <w:sz w:val="16"/>
              </w:rPr>
              <w:t>19.12.2022 26.12.2022</w:t>
            </w:r>
          </w:p>
        </w:tc>
        <w:tc>
          <w:tcPr>
            <w:tcW w:w="153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7" w:lineRule="auto"/>
              <w:ind w:left="72" w:right="144"/>
              <w:rPr>
                <w:lang w:val="ru-RU"/>
              </w:rPr>
            </w:pPr>
            <w:proofErr w:type="gramStart"/>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стихотворение; </w:t>
            </w:r>
            <w:r w:rsidRPr="007924E7">
              <w:rPr>
                <w:lang w:val="ru-RU"/>
              </w:rPr>
              <w:br/>
            </w:r>
            <w:r w:rsidRPr="007924E7">
              <w:rPr>
                <w:rFonts w:ascii="Times New Roman" w:eastAsia="Times New Roman" w:hAnsi="Times New Roman"/>
                <w:color w:val="000000"/>
                <w:w w:val="97"/>
                <w:sz w:val="16"/>
                <w:lang w:val="ru-RU"/>
              </w:rPr>
              <w:t xml:space="preserve">определять его </w:t>
            </w:r>
            <w:r w:rsidRPr="007924E7">
              <w:rPr>
                <w:lang w:val="ru-RU"/>
              </w:rPr>
              <w:br/>
            </w:r>
            <w:r w:rsidRPr="007924E7">
              <w:rPr>
                <w:rFonts w:ascii="Times New Roman" w:eastAsia="Times New Roman" w:hAnsi="Times New Roman"/>
                <w:color w:val="000000"/>
                <w:w w:val="97"/>
                <w:sz w:val="16"/>
                <w:lang w:val="ru-RU"/>
              </w:rPr>
              <w:t xml:space="preserve">тематическое </w:t>
            </w:r>
            <w:r w:rsidRPr="007924E7">
              <w:rPr>
                <w:lang w:val="ru-RU"/>
              </w:rPr>
              <w:br/>
            </w:r>
            <w:r w:rsidRPr="007924E7">
              <w:rPr>
                <w:rFonts w:ascii="Times New Roman" w:eastAsia="Times New Roman" w:hAnsi="Times New Roman"/>
                <w:color w:val="000000"/>
                <w:w w:val="97"/>
                <w:sz w:val="16"/>
                <w:lang w:val="ru-RU"/>
              </w:rPr>
              <w:t xml:space="preserve">содержание;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средства </w:t>
            </w:r>
            <w:r w:rsidRPr="007924E7">
              <w:rPr>
                <w:lang w:val="ru-RU"/>
              </w:rPr>
              <w:br/>
            </w:r>
            <w:r w:rsidRPr="007924E7">
              <w:rPr>
                <w:rFonts w:ascii="Times New Roman" w:eastAsia="Times New Roman" w:hAnsi="Times New Roman"/>
                <w:color w:val="000000"/>
                <w:w w:val="97"/>
                <w:sz w:val="16"/>
                <w:lang w:val="ru-RU"/>
              </w:rPr>
              <w:t xml:space="preserve">художественной; выразительности (эпитет;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метафора; </w:t>
            </w:r>
            <w:r w:rsidRPr="007924E7">
              <w:rPr>
                <w:lang w:val="ru-RU"/>
              </w:rPr>
              <w:br/>
            </w:r>
            <w:r w:rsidRPr="007924E7">
              <w:rPr>
                <w:rFonts w:ascii="Times New Roman" w:eastAsia="Times New Roman" w:hAnsi="Times New Roman"/>
                <w:color w:val="000000"/>
                <w:w w:val="97"/>
                <w:sz w:val="16"/>
                <w:lang w:val="ru-RU"/>
              </w:rPr>
              <w:t xml:space="preserve">сравнение;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олицетворение);; Выявлять </w:t>
            </w:r>
            <w:r w:rsidRPr="007924E7">
              <w:rPr>
                <w:lang w:val="ru-RU"/>
              </w:rPr>
              <w:br/>
            </w:r>
            <w:r w:rsidRPr="007924E7">
              <w:rPr>
                <w:rFonts w:ascii="Times New Roman" w:eastAsia="Times New Roman" w:hAnsi="Times New Roman"/>
                <w:color w:val="000000"/>
                <w:w w:val="97"/>
                <w:sz w:val="16"/>
                <w:lang w:val="ru-RU"/>
              </w:rPr>
              <w:t xml:space="preserve">музыкальность; </w:t>
            </w:r>
            <w:r w:rsidRPr="007924E7">
              <w:rPr>
                <w:lang w:val="ru-RU"/>
              </w:rPr>
              <w:br/>
            </w:r>
            <w:r w:rsidRPr="007924E7">
              <w:rPr>
                <w:rFonts w:ascii="Times New Roman" w:eastAsia="Times New Roman" w:hAnsi="Times New Roman"/>
                <w:color w:val="000000"/>
                <w:w w:val="97"/>
                <w:sz w:val="16"/>
                <w:lang w:val="ru-RU"/>
              </w:rPr>
              <w:t xml:space="preserve">поэтического </w:t>
            </w:r>
            <w:r w:rsidRPr="007924E7">
              <w:rPr>
                <w:lang w:val="ru-RU"/>
              </w:rPr>
              <w:br/>
            </w:r>
            <w:r w:rsidRPr="007924E7">
              <w:rPr>
                <w:rFonts w:ascii="Times New Roman" w:eastAsia="Times New Roman" w:hAnsi="Times New Roman"/>
                <w:color w:val="000000"/>
                <w:w w:val="97"/>
                <w:sz w:val="16"/>
                <w:lang w:val="ru-RU"/>
              </w:rPr>
              <w:t xml:space="preserve">текста;; </w:t>
            </w:r>
            <w:r w:rsidRPr="007924E7">
              <w:rPr>
                <w:lang w:val="ru-RU"/>
              </w:rPr>
              <w:br/>
            </w:r>
            <w:r w:rsidRPr="007924E7">
              <w:rPr>
                <w:rFonts w:ascii="Times New Roman" w:eastAsia="Times New Roman" w:hAnsi="Times New Roman"/>
                <w:color w:val="000000"/>
                <w:w w:val="97"/>
                <w:sz w:val="16"/>
                <w:lang w:val="ru-RU"/>
              </w:rPr>
              <w:t xml:space="preserve">Выражать личное читательское </w:t>
            </w:r>
            <w:r w:rsidRPr="007924E7">
              <w:rPr>
                <w:lang w:val="ru-RU"/>
              </w:rPr>
              <w:br/>
            </w:r>
            <w:r w:rsidRPr="007924E7">
              <w:rPr>
                <w:rFonts w:ascii="Times New Roman" w:eastAsia="Times New Roman" w:hAnsi="Times New Roman"/>
                <w:color w:val="000000"/>
                <w:w w:val="97"/>
                <w:sz w:val="16"/>
                <w:lang w:val="ru-RU"/>
              </w:rPr>
              <w:t xml:space="preserve">отношение к </w:t>
            </w:r>
            <w:r w:rsidRPr="007924E7">
              <w:rPr>
                <w:lang w:val="ru-RU"/>
              </w:rPr>
              <w:br/>
            </w:r>
            <w:r w:rsidRPr="007924E7">
              <w:rPr>
                <w:rFonts w:ascii="Times New Roman" w:eastAsia="Times New Roman" w:hAnsi="Times New Roman"/>
                <w:color w:val="000000"/>
                <w:w w:val="97"/>
                <w:sz w:val="16"/>
                <w:lang w:val="ru-RU"/>
              </w:rPr>
              <w:t xml:space="preserve">прочитанному; </w:t>
            </w:r>
            <w:r w:rsidRPr="007924E7">
              <w:rPr>
                <w:lang w:val="ru-RU"/>
              </w:rPr>
              <w:br/>
            </w:r>
            <w:r w:rsidRPr="007924E7">
              <w:rPr>
                <w:rFonts w:ascii="Times New Roman" w:eastAsia="Times New Roman" w:hAnsi="Times New Roman"/>
                <w:color w:val="000000"/>
                <w:w w:val="97"/>
                <w:sz w:val="16"/>
                <w:lang w:val="ru-RU"/>
              </w:rPr>
              <w:t xml:space="preserve">Заучивать одно из; стихотворений </w:t>
            </w:r>
            <w:r w:rsidRPr="007924E7">
              <w:rPr>
                <w:lang w:val="ru-RU"/>
              </w:rPr>
              <w:br/>
            </w:r>
            <w:r w:rsidRPr="007924E7">
              <w:rPr>
                <w:rFonts w:ascii="Times New Roman" w:eastAsia="Times New Roman" w:hAnsi="Times New Roman"/>
                <w:color w:val="000000"/>
                <w:w w:val="97"/>
                <w:sz w:val="16"/>
                <w:lang w:val="ru-RU"/>
              </w:rPr>
              <w:t xml:space="preserve">наизусть;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0" w:lineRule="auto"/>
              <w:ind w:left="72"/>
              <w:rPr>
                <w:lang w:val="ru-RU"/>
              </w:rPr>
            </w:pPr>
            <w:r w:rsidRPr="007924E7">
              <w:rPr>
                <w:rFonts w:ascii="Times New Roman" w:eastAsia="Times New Roman" w:hAnsi="Times New Roman"/>
                <w:color w:val="000000"/>
                <w:w w:val="97"/>
                <w:sz w:val="16"/>
                <w:lang w:val="ru-RU"/>
              </w:rPr>
              <w:t xml:space="preserve">Самооценка с </w:t>
            </w:r>
            <w:r w:rsidRPr="007924E7">
              <w:rPr>
                <w:lang w:val="ru-RU"/>
              </w:rPr>
              <w:br/>
            </w:r>
            <w:proofErr w:type="spellStart"/>
            <w:r w:rsidRPr="007924E7">
              <w:rPr>
                <w:rFonts w:ascii="Times New Roman" w:eastAsia="Times New Roman" w:hAnsi="Times New Roman"/>
                <w:color w:val="000000"/>
                <w:w w:val="97"/>
                <w:sz w:val="16"/>
                <w:lang w:val="ru-RU"/>
              </w:rPr>
              <w:t>использованием</w:t>
            </w:r>
            <w:proofErr w:type="gramStart"/>
            <w:r w:rsidRPr="007924E7">
              <w:rPr>
                <w:rFonts w:ascii="Times New Roman" w:eastAsia="Times New Roman" w:hAnsi="Times New Roman"/>
                <w:color w:val="000000"/>
                <w:w w:val="97"/>
                <w:sz w:val="16"/>
                <w:lang w:val="ru-RU"/>
              </w:rPr>
              <w:t>«О</w:t>
            </w:r>
            <w:proofErr w:type="gramEnd"/>
            <w:r w:rsidRPr="007924E7">
              <w:rPr>
                <w:rFonts w:ascii="Times New Roman" w:eastAsia="Times New Roman" w:hAnsi="Times New Roman"/>
                <w:color w:val="000000"/>
                <w:w w:val="97"/>
                <w:sz w:val="16"/>
                <w:lang w:val="ru-RU"/>
              </w:rPr>
              <w:t>ценочного</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листа»;</w:t>
            </w:r>
          </w:p>
        </w:tc>
        <w:tc>
          <w:tcPr>
            <w:tcW w:w="2258"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https://resh-shkola.ru</w:t>
            </w:r>
          </w:p>
        </w:tc>
      </w:tr>
      <w:tr w:rsidR="00C76F25">
        <w:trPr>
          <w:trHeight w:hRule="exact" w:val="1482"/>
        </w:trPr>
        <w:tc>
          <w:tcPr>
            <w:tcW w:w="396" w:type="dxa"/>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5.2.</w:t>
            </w:r>
          </w:p>
        </w:tc>
        <w:tc>
          <w:tcPr>
            <w:tcW w:w="6436" w:type="dxa"/>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Развитие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речи</w:t>
            </w:r>
            <w:proofErr w:type="spellEnd"/>
          </w:p>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28.12.2022</w:t>
            </w:r>
          </w:p>
        </w:tc>
        <w:tc>
          <w:tcPr>
            <w:tcW w:w="1536" w:type="dxa"/>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Pr="007924E7" w:rsidRDefault="0044668A">
            <w:pPr>
              <w:autoSpaceDE w:val="0"/>
              <w:autoSpaceDN w:val="0"/>
              <w:spacing w:before="78" w:after="0" w:line="252" w:lineRule="auto"/>
              <w:ind w:left="72" w:right="144"/>
              <w:rPr>
                <w:lang w:val="ru-RU"/>
              </w:rPr>
            </w:pPr>
            <w:r w:rsidRPr="007924E7">
              <w:rPr>
                <w:rFonts w:ascii="Times New Roman" w:eastAsia="Times New Roman" w:hAnsi="Times New Roman"/>
                <w:color w:val="000000"/>
                <w:w w:val="97"/>
                <w:sz w:val="16"/>
                <w:lang w:val="ru-RU"/>
              </w:rPr>
              <w:t xml:space="preserve">Выявлять </w:t>
            </w:r>
            <w:r w:rsidRPr="007924E7">
              <w:rPr>
                <w:lang w:val="ru-RU"/>
              </w:rPr>
              <w:br/>
            </w:r>
            <w:r w:rsidRPr="007924E7">
              <w:rPr>
                <w:rFonts w:ascii="Times New Roman" w:eastAsia="Times New Roman" w:hAnsi="Times New Roman"/>
                <w:color w:val="000000"/>
                <w:w w:val="97"/>
                <w:sz w:val="16"/>
                <w:lang w:val="ru-RU"/>
              </w:rPr>
              <w:t xml:space="preserve">художественные средства </w:t>
            </w:r>
            <w:r w:rsidRPr="007924E7">
              <w:rPr>
                <w:lang w:val="ru-RU"/>
              </w:rPr>
              <w:br/>
            </w:r>
            <w:r w:rsidRPr="007924E7">
              <w:rPr>
                <w:rFonts w:ascii="Times New Roman" w:eastAsia="Times New Roman" w:hAnsi="Times New Roman"/>
                <w:color w:val="000000"/>
                <w:w w:val="97"/>
                <w:sz w:val="16"/>
                <w:lang w:val="ru-RU"/>
              </w:rPr>
              <w:t xml:space="preserve">выразительности; 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стихотворение</w:t>
            </w:r>
          </w:p>
        </w:tc>
        <w:tc>
          <w:tcPr>
            <w:tcW w:w="1238" w:type="dxa"/>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Pr="007924E7" w:rsidRDefault="0044668A">
            <w:pPr>
              <w:autoSpaceDE w:val="0"/>
              <w:autoSpaceDN w:val="0"/>
              <w:spacing w:before="78" w:after="0" w:line="250" w:lineRule="auto"/>
              <w:ind w:left="72" w:right="144"/>
              <w:rPr>
                <w:lang w:val="ru-RU"/>
              </w:rPr>
            </w:pPr>
            <w:r w:rsidRPr="007924E7">
              <w:rPr>
                <w:rFonts w:ascii="Times New Roman" w:eastAsia="Times New Roman" w:hAnsi="Times New Roman"/>
                <w:color w:val="000000"/>
                <w:w w:val="97"/>
                <w:sz w:val="16"/>
                <w:lang w:val="ru-RU"/>
              </w:rPr>
              <w:t xml:space="preserve">Устный опрос; выразительное чтение </w:t>
            </w:r>
            <w:r w:rsidRPr="007924E7">
              <w:rPr>
                <w:lang w:val="ru-RU"/>
              </w:rPr>
              <w:br/>
            </w:r>
            <w:r w:rsidRPr="007924E7">
              <w:rPr>
                <w:rFonts w:ascii="Times New Roman" w:eastAsia="Times New Roman" w:hAnsi="Times New Roman"/>
                <w:color w:val="000000"/>
                <w:w w:val="97"/>
                <w:sz w:val="16"/>
                <w:lang w:val="ru-RU"/>
              </w:rPr>
              <w:t>наизусть;</w:t>
            </w:r>
          </w:p>
        </w:tc>
        <w:tc>
          <w:tcPr>
            <w:tcW w:w="2258" w:type="dxa"/>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https://www.yaklass.ru</w:t>
            </w:r>
          </w:p>
        </w:tc>
      </w:tr>
    </w:tbl>
    <w:p w:rsidR="00C76F25" w:rsidRDefault="00C76F25">
      <w:pPr>
        <w:autoSpaceDE w:val="0"/>
        <w:autoSpaceDN w:val="0"/>
        <w:spacing w:after="0" w:line="14" w:lineRule="exact"/>
      </w:pPr>
    </w:p>
    <w:p w:rsidR="00C76F25" w:rsidRDefault="00C76F25">
      <w:pPr>
        <w:sectPr w:rsidR="00C76F25">
          <w:pgSz w:w="16840" w:h="11900"/>
          <w:pgMar w:top="284" w:right="640" w:bottom="1312"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628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5.3.</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right="432"/>
              <w:jc w:val="center"/>
            </w:pPr>
            <w:r w:rsidRPr="007924E7">
              <w:rPr>
                <w:rFonts w:ascii="Times New Roman" w:eastAsia="Times New Roman" w:hAnsi="Times New Roman"/>
                <w:color w:val="000000"/>
                <w:w w:val="97"/>
                <w:sz w:val="16"/>
                <w:lang w:val="ru-RU"/>
              </w:rPr>
              <w:t xml:space="preserve">Юмористические рассказы отечественных писателей </w:t>
            </w:r>
            <w:r>
              <w:rPr>
                <w:rFonts w:ascii="Times New Roman" w:eastAsia="Times New Roman" w:hAnsi="Times New Roman"/>
                <w:color w:val="000000"/>
                <w:w w:val="97"/>
                <w:sz w:val="16"/>
              </w:rPr>
              <w:t>XIX</w:t>
            </w:r>
            <w:r w:rsidRPr="007924E7">
              <w:rPr>
                <w:rFonts w:ascii="Times New Roman" w:eastAsia="Times New Roman" w:hAnsi="Times New Roman"/>
                <w:color w:val="000000"/>
                <w:w w:val="97"/>
                <w:sz w:val="16"/>
                <w:lang w:val="ru-RU"/>
              </w:rPr>
              <w:t>—</w:t>
            </w:r>
            <w:r>
              <w:rPr>
                <w:rFonts w:ascii="Times New Roman" w:eastAsia="Times New Roman" w:hAnsi="Times New Roman"/>
                <w:color w:val="000000"/>
                <w:w w:val="97"/>
                <w:sz w:val="16"/>
              </w:rPr>
              <w:t>XX</w:t>
            </w:r>
            <w:r w:rsidRPr="007924E7">
              <w:rPr>
                <w:rFonts w:ascii="Times New Roman" w:eastAsia="Times New Roman" w:hAnsi="Times New Roman"/>
                <w:color w:val="000000"/>
                <w:w w:val="97"/>
                <w:sz w:val="16"/>
                <w:lang w:val="ru-RU"/>
              </w:rPr>
              <w:t xml:space="preserve"> веков.  А. П. Чехов (два рассказа по выбору). </w:t>
            </w:r>
            <w:proofErr w:type="spellStart"/>
            <w:r>
              <w:rPr>
                <w:rFonts w:ascii="Times New Roman" w:eastAsia="Times New Roman" w:hAnsi="Times New Roman"/>
                <w:color w:val="000000"/>
                <w:w w:val="97"/>
                <w:sz w:val="16"/>
              </w:rPr>
              <w:t>Например</w:t>
            </w:r>
            <w:proofErr w:type="spellEnd"/>
            <w:r>
              <w:rPr>
                <w:rFonts w:ascii="Times New Roman" w:eastAsia="Times New Roman" w:hAnsi="Times New Roman"/>
                <w:color w:val="000000"/>
                <w:w w:val="97"/>
                <w:sz w:val="16"/>
              </w:rPr>
              <w:t>, «</w:t>
            </w:r>
            <w:proofErr w:type="spellStart"/>
            <w:r>
              <w:rPr>
                <w:rFonts w:ascii="Times New Roman" w:eastAsia="Times New Roman" w:hAnsi="Times New Roman"/>
                <w:color w:val="000000"/>
                <w:w w:val="97"/>
                <w:sz w:val="16"/>
              </w:rPr>
              <w:t>Лошадиная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фамилия</w:t>
            </w:r>
            <w:proofErr w:type="spellEnd"/>
            <w:r>
              <w:rPr>
                <w:rFonts w:ascii="Times New Roman" w:eastAsia="Times New Roman" w:hAnsi="Times New Roman"/>
                <w:color w:val="000000"/>
                <w:w w:val="97"/>
                <w:sz w:val="16"/>
              </w:rPr>
              <w:t>», «</w:t>
            </w:r>
            <w:proofErr w:type="spellStart"/>
            <w:r>
              <w:rPr>
                <w:rFonts w:ascii="Times New Roman" w:eastAsia="Times New Roman" w:hAnsi="Times New Roman"/>
                <w:color w:val="000000"/>
                <w:w w:val="97"/>
                <w:sz w:val="16"/>
              </w:rPr>
              <w:t>Мальчики</w:t>
            </w:r>
            <w:proofErr w:type="spellEnd"/>
            <w:r>
              <w:rPr>
                <w:rFonts w:ascii="Times New Roman" w:eastAsia="Times New Roman" w:hAnsi="Times New Roman"/>
                <w:color w:val="000000"/>
                <w:w w:val="97"/>
                <w:sz w:val="16"/>
              </w:rPr>
              <w:t>», «</w:t>
            </w:r>
            <w:proofErr w:type="spellStart"/>
            <w:r>
              <w:rPr>
                <w:rFonts w:ascii="Times New Roman" w:eastAsia="Times New Roman" w:hAnsi="Times New Roman"/>
                <w:color w:val="000000"/>
                <w:w w:val="97"/>
                <w:sz w:val="16"/>
              </w:rPr>
              <w:t>Хирургия</w:t>
            </w:r>
            <w:proofErr w:type="spellEnd"/>
            <w:r>
              <w:rPr>
                <w:rFonts w:ascii="Times New Roman" w:eastAsia="Times New Roman" w:hAnsi="Times New Roman"/>
                <w:color w:val="000000"/>
                <w:w w:val="97"/>
                <w:sz w:val="16"/>
              </w:rPr>
              <w:t xml:space="preserve">» и </w:t>
            </w:r>
            <w:proofErr w:type="spellStart"/>
            <w:r>
              <w:rPr>
                <w:rFonts w:ascii="Times New Roman" w:eastAsia="Times New Roman" w:hAnsi="Times New Roman"/>
                <w:color w:val="000000"/>
                <w:w w:val="97"/>
                <w:sz w:val="16"/>
              </w:rPr>
              <w:t>др</w:t>
            </w:r>
            <w:proofErr w:type="spellEnd"/>
            <w:r>
              <w:rPr>
                <w:rFonts w:ascii="Times New Roman" w:eastAsia="Times New Roman" w:hAnsi="Times New Roman"/>
                <w:color w:val="000000"/>
                <w:w w:val="97"/>
                <w:sz w:val="16"/>
              </w:rPr>
              <w:t xml:space="preserve">.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09.01.2023 11.01.2023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рассказ; </w:t>
            </w:r>
            <w:r w:rsidRPr="007924E7">
              <w:rPr>
                <w:lang w:val="ru-RU"/>
              </w:rPr>
              <w:br/>
            </w:r>
            <w:r w:rsidRPr="007924E7">
              <w:rPr>
                <w:rFonts w:ascii="Times New Roman" w:eastAsia="Times New Roman" w:hAnsi="Times New Roman"/>
                <w:color w:val="000000"/>
                <w:w w:val="97"/>
                <w:sz w:val="16"/>
                <w:lang w:val="ru-RU"/>
              </w:rPr>
              <w:t xml:space="preserve">отвечать на вопросы по; </w:t>
            </w:r>
            <w:r w:rsidRPr="007924E7">
              <w:rPr>
                <w:lang w:val="ru-RU"/>
              </w:rPr>
              <w:br/>
            </w:r>
            <w:r w:rsidRPr="007924E7">
              <w:rPr>
                <w:rFonts w:ascii="Times New Roman" w:eastAsia="Times New Roman" w:hAnsi="Times New Roman"/>
                <w:color w:val="000000"/>
                <w:w w:val="97"/>
                <w:sz w:val="16"/>
                <w:lang w:val="ru-RU"/>
              </w:rPr>
              <w:t xml:space="preserve">прочитанному </w:t>
            </w:r>
            <w:r w:rsidRPr="007924E7">
              <w:rPr>
                <w:lang w:val="ru-RU"/>
              </w:rPr>
              <w:br/>
            </w:r>
            <w:r w:rsidRPr="007924E7">
              <w:rPr>
                <w:rFonts w:ascii="Times New Roman" w:eastAsia="Times New Roman" w:hAnsi="Times New Roman"/>
                <w:color w:val="000000"/>
                <w:w w:val="97"/>
                <w:sz w:val="16"/>
                <w:lang w:val="ru-RU"/>
              </w:rPr>
              <w:t xml:space="preserve">произведению; </w:t>
            </w:r>
            <w:r w:rsidRPr="007924E7">
              <w:rPr>
                <w:lang w:val="ru-RU"/>
              </w:rPr>
              <w:br/>
            </w:r>
            <w:r w:rsidRPr="007924E7">
              <w:rPr>
                <w:rFonts w:ascii="Times New Roman" w:eastAsia="Times New Roman" w:hAnsi="Times New Roman"/>
                <w:color w:val="000000"/>
                <w:w w:val="97"/>
                <w:sz w:val="16"/>
                <w:lang w:val="ru-RU"/>
              </w:rPr>
              <w:t xml:space="preserve">задавать вопросы с целью; </w:t>
            </w:r>
            <w:r w:rsidRPr="007924E7">
              <w:rPr>
                <w:lang w:val="ru-RU"/>
              </w:rPr>
              <w:br/>
            </w:r>
            <w:r w:rsidRPr="007924E7">
              <w:rPr>
                <w:rFonts w:ascii="Times New Roman" w:eastAsia="Times New Roman" w:hAnsi="Times New Roman"/>
                <w:color w:val="000000"/>
                <w:w w:val="97"/>
                <w:sz w:val="16"/>
                <w:lang w:val="ru-RU"/>
              </w:rPr>
              <w:t xml:space="preserve">понимания </w:t>
            </w:r>
            <w:r w:rsidRPr="007924E7">
              <w:rPr>
                <w:lang w:val="ru-RU"/>
              </w:rPr>
              <w:br/>
            </w:r>
            <w:r w:rsidRPr="007924E7">
              <w:rPr>
                <w:rFonts w:ascii="Times New Roman" w:eastAsia="Times New Roman" w:hAnsi="Times New Roman"/>
                <w:color w:val="000000"/>
                <w:w w:val="97"/>
                <w:sz w:val="16"/>
                <w:lang w:val="ru-RU"/>
              </w:rPr>
              <w:t xml:space="preserve">содержания; </w:t>
            </w:r>
            <w:r w:rsidRPr="007924E7">
              <w:rPr>
                <w:lang w:val="ru-RU"/>
              </w:rPr>
              <w:br/>
            </w:r>
            <w:r w:rsidRPr="007924E7">
              <w:rPr>
                <w:rFonts w:ascii="Times New Roman" w:eastAsia="Times New Roman" w:hAnsi="Times New Roman"/>
                <w:color w:val="000000"/>
                <w:w w:val="97"/>
                <w:sz w:val="16"/>
                <w:lang w:val="ru-RU"/>
              </w:rPr>
              <w:t xml:space="preserve">произведений;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близко к тексту</w:t>
            </w:r>
            <w:proofErr w:type="gramStart"/>
            <w:r w:rsidRPr="007924E7">
              <w:rPr>
                <w:rFonts w:ascii="Times New Roman" w:eastAsia="Times New Roman" w:hAnsi="Times New Roman"/>
                <w:color w:val="000000"/>
                <w:w w:val="97"/>
                <w:sz w:val="16"/>
                <w:lang w:val="ru-RU"/>
              </w:rPr>
              <w:t xml:space="preserve">;; </w:t>
            </w:r>
            <w:r w:rsidRPr="007924E7">
              <w:rPr>
                <w:lang w:val="ru-RU"/>
              </w:rPr>
              <w:br/>
            </w:r>
            <w:proofErr w:type="gramEnd"/>
            <w:r w:rsidRPr="007924E7">
              <w:rPr>
                <w:rFonts w:ascii="Times New Roman" w:eastAsia="Times New Roman" w:hAnsi="Times New Roman"/>
                <w:color w:val="000000"/>
                <w:w w:val="97"/>
                <w:sz w:val="16"/>
                <w:lang w:val="ru-RU"/>
              </w:rPr>
              <w:t xml:space="preserve">Определять роль </w:t>
            </w:r>
            <w:r w:rsidRPr="007924E7">
              <w:rPr>
                <w:lang w:val="ru-RU"/>
              </w:rPr>
              <w:br/>
            </w:r>
            <w:r w:rsidRPr="007924E7">
              <w:rPr>
                <w:rFonts w:ascii="Times New Roman" w:eastAsia="Times New Roman" w:hAnsi="Times New Roman"/>
                <w:color w:val="000000"/>
                <w:w w:val="97"/>
                <w:sz w:val="16"/>
                <w:lang w:val="ru-RU"/>
              </w:rPr>
              <w:t xml:space="preserve">названия в; </w:t>
            </w:r>
            <w:r w:rsidRPr="007924E7">
              <w:rPr>
                <w:lang w:val="ru-RU"/>
              </w:rPr>
              <w:br/>
            </w:r>
            <w:r w:rsidRPr="007924E7">
              <w:rPr>
                <w:rFonts w:ascii="Times New Roman" w:eastAsia="Times New Roman" w:hAnsi="Times New Roman"/>
                <w:color w:val="000000"/>
                <w:w w:val="97"/>
                <w:sz w:val="16"/>
                <w:lang w:val="ru-RU"/>
              </w:rPr>
              <w:t xml:space="preserve">литературном </w:t>
            </w:r>
            <w:r w:rsidRPr="007924E7">
              <w:rPr>
                <w:lang w:val="ru-RU"/>
              </w:rPr>
              <w:br/>
            </w:r>
            <w:r w:rsidRPr="007924E7">
              <w:rPr>
                <w:rFonts w:ascii="Times New Roman" w:eastAsia="Times New Roman" w:hAnsi="Times New Roman"/>
                <w:color w:val="000000"/>
                <w:w w:val="97"/>
                <w:sz w:val="16"/>
                <w:lang w:val="ru-RU"/>
              </w:rPr>
              <w:t xml:space="preserve">произведении;; </w:t>
            </w:r>
            <w:r w:rsidRPr="007924E7">
              <w:rPr>
                <w:lang w:val="ru-RU"/>
              </w:rPr>
              <w:br/>
            </w:r>
            <w:r w:rsidRPr="007924E7">
              <w:rPr>
                <w:rFonts w:ascii="Times New Roman" w:eastAsia="Times New Roman" w:hAnsi="Times New Roman"/>
                <w:color w:val="000000"/>
                <w:w w:val="97"/>
                <w:sz w:val="16"/>
                <w:lang w:val="ru-RU"/>
              </w:rPr>
              <w:t xml:space="preserve">Анализировать </w:t>
            </w:r>
            <w:r w:rsidRPr="007924E7">
              <w:rPr>
                <w:lang w:val="ru-RU"/>
              </w:rPr>
              <w:br/>
            </w:r>
            <w:r w:rsidRPr="007924E7">
              <w:rPr>
                <w:rFonts w:ascii="Times New Roman" w:eastAsia="Times New Roman" w:hAnsi="Times New Roman"/>
                <w:color w:val="000000"/>
                <w:w w:val="97"/>
                <w:sz w:val="16"/>
                <w:lang w:val="ru-RU"/>
              </w:rPr>
              <w:t xml:space="preserve">произведение с </w:t>
            </w:r>
            <w:r w:rsidRPr="007924E7">
              <w:rPr>
                <w:lang w:val="ru-RU"/>
              </w:rPr>
              <w:br/>
            </w:r>
            <w:r w:rsidRPr="007924E7">
              <w:rPr>
                <w:rFonts w:ascii="Times New Roman" w:eastAsia="Times New Roman" w:hAnsi="Times New Roman"/>
                <w:color w:val="000000"/>
                <w:w w:val="97"/>
                <w:sz w:val="16"/>
                <w:lang w:val="ru-RU"/>
              </w:rPr>
              <w:t xml:space="preserve">учётом его </w:t>
            </w:r>
            <w:r w:rsidRPr="007924E7">
              <w:rPr>
                <w:lang w:val="ru-RU"/>
              </w:rPr>
              <w:br/>
            </w:r>
            <w:r w:rsidRPr="007924E7">
              <w:rPr>
                <w:rFonts w:ascii="Times New Roman" w:eastAsia="Times New Roman" w:hAnsi="Times New Roman"/>
                <w:color w:val="000000"/>
                <w:w w:val="97"/>
                <w:sz w:val="16"/>
                <w:lang w:val="ru-RU"/>
              </w:rPr>
              <w:t xml:space="preserve">жанровых; </w:t>
            </w:r>
            <w:r w:rsidRPr="007924E7">
              <w:rPr>
                <w:lang w:val="ru-RU"/>
              </w:rPr>
              <w:br/>
            </w:r>
            <w:r w:rsidRPr="007924E7">
              <w:rPr>
                <w:rFonts w:ascii="Times New Roman" w:eastAsia="Times New Roman" w:hAnsi="Times New Roman"/>
                <w:color w:val="000000"/>
                <w:w w:val="97"/>
                <w:sz w:val="16"/>
                <w:lang w:val="ru-RU"/>
              </w:rPr>
              <w:t xml:space="preserve">особенностей; </w:t>
            </w:r>
            <w:r w:rsidRPr="007924E7">
              <w:rPr>
                <w:lang w:val="ru-RU"/>
              </w:rPr>
              <w:br/>
            </w:r>
            <w:r w:rsidRPr="007924E7">
              <w:rPr>
                <w:rFonts w:ascii="Times New Roman" w:eastAsia="Times New Roman" w:hAnsi="Times New Roman"/>
                <w:color w:val="000000"/>
                <w:w w:val="97"/>
                <w:sz w:val="16"/>
                <w:lang w:val="ru-RU"/>
              </w:rPr>
              <w:t xml:space="preserve">с использованием </w:t>
            </w:r>
            <w:r w:rsidRPr="007924E7">
              <w:rPr>
                <w:lang w:val="ru-RU"/>
              </w:rPr>
              <w:br/>
            </w:r>
            <w:r w:rsidRPr="007924E7">
              <w:rPr>
                <w:rFonts w:ascii="Times New Roman" w:eastAsia="Times New Roman" w:hAnsi="Times New Roman"/>
                <w:color w:val="000000"/>
                <w:w w:val="97"/>
                <w:sz w:val="16"/>
                <w:lang w:val="ru-RU"/>
              </w:rPr>
              <w:t xml:space="preserve">методов смыслового чтения и </w:t>
            </w:r>
            <w:r w:rsidRPr="007924E7">
              <w:rPr>
                <w:lang w:val="ru-RU"/>
              </w:rPr>
              <w:br/>
            </w:r>
            <w:r w:rsidRPr="007924E7">
              <w:rPr>
                <w:rFonts w:ascii="Times New Roman" w:eastAsia="Times New Roman" w:hAnsi="Times New Roman"/>
                <w:color w:val="000000"/>
                <w:w w:val="97"/>
                <w:sz w:val="16"/>
                <w:lang w:val="ru-RU"/>
              </w:rPr>
              <w:t xml:space="preserve">эстетического </w:t>
            </w:r>
            <w:r w:rsidRPr="007924E7">
              <w:rPr>
                <w:lang w:val="ru-RU"/>
              </w:rPr>
              <w:br/>
            </w:r>
            <w:r w:rsidRPr="007924E7">
              <w:rPr>
                <w:rFonts w:ascii="Times New Roman" w:eastAsia="Times New Roman" w:hAnsi="Times New Roman"/>
                <w:color w:val="000000"/>
                <w:w w:val="97"/>
                <w:sz w:val="16"/>
                <w:lang w:val="ru-RU"/>
              </w:rPr>
              <w:t xml:space="preserve">анализа; </w:t>
            </w:r>
            <w:r w:rsidRPr="007924E7">
              <w:rPr>
                <w:lang w:val="ru-RU"/>
              </w:rPr>
              <w:br/>
            </w:r>
            <w:r w:rsidRPr="007924E7">
              <w:rPr>
                <w:rFonts w:ascii="Times New Roman" w:eastAsia="Times New Roman" w:hAnsi="Times New Roman"/>
                <w:color w:val="000000"/>
                <w:w w:val="97"/>
                <w:sz w:val="16"/>
                <w:lang w:val="ru-RU"/>
              </w:rPr>
              <w:t xml:space="preserve">давать собственную интерпретацию и </w:t>
            </w:r>
            <w:r w:rsidRPr="007924E7">
              <w:rPr>
                <w:lang w:val="ru-RU"/>
              </w:rPr>
              <w:br/>
            </w:r>
            <w:r w:rsidRPr="007924E7">
              <w:rPr>
                <w:rFonts w:ascii="Times New Roman" w:eastAsia="Times New Roman" w:hAnsi="Times New Roman"/>
                <w:color w:val="000000"/>
                <w:w w:val="97"/>
                <w:sz w:val="16"/>
                <w:lang w:val="ru-RU"/>
              </w:rPr>
              <w:t xml:space="preserve">оценку </w:t>
            </w:r>
            <w:r w:rsidRPr="007924E7">
              <w:rPr>
                <w:lang w:val="ru-RU"/>
              </w:rPr>
              <w:br/>
            </w:r>
            <w:r w:rsidRPr="007924E7">
              <w:rPr>
                <w:rFonts w:ascii="Times New Roman" w:eastAsia="Times New Roman" w:hAnsi="Times New Roman"/>
                <w:color w:val="000000"/>
                <w:w w:val="97"/>
                <w:sz w:val="16"/>
                <w:lang w:val="ru-RU"/>
              </w:rPr>
              <w:t xml:space="preserve">произведениям; </w:t>
            </w:r>
            <w:r w:rsidRPr="007924E7">
              <w:rPr>
                <w:lang w:val="ru-RU"/>
              </w:rPr>
              <w:br/>
            </w:r>
            <w:r w:rsidRPr="007924E7">
              <w:rPr>
                <w:rFonts w:ascii="Times New Roman" w:eastAsia="Times New Roman" w:hAnsi="Times New Roman"/>
                <w:color w:val="000000"/>
                <w:w w:val="97"/>
                <w:sz w:val="16"/>
                <w:lang w:val="ru-RU"/>
              </w:rPr>
              <w:t>;</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0" w:lineRule="auto"/>
              <w:ind w:left="72"/>
              <w:rPr>
                <w:lang w:val="ru-RU"/>
              </w:rPr>
            </w:pPr>
            <w:r w:rsidRPr="007924E7">
              <w:rPr>
                <w:rFonts w:ascii="Times New Roman" w:eastAsia="Times New Roman" w:hAnsi="Times New Roman"/>
                <w:color w:val="000000"/>
                <w:w w:val="97"/>
                <w:sz w:val="16"/>
                <w:lang w:val="ru-RU"/>
              </w:rPr>
              <w:t xml:space="preserve">Самооценка с </w:t>
            </w:r>
            <w:r w:rsidRPr="007924E7">
              <w:rPr>
                <w:lang w:val="ru-RU"/>
              </w:rPr>
              <w:br/>
            </w:r>
            <w:proofErr w:type="spellStart"/>
            <w:r w:rsidRPr="007924E7">
              <w:rPr>
                <w:rFonts w:ascii="Times New Roman" w:eastAsia="Times New Roman" w:hAnsi="Times New Roman"/>
                <w:color w:val="000000"/>
                <w:w w:val="97"/>
                <w:sz w:val="16"/>
                <w:lang w:val="ru-RU"/>
              </w:rPr>
              <w:t>использованием</w:t>
            </w:r>
            <w:proofErr w:type="gramStart"/>
            <w:r w:rsidRPr="007924E7">
              <w:rPr>
                <w:rFonts w:ascii="Times New Roman" w:eastAsia="Times New Roman" w:hAnsi="Times New Roman"/>
                <w:color w:val="000000"/>
                <w:w w:val="97"/>
                <w:sz w:val="16"/>
                <w:lang w:val="ru-RU"/>
              </w:rPr>
              <w:t>«О</w:t>
            </w:r>
            <w:proofErr w:type="gramEnd"/>
            <w:r w:rsidRPr="007924E7">
              <w:rPr>
                <w:rFonts w:ascii="Times New Roman" w:eastAsia="Times New Roman" w:hAnsi="Times New Roman"/>
                <w:color w:val="000000"/>
                <w:w w:val="97"/>
                <w:sz w:val="16"/>
                <w:lang w:val="ru-RU"/>
              </w:rPr>
              <w:t>ценочного</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листа»;</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https://edu.skysmart.ru</w:t>
            </w:r>
          </w:p>
        </w:tc>
      </w:tr>
    </w:tbl>
    <w:p w:rsidR="00C76F25" w:rsidRDefault="00C76F25">
      <w:pPr>
        <w:autoSpaceDE w:val="0"/>
        <w:autoSpaceDN w:val="0"/>
        <w:spacing w:after="0" w:line="14" w:lineRule="exact"/>
      </w:pPr>
    </w:p>
    <w:p w:rsidR="00C76F25" w:rsidRDefault="00C76F25">
      <w:pPr>
        <w:sectPr w:rsidR="00C76F25">
          <w:pgSz w:w="16840" w:h="11900"/>
          <w:pgMar w:top="284" w:right="640" w:bottom="144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935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5.4.</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5" w:lineRule="auto"/>
              <w:ind w:left="72" w:right="288"/>
              <w:rPr>
                <w:lang w:val="ru-RU"/>
              </w:rPr>
            </w:pPr>
            <w:r w:rsidRPr="007924E7">
              <w:rPr>
                <w:rFonts w:ascii="Times New Roman" w:eastAsia="Times New Roman" w:hAnsi="Times New Roman"/>
                <w:color w:val="000000"/>
                <w:w w:val="97"/>
                <w:sz w:val="16"/>
                <w:lang w:val="ru-RU"/>
              </w:rPr>
              <w:t>М. М. Зощенко (два рассказа по выбору). Например, «Галоша», «Лёля и Минька», «</w:t>
            </w:r>
            <w:proofErr w:type="spellStart"/>
            <w:r w:rsidRPr="007924E7">
              <w:rPr>
                <w:rFonts w:ascii="Times New Roman" w:eastAsia="Times New Roman" w:hAnsi="Times New Roman"/>
                <w:color w:val="000000"/>
                <w:w w:val="97"/>
                <w:sz w:val="16"/>
                <w:lang w:val="ru-RU"/>
              </w:rPr>
              <w:t>Ёлка»</w:t>
            </w:r>
            <w:proofErr w:type="gramStart"/>
            <w:r w:rsidRPr="007924E7">
              <w:rPr>
                <w:rFonts w:ascii="Times New Roman" w:eastAsia="Times New Roman" w:hAnsi="Times New Roman"/>
                <w:color w:val="000000"/>
                <w:w w:val="97"/>
                <w:sz w:val="16"/>
                <w:lang w:val="ru-RU"/>
              </w:rPr>
              <w:t>,«</w:t>
            </w:r>
            <w:proofErr w:type="gramEnd"/>
            <w:r w:rsidRPr="007924E7">
              <w:rPr>
                <w:rFonts w:ascii="Times New Roman" w:eastAsia="Times New Roman" w:hAnsi="Times New Roman"/>
                <w:color w:val="000000"/>
                <w:w w:val="97"/>
                <w:sz w:val="16"/>
                <w:lang w:val="ru-RU"/>
              </w:rPr>
              <w:t>Золотые</w:t>
            </w:r>
            <w:proofErr w:type="spellEnd"/>
            <w:r w:rsidRPr="007924E7">
              <w:rPr>
                <w:rFonts w:ascii="Times New Roman" w:eastAsia="Times New Roman" w:hAnsi="Times New Roman"/>
                <w:color w:val="000000"/>
                <w:w w:val="97"/>
                <w:sz w:val="16"/>
                <w:lang w:val="ru-RU"/>
              </w:rPr>
              <w:t xml:space="preserve"> слова», «Встреча» и др.</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13.01.2023 16.01.2023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proofErr w:type="gramStart"/>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рассказ; </w:t>
            </w:r>
            <w:r w:rsidRPr="007924E7">
              <w:rPr>
                <w:lang w:val="ru-RU"/>
              </w:rPr>
              <w:br/>
            </w:r>
            <w:r w:rsidRPr="007924E7">
              <w:rPr>
                <w:rFonts w:ascii="Times New Roman" w:eastAsia="Times New Roman" w:hAnsi="Times New Roman"/>
                <w:color w:val="000000"/>
                <w:w w:val="97"/>
                <w:sz w:val="16"/>
                <w:lang w:val="ru-RU"/>
              </w:rPr>
              <w:t xml:space="preserve">отвечать на вопросы по; </w:t>
            </w:r>
            <w:r w:rsidRPr="007924E7">
              <w:rPr>
                <w:lang w:val="ru-RU"/>
              </w:rPr>
              <w:br/>
            </w:r>
            <w:r w:rsidRPr="007924E7">
              <w:rPr>
                <w:rFonts w:ascii="Times New Roman" w:eastAsia="Times New Roman" w:hAnsi="Times New Roman"/>
                <w:color w:val="000000"/>
                <w:w w:val="97"/>
                <w:sz w:val="16"/>
                <w:lang w:val="ru-RU"/>
              </w:rPr>
              <w:t xml:space="preserve">прочитанному </w:t>
            </w:r>
            <w:r w:rsidRPr="007924E7">
              <w:rPr>
                <w:lang w:val="ru-RU"/>
              </w:rPr>
              <w:br/>
            </w:r>
            <w:r w:rsidRPr="007924E7">
              <w:rPr>
                <w:rFonts w:ascii="Times New Roman" w:eastAsia="Times New Roman" w:hAnsi="Times New Roman"/>
                <w:color w:val="000000"/>
                <w:w w:val="97"/>
                <w:sz w:val="16"/>
                <w:lang w:val="ru-RU"/>
              </w:rPr>
              <w:t xml:space="preserve">произведению; </w:t>
            </w:r>
            <w:r w:rsidRPr="007924E7">
              <w:rPr>
                <w:lang w:val="ru-RU"/>
              </w:rPr>
              <w:br/>
            </w:r>
            <w:r w:rsidRPr="007924E7">
              <w:rPr>
                <w:rFonts w:ascii="Times New Roman" w:eastAsia="Times New Roman" w:hAnsi="Times New Roman"/>
                <w:color w:val="000000"/>
                <w:w w:val="97"/>
                <w:sz w:val="16"/>
                <w:lang w:val="ru-RU"/>
              </w:rPr>
              <w:t xml:space="preserve">задавать вопросы с целью; </w:t>
            </w:r>
            <w:r w:rsidRPr="007924E7">
              <w:rPr>
                <w:lang w:val="ru-RU"/>
              </w:rPr>
              <w:br/>
            </w:r>
            <w:r w:rsidRPr="007924E7">
              <w:rPr>
                <w:rFonts w:ascii="Times New Roman" w:eastAsia="Times New Roman" w:hAnsi="Times New Roman"/>
                <w:color w:val="000000"/>
                <w:w w:val="97"/>
                <w:sz w:val="16"/>
                <w:lang w:val="ru-RU"/>
              </w:rPr>
              <w:t xml:space="preserve">понимания </w:t>
            </w:r>
            <w:r w:rsidRPr="007924E7">
              <w:rPr>
                <w:lang w:val="ru-RU"/>
              </w:rPr>
              <w:br/>
            </w:r>
            <w:r w:rsidRPr="007924E7">
              <w:rPr>
                <w:rFonts w:ascii="Times New Roman" w:eastAsia="Times New Roman" w:hAnsi="Times New Roman"/>
                <w:color w:val="000000"/>
                <w:w w:val="97"/>
                <w:sz w:val="16"/>
                <w:lang w:val="ru-RU"/>
              </w:rPr>
              <w:t xml:space="preserve">содержания; </w:t>
            </w:r>
            <w:r w:rsidRPr="007924E7">
              <w:rPr>
                <w:lang w:val="ru-RU"/>
              </w:rPr>
              <w:br/>
            </w:r>
            <w:r w:rsidRPr="007924E7">
              <w:rPr>
                <w:rFonts w:ascii="Times New Roman" w:eastAsia="Times New Roman" w:hAnsi="Times New Roman"/>
                <w:color w:val="000000"/>
                <w:w w:val="97"/>
                <w:sz w:val="16"/>
                <w:lang w:val="ru-RU"/>
              </w:rPr>
              <w:t xml:space="preserve">произведений;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близко к тексту;; </w:t>
            </w:r>
            <w:r w:rsidRPr="007924E7">
              <w:rPr>
                <w:lang w:val="ru-RU"/>
              </w:rPr>
              <w:br/>
            </w:r>
            <w:r w:rsidRPr="007924E7">
              <w:rPr>
                <w:rFonts w:ascii="Times New Roman" w:eastAsia="Times New Roman" w:hAnsi="Times New Roman"/>
                <w:color w:val="000000"/>
                <w:w w:val="97"/>
                <w:sz w:val="16"/>
                <w:lang w:val="ru-RU"/>
              </w:rPr>
              <w:t xml:space="preserve">определять роль </w:t>
            </w:r>
            <w:r w:rsidRPr="007924E7">
              <w:rPr>
                <w:lang w:val="ru-RU"/>
              </w:rPr>
              <w:br/>
            </w:r>
            <w:r w:rsidRPr="007924E7">
              <w:rPr>
                <w:rFonts w:ascii="Times New Roman" w:eastAsia="Times New Roman" w:hAnsi="Times New Roman"/>
                <w:color w:val="000000"/>
                <w:w w:val="97"/>
                <w:sz w:val="16"/>
                <w:lang w:val="ru-RU"/>
              </w:rPr>
              <w:t xml:space="preserve">названия в; </w:t>
            </w:r>
            <w:r w:rsidRPr="007924E7">
              <w:rPr>
                <w:lang w:val="ru-RU"/>
              </w:rPr>
              <w:br/>
            </w:r>
            <w:r w:rsidRPr="007924E7">
              <w:rPr>
                <w:rFonts w:ascii="Times New Roman" w:eastAsia="Times New Roman" w:hAnsi="Times New Roman"/>
                <w:color w:val="000000"/>
                <w:w w:val="97"/>
                <w:sz w:val="16"/>
                <w:lang w:val="ru-RU"/>
              </w:rPr>
              <w:t xml:space="preserve">литературном </w:t>
            </w:r>
            <w:r w:rsidRPr="007924E7">
              <w:rPr>
                <w:lang w:val="ru-RU"/>
              </w:rPr>
              <w:br/>
            </w:r>
            <w:r w:rsidRPr="007924E7">
              <w:rPr>
                <w:rFonts w:ascii="Times New Roman" w:eastAsia="Times New Roman" w:hAnsi="Times New Roman"/>
                <w:color w:val="000000"/>
                <w:w w:val="97"/>
                <w:sz w:val="16"/>
                <w:lang w:val="ru-RU"/>
              </w:rPr>
              <w:t xml:space="preserve">произведении;; </w:t>
            </w:r>
            <w:r w:rsidRPr="007924E7">
              <w:rPr>
                <w:lang w:val="ru-RU"/>
              </w:rPr>
              <w:br/>
            </w:r>
            <w:r w:rsidRPr="007924E7">
              <w:rPr>
                <w:rFonts w:ascii="Times New Roman" w:eastAsia="Times New Roman" w:hAnsi="Times New Roman"/>
                <w:color w:val="000000"/>
                <w:w w:val="97"/>
                <w:sz w:val="16"/>
                <w:lang w:val="ru-RU"/>
              </w:rPr>
              <w:t xml:space="preserve">анализировать </w:t>
            </w:r>
            <w:r w:rsidRPr="007924E7">
              <w:rPr>
                <w:lang w:val="ru-RU"/>
              </w:rPr>
              <w:br/>
            </w:r>
            <w:r w:rsidRPr="007924E7">
              <w:rPr>
                <w:rFonts w:ascii="Times New Roman" w:eastAsia="Times New Roman" w:hAnsi="Times New Roman"/>
                <w:color w:val="000000"/>
                <w:w w:val="97"/>
                <w:sz w:val="16"/>
                <w:lang w:val="ru-RU"/>
              </w:rPr>
              <w:t xml:space="preserve">произведение с </w:t>
            </w:r>
            <w:r w:rsidRPr="007924E7">
              <w:rPr>
                <w:lang w:val="ru-RU"/>
              </w:rPr>
              <w:br/>
            </w:r>
            <w:r w:rsidRPr="007924E7">
              <w:rPr>
                <w:rFonts w:ascii="Times New Roman" w:eastAsia="Times New Roman" w:hAnsi="Times New Roman"/>
                <w:color w:val="000000"/>
                <w:w w:val="97"/>
                <w:sz w:val="16"/>
                <w:lang w:val="ru-RU"/>
              </w:rPr>
              <w:t xml:space="preserve">учётом его </w:t>
            </w:r>
            <w:r w:rsidRPr="007924E7">
              <w:rPr>
                <w:lang w:val="ru-RU"/>
              </w:rPr>
              <w:br/>
            </w:r>
            <w:r w:rsidRPr="007924E7">
              <w:rPr>
                <w:rFonts w:ascii="Times New Roman" w:eastAsia="Times New Roman" w:hAnsi="Times New Roman"/>
                <w:color w:val="000000"/>
                <w:w w:val="97"/>
                <w:sz w:val="16"/>
                <w:lang w:val="ru-RU"/>
              </w:rPr>
              <w:t xml:space="preserve">жанровых; </w:t>
            </w:r>
            <w:r w:rsidRPr="007924E7">
              <w:rPr>
                <w:lang w:val="ru-RU"/>
              </w:rPr>
              <w:br/>
            </w:r>
            <w:r w:rsidRPr="007924E7">
              <w:rPr>
                <w:rFonts w:ascii="Times New Roman" w:eastAsia="Times New Roman" w:hAnsi="Times New Roman"/>
                <w:color w:val="000000"/>
                <w:w w:val="97"/>
                <w:sz w:val="16"/>
                <w:lang w:val="ru-RU"/>
              </w:rPr>
              <w:t xml:space="preserve">особенностей; </w:t>
            </w:r>
            <w:r w:rsidRPr="007924E7">
              <w:rPr>
                <w:lang w:val="ru-RU"/>
              </w:rPr>
              <w:br/>
            </w:r>
            <w:r w:rsidRPr="007924E7">
              <w:rPr>
                <w:rFonts w:ascii="Times New Roman" w:eastAsia="Times New Roman" w:hAnsi="Times New Roman"/>
                <w:color w:val="000000"/>
                <w:w w:val="97"/>
                <w:sz w:val="16"/>
                <w:lang w:val="ru-RU"/>
              </w:rPr>
              <w:t xml:space="preserve">с использованием </w:t>
            </w:r>
            <w:r w:rsidRPr="007924E7">
              <w:rPr>
                <w:lang w:val="ru-RU"/>
              </w:rPr>
              <w:br/>
            </w:r>
            <w:r w:rsidRPr="007924E7">
              <w:rPr>
                <w:rFonts w:ascii="Times New Roman" w:eastAsia="Times New Roman" w:hAnsi="Times New Roman"/>
                <w:color w:val="000000"/>
                <w:w w:val="97"/>
                <w:sz w:val="16"/>
                <w:lang w:val="ru-RU"/>
              </w:rPr>
              <w:t xml:space="preserve">методов смыслового чтения и </w:t>
            </w:r>
            <w:r w:rsidRPr="007924E7">
              <w:rPr>
                <w:lang w:val="ru-RU"/>
              </w:rPr>
              <w:br/>
            </w:r>
            <w:r w:rsidRPr="007924E7">
              <w:rPr>
                <w:rFonts w:ascii="Times New Roman" w:eastAsia="Times New Roman" w:hAnsi="Times New Roman"/>
                <w:color w:val="000000"/>
                <w:w w:val="97"/>
                <w:sz w:val="16"/>
                <w:lang w:val="ru-RU"/>
              </w:rPr>
              <w:t xml:space="preserve">эстетического </w:t>
            </w:r>
            <w:r w:rsidRPr="007924E7">
              <w:rPr>
                <w:lang w:val="ru-RU"/>
              </w:rPr>
              <w:br/>
            </w:r>
            <w:r w:rsidRPr="007924E7">
              <w:rPr>
                <w:rFonts w:ascii="Times New Roman" w:eastAsia="Times New Roman" w:hAnsi="Times New Roman"/>
                <w:color w:val="000000"/>
                <w:w w:val="97"/>
                <w:sz w:val="16"/>
                <w:lang w:val="ru-RU"/>
              </w:rPr>
              <w:t xml:space="preserve">анализа; </w:t>
            </w:r>
            <w:r w:rsidRPr="007924E7">
              <w:rPr>
                <w:lang w:val="ru-RU"/>
              </w:rPr>
              <w:br/>
            </w:r>
            <w:r w:rsidRPr="007924E7">
              <w:rPr>
                <w:rFonts w:ascii="Times New Roman" w:eastAsia="Times New Roman" w:hAnsi="Times New Roman"/>
                <w:color w:val="000000"/>
                <w:w w:val="97"/>
                <w:sz w:val="16"/>
                <w:lang w:val="ru-RU"/>
              </w:rPr>
              <w:t xml:space="preserve">давать собственную интерпретацию и </w:t>
            </w:r>
            <w:r w:rsidRPr="007924E7">
              <w:rPr>
                <w:lang w:val="ru-RU"/>
              </w:rPr>
              <w:br/>
            </w:r>
            <w:r w:rsidRPr="007924E7">
              <w:rPr>
                <w:rFonts w:ascii="Times New Roman" w:eastAsia="Times New Roman" w:hAnsi="Times New Roman"/>
                <w:color w:val="000000"/>
                <w:w w:val="97"/>
                <w:sz w:val="16"/>
                <w:lang w:val="ru-RU"/>
              </w:rPr>
              <w:t xml:space="preserve">оценку </w:t>
            </w:r>
            <w:r w:rsidRPr="007924E7">
              <w:rPr>
                <w:lang w:val="ru-RU"/>
              </w:rPr>
              <w:br/>
            </w:r>
            <w:r w:rsidRPr="007924E7">
              <w:rPr>
                <w:rFonts w:ascii="Times New Roman" w:eastAsia="Times New Roman" w:hAnsi="Times New Roman"/>
                <w:color w:val="000000"/>
                <w:w w:val="97"/>
                <w:sz w:val="16"/>
                <w:lang w:val="ru-RU"/>
              </w:rPr>
              <w:t xml:space="preserve">произведениям;; </w:t>
            </w:r>
            <w:r w:rsidRPr="007924E7">
              <w:rPr>
                <w:lang w:val="ru-RU"/>
              </w:rPr>
              <w:br/>
            </w:r>
            <w:r w:rsidRPr="007924E7">
              <w:rPr>
                <w:rFonts w:ascii="Times New Roman" w:eastAsia="Times New Roman" w:hAnsi="Times New Roman"/>
                <w:color w:val="000000"/>
                <w:w w:val="97"/>
                <w:sz w:val="16"/>
                <w:lang w:val="ru-RU"/>
              </w:rPr>
              <w:t xml:space="preserve">характеризовать </w:t>
            </w:r>
            <w:r w:rsidRPr="007924E7">
              <w:rPr>
                <w:lang w:val="ru-RU"/>
              </w:rPr>
              <w:br/>
            </w:r>
            <w:r w:rsidRPr="007924E7">
              <w:rPr>
                <w:rFonts w:ascii="Times New Roman" w:eastAsia="Times New Roman" w:hAnsi="Times New Roman"/>
                <w:color w:val="000000"/>
                <w:w w:val="97"/>
                <w:sz w:val="16"/>
                <w:lang w:val="ru-RU"/>
              </w:rPr>
              <w:t xml:space="preserve">героев; </w:t>
            </w:r>
            <w:r w:rsidRPr="007924E7">
              <w:rPr>
                <w:lang w:val="ru-RU"/>
              </w:rPr>
              <w:br/>
            </w:r>
            <w:r w:rsidRPr="007924E7">
              <w:rPr>
                <w:rFonts w:ascii="Times New Roman" w:eastAsia="Times New Roman" w:hAnsi="Times New Roman"/>
                <w:color w:val="000000"/>
                <w:w w:val="97"/>
                <w:sz w:val="16"/>
                <w:lang w:val="ru-RU"/>
              </w:rPr>
              <w:t xml:space="preserve">рассказа;; </w:t>
            </w:r>
            <w:r w:rsidRPr="007924E7">
              <w:rPr>
                <w:lang w:val="ru-RU"/>
              </w:rPr>
              <w:br/>
            </w:r>
            <w:r w:rsidRPr="007924E7">
              <w:rPr>
                <w:rFonts w:ascii="Times New Roman" w:eastAsia="Times New Roman" w:hAnsi="Times New Roman"/>
                <w:color w:val="000000"/>
                <w:w w:val="97"/>
                <w:sz w:val="16"/>
                <w:lang w:val="ru-RU"/>
              </w:rPr>
              <w:t xml:space="preserve">Сопоставлять </w:t>
            </w:r>
            <w:r w:rsidRPr="007924E7">
              <w:rPr>
                <w:lang w:val="ru-RU"/>
              </w:rPr>
              <w:br/>
            </w:r>
            <w:r w:rsidRPr="007924E7">
              <w:rPr>
                <w:rFonts w:ascii="Times New Roman" w:eastAsia="Times New Roman" w:hAnsi="Times New Roman"/>
                <w:color w:val="000000"/>
                <w:w w:val="97"/>
                <w:sz w:val="16"/>
                <w:lang w:val="ru-RU"/>
              </w:rPr>
              <w:t>произведения;</w:t>
            </w:r>
            <w:proofErr w:type="gram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авторов по </w:t>
            </w:r>
            <w:r w:rsidRPr="007924E7">
              <w:rPr>
                <w:lang w:val="ru-RU"/>
              </w:rPr>
              <w:br/>
            </w:r>
            <w:r w:rsidRPr="007924E7">
              <w:rPr>
                <w:rFonts w:ascii="Times New Roman" w:eastAsia="Times New Roman" w:hAnsi="Times New Roman"/>
                <w:color w:val="000000"/>
                <w:w w:val="97"/>
                <w:sz w:val="16"/>
                <w:lang w:val="ru-RU"/>
              </w:rPr>
              <w:t xml:space="preserve">заданным; </w:t>
            </w:r>
            <w:r w:rsidRPr="007924E7">
              <w:rPr>
                <w:lang w:val="ru-RU"/>
              </w:rPr>
              <w:br/>
            </w:r>
            <w:r w:rsidRPr="007924E7">
              <w:rPr>
                <w:rFonts w:ascii="Times New Roman" w:eastAsia="Times New Roman" w:hAnsi="Times New Roman"/>
                <w:color w:val="000000"/>
                <w:w w:val="97"/>
                <w:sz w:val="16"/>
                <w:lang w:val="ru-RU"/>
              </w:rPr>
              <w:t>основаниям</w:t>
            </w:r>
            <w:proofErr w:type="gramStart"/>
            <w:r w:rsidRPr="007924E7">
              <w:rPr>
                <w:rFonts w:ascii="Times New Roman" w:eastAsia="Times New Roman" w:hAnsi="Times New Roman"/>
                <w:color w:val="000000"/>
                <w:w w:val="97"/>
                <w:sz w:val="16"/>
                <w:lang w:val="ru-RU"/>
              </w:rPr>
              <w:t xml:space="preserve">;; </w:t>
            </w:r>
            <w:r w:rsidRPr="007924E7">
              <w:rPr>
                <w:lang w:val="ru-RU"/>
              </w:rPr>
              <w:br/>
            </w:r>
            <w:proofErr w:type="gramEnd"/>
            <w:r w:rsidRPr="007924E7">
              <w:rPr>
                <w:rFonts w:ascii="Times New Roman" w:eastAsia="Times New Roman" w:hAnsi="Times New Roman"/>
                <w:color w:val="000000"/>
                <w:w w:val="97"/>
                <w:sz w:val="16"/>
                <w:lang w:val="ru-RU"/>
              </w:rPr>
              <w:t xml:space="preserve">Выявлять детали; </w:t>
            </w:r>
            <w:r w:rsidRPr="007924E7">
              <w:rPr>
                <w:lang w:val="ru-RU"/>
              </w:rPr>
              <w:br/>
            </w:r>
            <w:r w:rsidRPr="007924E7">
              <w:rPr>
                <w:rFonts w:ascii="Times New Roman" w:eastAsia="Times New Roman" w:hAnsi="Times New Roman"/>
                <w:color w:val="000000"/>
                <w:w w:val="97"/>
                <w:sz w:val="16"/>
                <w:lang w:val="ru-RU"/>
              </w:rPr>
              <w:t xml:space="preserve">создающие; </w:t>
            </w:r>
            <w:r w:rsidRPr="007924E7">
              <w:rPr>
                <w:lang w:val="ru-RU"/>
              </w:rPr>
              <w:br/>
            </w:r>
            <w:r w:rsidRPr="007924E7">
              <w:rPr>
                <w:rFonts w:ascii="Times New Roman" w:eastAsia="Times New Roman" w:hAnsi="Times New Roman"/>
                <w:color w:val="000000"/>
                <w:w w:val="97"/>
                <w:sz w:val="16"/>
                <w:lang w:val="ru-RU"/>
              </w:rPr>
              <w:t xml:space="preserve">комический </w:t>
            </w:r>
            <w:r w:rsidRPr="007924E7">
              <w:rPr>
                <w:lang w:val="ru-RU"/>
              </w:rPr>
              <w:br/>
            </w:r>
            <w:r w:rsidRPr="007924E7">
              <w:rPr>
                <w:rFonts w:ascii="Times New Roman" w:eastAsia="Times New Roman" w:hAnsi="Times New Roman"/>
                <w:color w:val="000000"/>
                <w:w w:val="97"/>
                <w:sz w:val="16"/>
                <w:lang w:val="ru-RU"/>
              </w:rPr>
              <w:t xml:space="preserve">эффект;; </w:t>
            </w:r>
            <w:r w:rsidRPr="007924E7">
              <w:rPr>
                <w:lang w:val="ru-RU"/>
              </w:rPr>
              <w:br/>
            </w:r>
            <w:r w:rsidRPr="007924E7">
              <w:rPr>
                <w:rFonts w:ascii="Times New Roman" w:eastAsia="Times New Roman" w:hAnsi="Times New Roman"/>
                <w:color w:val="000000"/>
                <w:w w:val="97"/>
                <w:sz w:val="16"/>
                <w:lang w:val="ru-RU"/>
              </w:rPr>
              <w:t xml:space="preserve">Инсценировать один из; </w:t>
            </w:r>
            <w:r w:rsidRPr="007924E7">
              <w:rPr>
                <w:lang w:val="ru-RU"/>
              </w:rPr>
              <w:br/>
            </w:r>
            <w:r w:rsidRPr="007924E7">
              <w:rPr>
                <w:rFonts w:ascii="Times New Roman" w:eastAsia="Times New Roman" w:hAnsi="Times New Roman"/>
                <w:color w:val="000000"/>
                <w:w w:val="97"/>
                <w:sz w:val="16"/>
                <w:lang w:val="ru-RU"/>
              </w:rPr>
              <w:t xml:space="preserve">рассказов или его </w:t>
            </w:r>
            <w:r w:rsidRPr="007924E7">
              <w:rPr>
                <w:lang w:val="ru-RU"/>
              </w:rPr>
              <w:br/>
            </w:r>
            <w:r w:rsidRPr="007924E7">
              <w:rPr>
                <w:rFonts w:ascii="Times New Roman" w:eastAsia="Times New Roman" w:hAnsi="Times New Roman"/>
                <w:color w:val="000000"/>
                <w:w w:val="97"/>
                <w:sz w:val="16"/>
                <w:lang w:val="ru-RU"/>
              </w:rPr>
              <w:t xml:space="preserve">фрагмент; </w:t>
            </w:r>
            <w:r w:rsidRPr="007924E7">
              <w:rPr>
                <w:lang w:val="ru-RU"/>
              </w:rPr>
              <w:br/>
            </w:r>
            <w:r w:rsidRPr="007924E7">
              <w:rPr>
                <w:rFonts w:ascii="Times New Roman" w:eastAsia="Times New Roman" w:hAnsi="Times New Roman"/>
                <w:color w:val="000000"/>
                <w:w w:val="97"/>
                <w:sz w:val="16"/>
                <w:lang w:val="ru-RU"/>
              </w:rPr>
              <w:t>;</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https://resh-shkola.ru</w:t>
            </w:r>
          </w:p>
        </w:tc>
      </w:tr>
    </w:tbl>
    <w:p w:rsidR="00C76F25" w:rsidRDefault="00C76F25">
      <w:pPr>
        <w:autoSpaceDE w:val="0"/>
        <w:autoSpaceDN w:val="0"/>
        <w:spacing w:after="0" w:line="14" w:lineRule="exact"/>
      </w:pPr>
    </w:p>
    <w:p w:rsidR="00C76F25" w:rsidRDefault="00C76F25">
      <w:pPr>
        <w:sectPr w:rsidR="00C76F25">
          <w:pgSz w:w="16840" w:h="11900"/>
          <w:pgMar w:top="284" w:right="640" w:bottom="97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495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5.5.</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5" w:lineRule="auto"/>
              <w:ind w:left="72" w:right="144"/>
              <w:rPr>
                <w:lang w:val="ru-RU"/>
              </w:rPr>
            </w:pPr>
            <w:r w:rsidRPr="007924E7">
              <w:rPr>
                <w:rFonts w:ascii="Times New Roman" w:eastAsia="Times New Roman" w:hAnsi="Times New Roman"/>
                <w:color w:val="000000"/>
                <w:w w:val="97"/>
                <w:sz w:val="16"/>
                <w:lang w:val="ru-RU"/>
              </w:rPr>
              <w:t>Произведения отечественной литературы о природе и животных (не менее трёх). Например, произведения А. И. Куприна, М. М. Пришвина, К. Г. Паустовского</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18.01.2023 25.01.2023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proofErr w:type="gramStart"/>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прозаический текст; 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владеть разными; </w:t>
            </w:r>
            <w:r w:rsidRPr="007924E7">
              <w:rPr>
                <w:lang w:val="ru-RU"/>
              </w:rPr>
              <w:br/>
            </w:r>
            <w:r w:rsidRPr="007924E7">
              <w:rPr>
                <w:rFonts w:ascii="Times New Roman" w:eastAsia="Times New Roman" w:hAnsi="Times New Roman"/>
                <w:color w:val="000000"/>
                <w:w w:val="97"/>
                <w:sz w:val="16"/>
                <w:lang w:val="ru-RU"/>
              </w:rPr>
              <w:t xml:space="preserve">видами пересказа;; Составлять план;; </w:t>
            </w:r>
            <w:r w:rsidRPr="007924E7">
              <w:rPr>
                <w:lang w:val="ru-RU"/>
              </w:rPr>
              <w:br/>
            </w:r>
            <w:r w:rsidRPr="007924E7">
              <w:rPr>
                <w:rFonts w:ascii="Times New Roman" w:eastAsia="Times New Roman" w:hAnsi="Times New Roman"/>
                <w:color w:val="000000"/>
                <w:w w:val="97"/>
                <w:sz w:val="16"/>
                <w:lang w:val="ru-RU"/>
              </w:rPr>
              <w:t xml:space="preserve">Определять сюжет и; </w:t>
            </w:r>
            <w:r w:rsidRPr="007924E7">
              <w:rPr>
                <w:lang w:val="ru-RU"/>
              </w:rPr>
              <w:br/>
            </w:r>
            <w:r w:rsidRPr="007924E7">
              <w:rPr>
                <w:rFonts w:ascii="Times New Roman" w:eastAsia="Times New Roman" w:hAnsi="Times New Roman"/>
                <w:color w:val="000000"/>
                <w:w w:val="97"/>
                <w:sz w:val="16"/>
                <w:lang w:val="ru-RU"/>
              </w:rPr>
              <w:t xml:space="preserve">тематическое </w:t>
            </w:r>
            <w:r w:rsidRPr="007924E7">
              <w:rPr>
                <w:lang w:val="ru-RU"/>
              </w:rPr>
              <w:br/>
            </w:r>
            <w:r w:rsidRPr="007924E7">
              <w:rPr>
                <w:rFonts w:ascii="Times New Roman" w:eastAsia="Times New Roman" w:hAnsi="Times New Roman"/>
                <w:color w:val="000000"/>
                <w:w w:val="97"/>
                <w:sz w:val="16"/>
                <w:lang w:val="ru-RU"/>
              </w:rPr>
              <w:t xml:space="preserve">своеобразие;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Находить и </w:t>
            </w:r>
            <w:r w:rsidRPr="007924E7">
              <w:rPr>
                <w:lang w:val="ru-RU"/>
              </w:rPr>
              <w:br/>
            </w:r>
            <w:r w:rsidRPr="007924E7">
              <w:rPr>
                <w:rFonts w:ascii="Times New Roman" w:eastAsia="Times New Roman" w:hAnsi="Times New Roman"/>
                <w:color w:val="000000"/>
                <w:w w:val="97"/>
                <w:sz w:val="16"/>
                <w:lang w:val="ru-RU"/>
              </w:rPr>
              <w:t xml:space="preserve">характеризовать; </w:t>
            </w:r>
            <w:r w:rsidRPr="007924E7">
              <w:rPr>
                <w:lang w:val="ru-RU"/>
              </w:rPr>
              <w:br/>
            </w:r>
            <w:r w:rsidRPr="007924E7">
              <w:rPr>
                <w:rFonts w:ascii="Times New Roman" w:eastAsia="Times New Roman" w:hAnsi="Times New Roman"/>
                <w:color w:val="000000"/>
                <w:w w:val="97"/>
                <w:sz w:val="16"/>
                <w:lang w:val="ru-RU"/>
              </w:rPr>
              <w:t xml:space="preserve">образ рассказчика; его роль в </w:t>
            </w:r>
            <w:r w:rsidRPr="007924E7">
              <w:rPr>
                <w:lang w:val="ru-RU"/>
              </w:rPr>
              <w:br/>
            </w:r>
            <w:r w:rsidRPr="007924E7">
              <w:rPr>
                <w:rFonts w:ascii="Times New Roman" w:eastAsia="Times New Roman" w:hAnsi="Times New Roman"/>
                <w:color w:val="000000"/>
                <w:w w:val="97"/>
                <w:sz w:val="16"/>
                <w:lang w:val="ru-RU"/>
              </w:rPr>
              <w:t xml:space="preserve">повествовании;; </w:t>
            </w:r>
            <w:r w:rsidRPr="007924E7">
              <w:rPr>
                <w:lang w:val="ru-RU"/>
              </w:rPr>
              <w:br/>
            </w:r>
            <w:r w:rsidRPr="007924E7">
              <w:rPr>
                <w:rFonts w:ascii="Times New Roman" w:eastAsia="Times New Roman" w:hAnsi="Times New Roman"/>
                <w:color w:val="000000"/>
                <w:w w:val="97"/>
                <w:sz w:val="16"/>
                <w:lang w:val="ru-RU"/>
              </w:rPr>
              <w:t xml:space="preserve">Определять </w:t>
            </w:r>
            <w:r w:rsidRPr="007924E7">
              <w:rPr>
                <w:lang w:val="ru-RU"/>
              </w:rPr>
              <w:br/>
            </w:r>
            <w:r w:rsidRPr="007924E7">
              <w:rPr>
                <w:rFonts w:ascii="Times New Roman" w:eastAsia="Times New Roman" w:hAnsi="Times New Roman"/>
                <w:color w:val="000000"/>
                <w:w w:val="97"/>
                <w:sz w:val="16"/>
                <w:lang w:val="ru-RU"/>
              </w:rPr>
              <w:t xml:space="preserve">средства; </w:t>
            </w:r>
            <w:r w:rsidRPr="007924E7">
              <w:rPr>
                <w:lang w:val="ru-RU"/>
              </w:rPr>
              <w:br/>
            </w:r>
            <w:r w:rsidRPr="007924E7">
              <w:rPr>
                <w:rFonts w:ascii="Times New Roman" w:eastAsia="Times New Roman" w:hAnsi="Times New Roman"/>
                <w:color w:val="000000"/>
                <w:w w:val="97"/>
                <w:sz w:val="16"/>
                <w:lang w:val="ru-RU"/>
              </w:rPr>
              <w:t xml:space="preserve">художественной; </w:t>
            </w:r>
            <w:r w:rsidRPr="007924E7">
              <w:rPr>
                <w:lang w:val="ru-RU"/>
              </w:rPr>
              <w:br/>
            </w:r>
            <w:r w:rsidRPr="007924E7">
              <w:rPr>
                <w:rFonts w:ascii="Times New Roman" w:eastAsia="Times New Roman" w:hAnsi="Times New Roman"/>
                <w:color w:val="000000"/>
                <w:w w:val="97"/>
                <w:sz w:val="16"/>
                <w:lang w:val="ru-RU"/>
              </w:rPr>
              <w:t xml:space="preserve">выразительности </w:t>
            </w:r>
            <w:r w:rsidRPr="007924E7">
              <w:rPr>
                <w:lang w:val="ru-RU"/>
              </w:rPr>
              <w:br/>
            </w:r>
            <w:r w:rsidRPr="007924E7">
              <w:rPr>
                <w:rFonts w:ascii="Times New Roman" w:eastAsia="Times New Roman" w:hAnsi="Times New Roman"/>
                <w:color w:val="000000"/>
                <w:w w:val="97"/>
                <w:sz w:val="16"/>
                <w:lang w:val="ru-RU"/>
              </w:rPr>
              <w:t xml:space="preserve">прозаического </w:t>
            </w:r>
            <w:r w:rsidRPr="007924E7">
              <w:rPr>
                <w:lang w:val="ru-RU"/>
              </w:rPr>
              <w:br/>
            </w:r>
            <w:r w:rsidRPr="007924E7">
              <w:rPr>
                <w:rFonts w:ascii="Times New Roman" w:eastAsia="Times New Roman" w:hAnsi="Times New Roman"/>
                <w:color w:val="000000"/>
                <w:w w:val="97"/>
                <w:sz w:val="16"/>
                <w:lang w:val="ru-RU"/>
              </w:rPr>
              <w:t xml:space="preserve">текста;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Тестирование</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https://education.yandex.ru</w:t>
            </w:r>
          </w:p>
        </w:tc>
      </w:tr>
      <w:tr w:rsidR="00C76F25">
        <w:trPr>
          <w:trHeight w:hRule="exact" w:val="380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5.6.</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color w:val="000000"/>
                <w:w w:val="97"/>
                <w:sz w:val="16"/>
                <w:lang w:val="ru-RU"/>
              </w:rPr>
              <w:t>А. П. Платонов. Рассказы (один по выбору). Например, «Корова», «Никита» и др.</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27.01.2023 03.02.2023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4" w:lineRule="auto"/>
              <w:ind w:left="72"/>
              <w:rPr>
                <w:lang w:val="ru-RU"/>
              </w:rPr>
            </w:pPr>
            <w:proofErr w:type="gramStart"/>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прозаический текст; отвечать на вопросы по прочитанному; </w:t>
            </w:r>
            <w:r w:rsidRPr="007924E7">
              <w:rPr>
                <w:lang w:val="ru-RU"/>
              </w:rPr>
              <w:br/>
            </w:r>
            <w:r w:rsidRPr="007924E7">
              <w:rPr>
                <w:rFonts w:ascii="Times New Roman" w:eastAsia="Times New Roman" w:hAnsi="Times New Roman"/>
                <w:color w:val="000000"/>
                <w:w w:val="97"/>
                <w:sz w:val="16"/>
                <w:lang w:val="ru-RU"/>
              </w:rPr>
              <w:t xml:space="preserve">произведению; </w:t>
            </w:r>
            <w:r w:rsidRPr="007924E7">
              <w:rPr>
                <w:lang w:val="ru-RU"/>
              </w:rPr>
              <w:br/>
            </w:r>
            <w:r w:rsidRPr="007924E7">
              <w:rPr>
                <w:rFonts w:ascii="Times New Roman" w:eastAsia="Times New Roman" w:hAnsi="Times New Roman"/>
                <w:color w:val="000000"/>
                <w:w w:val="97"/>
                <w:sz w:val="16"/>
                <w:lang w:val="ru-RU"/>
              </w:rPr>
              <w:t xml:space="preserve">задавать; </w:t>
            </w:r>
            <w:r w:rsidRPr="007924E7">
              <w:rPr>
                <w:lang w:val="ru-RU"/>
              </w:rPr>
              <w:br/>
            </w:r>
            <w:r w:rsidRPr="007924E7">
              <w:rPr>
                <w:rFonts w:ascii="Times New Roman" w:eastAsia="Times New Roman" w:hAnsi="Times New Roman"/>
                <w:color w:val="000000"/>
                <w:w w:val="97"/>
                <w:sz w:val="16"/>
                <w:lang w:val="ru-RU"/>
              </w:rPr>
              <w:t xml:space="preserve">вопросы с целью </w:t>
            </w:r>
            <w:r w:rsidRPr="007924E7">
              <w:rPr>
                <w:lang w:val="ru-RU"/>
              </w:rPr>
              <w:br/>
            </w:r>
            <w:r w:rsidRPr="007924E7">
              <w:rPr>
                <w:rFonts w:ascii="Times New Roman" w:eastAsia="Times New Roman" w:hAnsi="Times New Roman"/>
                <w:color w:val="000000"/>
                <w:w w:val="97"/>
                <w:sz w:val="16"/>
                <w:lang w:val="ru-RU"/>
              </w:rPr>
              <w:t xml:space="preserve">понимания; </w:t>
            </w:r>
            <w:r w:rsidRPr="007924E7">
              <w:rPr>
                <w:lang w:val="ru-RU"/>
              </w:rPr>
              <w:br/>
            </w:r>
            <w:r w:rsidRPr="007924E7">
              <w:rPr>
                <w:rFonts w:ascii="Times New Roman" w:eastAsia="Times New Roman" w:hAnsi="Times New Roman"/>
                <w:color w:val="000000"/>
                <w:w w:val="97"/>
                <w:sz w:val="16"/>
                <w:lang w:val="ru-RU"/>
              </w:rPr>
              <w:t xml:space="preserve">содержания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владеть разными </w:t>
            </w:r>
            <w:r w:rsidRPr="007924E7">
              <w:rPr>
                <w:lang w:val="ru-RU"/>
              </w:rPr>
              <w:br/>
            </w:r>
            <w:r w:rsidRPr="007924E7">
              <w:rPr>
                <w:rFonts w:ascii="Times New Roman" w:eastAsia="Times New Roman" w:hAnsi="Times New Roman"/>
                <w:color w:val="000000"/>
                <w:w w:val="97"/>
                <w:sz w:val="16"/>
                <w:lang w:val="ru-RU"/>
              </w:rPr>
              <w:t xml:space="preserve">видами; </w:t>
            </w:r>
            <w:r w:rsidRPr="007924E7">
              <w:rPr>
                <w:lang w:val="ru-RU"/>
              </w:rPr>
              <w:br/>
            </w:r>
            <w:r w:rsidRPr="007924E7">
              <w:rPr>
                <w:rFonts w:ascii="Times New Roman" w:eastAsia="Times New Roman" w:hAnsi="Times New Roman"/>
                <w:color w:val="000000"/>
                <w:w w:val="97"/>
                <w:sz w:val="16"/>
                <w:lang w:val="ru-RU"/>
              </w:rPr>
              <w:t xml:space="preserve">пересказа;; </w:t>
            </w:r>
            <w:r w:rsidRPr="007924E7">
              <w:rPr>
                <w:lang w:val="ru-RU"/>
              </w:rPr>
              <w:br/>
            </w:r>
            <w:r w:rsidRPr="007924E7">
              <w:rPr>
                <w:rFonts w:ascii="Times New Roman" w:eastAsia="Times New Roman" w:hAnsi="Times New Roman"/>
                <w:color w:val="000000"/>
                <w:w w:val="97"/>
                <w:sz w:val="16"/>
                <w:lang w:val="ru-RU"/>
              </w:rPr>
              <w:t xml:space="preserve">Составлять план;; </w:t>
            </w:r>
            <w:r w:rsidRPr="007924E7">
              <w:rPr>
                <w:lang w:val="ru-RU"/>
              </w:rPr>
              <w:br/>
            </w:r>
            <w:r w:rsidRPr="007924E7">
              <w:rPr>
                <w:rFonts w:ascii="Times New Roman" w:eastAsia="Times New Roman" w:hAnsi="Times New Roman"/>
                <w:color w:val="000000"/>
                <w:w w:val="97"/>
                <w:sz w:val="16"/>
                <w:lang w:val="ru-RU"/>
              </w:rPr>
              <w:t xml:space="preserve">Определять тему </w:t>
            </w:r>
            <w:r w:rsidRPr="007924E7">
              <w:rPr>
                <w:lang w:val="ru-RU"/>
              </w:rPr>
              <w:br/>
            </w:r>
            <w:r w:rsidRPr="007924E7">
              <w:rPr>
                <w:rFonts w:ascii="Times New Roman" w:eastAsia="Times New Roman" w:hAnsi="Times New Roman"/>
                <w:color w:val="000000"/>
                <w:w w:val="97"/>
                <w:sz w:val="16"/>
                <w:lang w:val="ru-RU"/>
              </w:rPr>
              <w:t xml:space="preserve">рассказа;;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https://edu.skysmart.ru</w:t>
            </w:r>
          </w:p>
        </w:tc>
      </w:tr>
      <w:tr w:rsidR="00C76F25">
        <w:trPr>
          <w:trHeight w:hRule="exact" w:val="128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jc w:val="center"/>
            </w:pPr>
            <w:r>
              <w:rPr>
                <w:rFonts w:ascii="Times New Roman" w:eastAsia="Times New Roman" w:hAnsi="Times New Roman"/>
                <w:color w:val="000000"/>
                <w:w w:val="97"/>
                <w:sz w:val="16"/>
              </w:rPr>
              <w:t>5.7.</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proofErr w:type="spellStart"/>
            <w:r>
              <w:rPr>
                <w:rFonts w:ascii="Times New Roman" w:eastAsia="Times New Roman" w:hAnsi="Times New Roman"/>
                <w:color w:val="000000"/>
                <w:w w:val="97"/>
                <w:sz w:val="16"/>
              </w:rPr>
              <w:t>Развитие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речи</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jc w:val="center"/>
            </w:pPr>
            <w:r>
              <w:rPr>
                <w:rFonts w:ascii="Times New Roman" w:eastAsia="Times New Roman" w:hAnsi="Times New Roman"/>
                <w:color w:val="000000"/>
                <w:w w:val="97"/>
                <w:sz w:val="16"/>
              </w:rPr>
              <w:t>06.02.2023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2" w:lineRule="auto"/>
              <w:ind w:left="72" w:right="288"/>
              <w:rPr>
                <w:lang w:val="ru-RU"/>
              </w:rPr>
            </w:pPr>
            <w:r w:rsidRPr="007924E7">
              <w:rPr>
                <w:rFonts w:ascii="Times New Roman" w:eastAsia="Times New Roman" w:hAnsi="Times New Roman"/>
                <w:color w:val="000000"/>
                <w:w w:val="97"/>
                <w:sz w:val="16"/>
                <w:lang w:val="ru-RU"/>
              </w:rPr>
              <w:t xml:space="preserve">Писать отзыв на произведение; </w:t>
            </w:r>
            <w:r w:rsidRPr="007924E7">
              <w:rPr>
                <w:lang w:val="ru-RU"/>
              </w:rPr>
              <w:br/>
            </w:r>
            <w:r w:rsidRPr="007924E7">
              <w:rPr>
                <w:rFonts w:ascii="Times New Roman" w:eastAsia="Times New Roman" w:hAnsi="Times New Roman"/>
                <w:color w:val="000000"/>
                <w:w w:val="97"/>
                <w:sz w:val="16"/>
                <w:lang w:val="ru-RU"/>
              </w:rPr>
              <w:t xml:space="preserve">пользоваться </w:t>
            </w:r>
            <w:r w:rsidRPr="007924E7">
              <w:rPr>
                <w:lang w:val="ru-RU"/>
              </w:rPr>
              <w:br/>
            </w:r>
            <w:r w:rsidRPr="007924E7">
              <w:rPr>
                <w:rFonts w:ascii="Times New Roman" w:eastAsia="Times New Roman" w:hAnsi="Times New Roman"/>
                <w:color w:val="000000"/>
                <w:w w:val="97"/>
                <w:sz w:val="16"/>
                <w:lang w:val="ru-RU"/>
              </w:rPr>
              <w:t xml:space="preserve">библиотечным каталогом для </w:t>
            </w:r>
            <w:r w:rsidRPr="007924E7">
              <w:rPr>
                <w:lang w:val="ru-RU"/>
              </w:rPr>
              <w:br/>
            </w:r>
            <w:r w:rsidRPr="007924E7">
              <w:rPr>
                <w:rFonts w:ascii="Times New Roman" w:eastAsia="Times New Roman" w:hAnsi="Times New Roman"/>
                <w:color w:val="000000"/>
                <w:w w:val="97"/>
                <w:sz w:val="16"/>
                <w:lang w:val="ru-RU"/>
              </w:rPr>
              <w:t>поиска</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https://education.yandex.ru</w:t>
            </w:r>
          </w:p>
        </w:tc>
      </w:tr>
    </w:tbl>
    <w:p w:rsidR="00C76F25" w:rsidRDefault="00C76F25">
      <w:pPr>
        <w:autoSpaceDE w:val="0"/>
        <w:autoSpaceDN w:val="0"/>
        <w:spacing w:after="0" w:line="14" w:lineRule="exact"/>
      </w:pPr>
    </w:p>
    <w:p w:rsidR="00C76F25" w:rsidRDefault="00C76F25">
      <w:pPr>
        <w:sectPr w:rsidR="00C76F25">
          <w:pgSz w:w="16840" w:h="11900"/>
          <w:pgMar w:top="284" w:right="640" w:bottom="622"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342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5.8.</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b/>
                <w:color w:val="000000"/>
                <w:w w:val="97"/>
                <w:sz w:val="16"/>
                <w:lang w:val="ru-RU"/>
              </w:rPr>
              <w:t>В. П. Астафьев. Рассказ «</w:t>
            </w:r>
            <w:proofErr w:type="spellStart"/>
            <w:r w:rsidRPr="007924E7">
              <w:rPr>
                <w:rFonts w:ascii="Times New Roman" w:eastAsia="Times New Roman" w:hAnsi="Times New Roman"/>
                <w:b/>
                <w:color w:val="000000"/>
                <w:w w:val="97"/>
                <w:sz w:val="16"/>
                <w:lang w:val="ru-RU"/>
              </w:rPr>
              <w:t>Васюткино</w:t>
            </w:r>
            <w:proofErr w:type="spellEnd"/>
            <w:r w:rsidRPr="007924E7">
              <w:rPr>
                <w:rFonts w:ascii="Times New Roman" w:eastAsia="Times New Roman" w:hAnsi="Times New Roman"/>
                <w:b/>
                <w:color w:val="000000"/>
                <w:w w:val="97"/>
                <w:sz w:val="16"/>
                <w:lang w:val="ru-RU"/>
              </w:rPr>
              <w:t xml:space="preserve"> озеро»</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08.02.2023 10.02.2023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4" w:lineRule="auto"/>
              <w:ind w:left="72"/>
              <w:rPr>
                <w:lang w:val="ru-RU"/>
              </w:rPr>
            </w:pP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прозаический текст</w:t>
            </w:r>
            <w:proofErr w:type="gramStart"/>
            <w:r w:rsidRPr="007924E7">
              <w:rPr>
                <w:rFonts w:ascii="Times New Roman" w:eastAsia="Times New Roman" w:hAnsi="Times New Roman"/>
                <w:color w:val="000000"/>
                <w:w w:val="97"/>
                <w:sz w:val="16"/>
                <w:lang w:val="ru-RU"/>
              </w:rPr>
              <w:t xml:space="preserve">; ; </w:t>
            </w:r>
            <w:r w:rsidRPr="007924E7">
              <w:rPr>
                <w:lang w:val="ru-RU"/>
              </w:rPr>
              <w:br/>
            </w:r>
            <w:proofErr w:type="gramEnd"/>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участвовать в беседе о произведении;; </w:t>
            </w:r>
            <w:r w:rsidRPr="007924E7">
              <w:rPr>
                <w:lang w:val="ru-RU"/>
              </w:rPr>
              <w:br/>
            </w:r>
            <w:r w:rsidRPr="007924E7">
              <w:rPr>
                <w:rFonts w:ascii="Times New Roman" w:eastAsia="Times New Roman" w:hAnsi="Times New Roman"/>
                <w:color w:val="000000"/>
                <w:w w:val="97"/>
                <w:sz w:val="16"/>
                <w:lang w:val="ru-RU"/>
              </w:rPr>
              <w:t xml:space="preserve">Находить детали; </w:t>
            </w:r>
            <w:r w:rsidRPr="007924E7">
              <w:rPr>
                <w:lang w:val="ru-RU"/>
              </w:rPr>
              <w:br/>
            </w:r>
            <w:r w:rsidRPr="007924E7">
              <w:rPr>
                <w:rFonts w:ascii="Times New Roman" w:eastAsia="Times New Roman" w:hAnsi="Times New Roman"/>
                <w:color w:val="000000"/>
                <w:w w:val="97"/>
                <w:sz w:val="16"/>
                <w:lang w:val="ru-RU"/>
              </w:rPr>
              <w:t xml:space="preserve">языковые; </w:t>
            </w:r>
            <w:r w:rsidRPr="007924E7">
              <w:rPr>
                <w:lang w:val="ru-RU"/>
              </w:rPr>
              <w:br/>
            </w:r>
            <w:r w:rsidRPr="007924E7">
              <w:rPr>
                <w:rFonts w:ascii="Times New Roman" w:eastAsia="Times New Roman" w:hAnsi="Times New Roman"/>
                <w:color w:val="000000"/>
                <w:w w:val="97"/>
                <w:sz w:val="16"/>
                <w:lang w:val="ru-RU"/>
              </w:rPr>
              <w:t xml:space="preserve">средства </w:t>
            </w:r>
            <w:r w:rsidRPr="007924E7">
              <w:rPr>
                <w:lang w:val="ru-RU"/>
              </w:rPr>
              <w:br/>
            </w:r>
            <w:r w:rsidRPr="007924E7">
              <w:rPr>
                <w:rFonts w:ascii="Times New Roman" w:eastAsia="Times New Roman" w:hAnsi="Times New Roman"/>
                <w:color w:val="000000"/>
                <w:w w:val="97"/>
                <w:sz w:val="16"/>
                <w:lang w:val="ru-RU"/>
              </w:rPr>
              <w:t xml:space="preserve">художественной; </w:t>
            </w:r>
            <w:r w:rsidRPr="007924E7">
              <w:rPr>
                <w:lang w:val="ru-RU"/>
              </w:rPr>
              <w:br/>
            </w:r>
            <w:r w:rsidRPr="007924E7">
              <w:rPr>
                <w:rFonts w:ascii="Times New Roman" w:eastAsia="Times New Roman" w:hAnsi="Times New Roman"/>
                <w:color w:val="000000"/>
                <w:w w:val="97"/>
                <w:sz w:val="16"/>
                <w:lang w:val="ru-RU"/>
              </w:rPr>
              <w:t xml:space="preserve">выразительности; </w:t>
            </w:r>
            <w:r w:rsidRPr="007924E7">
              <w:rPr>
                <w:lang w:val="ru-RU"/>
              </w:rPr>
              <w:br/>
            </w:r>
            <w:r w:rsidRPr="007924E7">
              <w:rPr>
                <w:rFonts w:ascii="Times New Roman" w:eastAsia="Times New Roman" w:hAnsi="Times New Roman"/>
                <w:color w:val="000000"/>
                <w:w w:val="97"/>
                <w:sz w:val="16"/>
                <w:lang w:val="ru-RU"/>
              </w:rPr>
              <w:t xml:space="preserve">определять их роль в произведении;; </w:t>
            </w:r>
            <w:r w:rsidRPr="007924E7">
              <w:rPr>
                <w:lang w:val="ru-RU"/>
              </w:rPr>
              <w:br/>
            </w:r>
            <w:r w:rsidRPr="007924E7">
              <w:rPr>
                <w:rFonts w:ascii="Times New Roman" w:eastAsia="Times New Roman" w:hAnsi="Times New Roman"/>
                <w:color w:val="000000"/>
                <w:w w:val="97"/>
                <w:sz w:val="16"/>
                <w:lang w:val="ru-RU"/>
              </w:rPr>
              <w:t>;</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https://uchi.ru</w:t>
            </w:r>
          </w:p>
        </w:tc>
      </w:tr>
      <w:tr w:rsidR="00C76F25">
        <w:trPr>
          <w:trHeight w:hRule="exact" w:val="111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5.9.</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Развитие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речи</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13.02.2023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2" w:lineRule="auto"/>
              <w:ind w:left="72" w:right="144"/>
              <w:rPr>
                <w:lang w:val="ru-RU"/>
              </w:rPr>
            </w:pPr>
            <w:r w:rsidRPr="007924E7">
              <w:rPr>
                <w:rFonts w:ascii="Times New Roman" w:eastAsia="Times New Roman" w:hAnsi="Times New Roman"/>
                <w:color w:val="000000"/>
                <w:w w:val="97"/>
                <w:sz w:val="16"/>
                <w:lang w:val="ru-RU"/>
              </w:rPr>
              <w:t xml:space="preserve">Писать сочинение по </w:t>
            </w:r>
            <w:r w:rsidRPr="007924E7">
              <w:rPr>
                <w:lang w:val="ru-RU"/>
              </w:rPr>
              <w:br/>
            </w:r>
            <w:r w:rsidRPr="007924E7">
              <w:rPr>
                <w:rFonts w:ascii="Times New Roman" w:eastAsia="Times New Roman" w:hAnsi="Times New Roman"/>
                <w:color w:val="000000"/>
                <w:w w:val="97"/>
                <w:sz w:val="16"/>
                <w:lang w:val="ru-RU"/>
              </w:rPr>
              <w:t xml:space="preserve">самостоятельно </w:t>
            </w:r>
            <w:r w:rsidRPr="007924E7">
              <w:rPr>
                <w:lang w:val="ru-RU"/>
              </w:rPr>
              <w:br/>
            </w:r>
            <w:r w:rsidRPr="007924E7">
              <w:rPr>
                <w:rFonts w:ascii="Times New Roman" w:eastAsia="Times New Roman" w:hAnsi="Times New Roman"/>
                <w:color w:val="000000"/>
                <w:w w:val="97"/>
                <w:sz w:val="16"/>
                <w:lang w:val="ru-RU"/>
              </w:rPr>
              <w:t xml:space="preserve">составленному </w:t>
            </w:r>
            <w:r w:rsidRPr="007924E7">
              <w:rPr>
                <w:lang w:val="ru-RU"/>
              </w:rPr>
              <w:br/>
            </w:r>
            <w:r w:rsidRPr="007924E7">
              <w:rPr>
                <w:rFonts w:ascii="Times New Roman" w:eastAsia="Times New Roman" w:hAnsi="Times New Roman"/>
                <w:color w:val="000000"/>
                <w:w w:val="97"/>
                <w:sz w:val="16"/>
                <w:lang w:val="ru-RU"/>
              </w:rPr>
              <w:t>плану</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https://www.yaklass.ru</w:t>
            </w:r>
          </w:p>
        </w:tc>
      </w:tr>
      <w:tr w:rsidR="00C76F25">
        <w:trPr>
          <w:trHeight w:hRule="exact" w:val="348"/>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Итого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разделу</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16</w:t>
            </w:r>
          </w:p>
        </w:tc>
        <w:tc>
          <w:tcPr>
            <w:tcW w:w="814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rsidRPr="007A4A81">
        <w:trPr>
          <w:trHeight w:hRule="exact" w:val="348"/>
        </w:trPr>
        <w:tc>
          <w:tcPr>
            <w:tcW w:w="15502" w:type="dxa"/>
            <w:gridSpan w:val="9"/>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color w:val="000000"/>
                <w:w w:val="97"/>
                <w:sz w:val="16"/>
                <w:lang w:val="ru-RU"/>
              </w:rPr>
              <w:t xml:space="preserve">Раздел 6. </w:t>
            </w:r>
            <w:r w:rsidRPr="007924E7">
              <w:rPr>
                <w:rFonts w:ascii="Times New Roman" w:eastAsia="Times New Roman" w:hAnsi="Times New Roman"/>
                <w:b/>
                <w:color w:val="000000"/>
                <w:w w:val="97"/>
                <w:sz w:val="16"/>
                <w:lang w:val="ru-RU"/>
              </w:rPr>
              <w:t xml:space="preserve">Литература </w:t>
            </w:r>
            <w:r>
              <w:rPr>
                <w:rFonts w:ascii="Times New Roman" w:eastAsia="Times New Roman" w:hAnsi="Times New Roman"/>
                <w:b/>
                <w:color w:val="000000"/>
                <w:w w:val="97"/>
                <w:sz w:val="16"/>
              </w:rPr>
              <w:t>XX</w:t>
            </w:r>
            <w:r w:rsidRPr="007924E7">
              <w:rPr>
                <w:rFonts w:ascii="Times New Roman" w:eastAsia="Times New Roman" w:hAnsi="Times New Roman"/>
                <w:b/>
                <w:color w:val="000000"/>
                <w:w w:val="97"/>
                <w:sz w:val="16"/>
                <w:lang w:val="ru-RU"/>
              </w:rPr>
              <w:t>—</w:t>
            </w:r>
            <w:r>
              <w:rPr>
                <w:rFonts w:ascii="Times New Roman" w:eastAsia="Times New Roman" w:hAnsi="Times New Roman"/>
                <w:b/>
                <w:color w:val="000000"/>
                <w:w w:val="97"/>
                <w:sz w:val="16"/>
              </w:rPr>
              <w:t>XXI</w:t>
            </w:r>
            <w:r w:rsidRPr="007924E7">
              <w:rPr>
                <w:rFonts w:ascii="Times New Roman" w:eastAsia="Times New Roman" w:hAnsi="Times New Roman"/>
                <w:b/>
                <w:color w:val="000000"/>
                <w:w w:val="97"/>
                <w:sz w:val="16"/>
                <w:lang w:val="ru-RU"/>
              </w:rPr>
              <w:t xml:space="preserve"> веков</w:t>
            </w:r>
          </w:p>
        </w:tc>
      </w:tr>
      <w:tr w:rsidR="00C76F25">
        <w:trPr>
          <w:trHeight w:hRule="exact" w:val="5132"/>
        </w:trPr>
        <w:tc>
          <w:tcPr>
            <w:tcW w:w="39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jc w:val="center"/>
            </w:pPr>
            <w:r>
              <w:rPr>
                <w:rFonts w:ascii="Times New Roman" w:eastAsia="Times New Roman" w:hAnsi="Times New Roman"/>
                <w:color w:val="000000"/>
                <w:w w:val="97"/>
                <w:sz w:val="16"/>
              </w:rPr>
              <w:t>6.1.</w:t>
            </w:r>
          </w:p>
        </w:tc>
        <w:tc>
          <w:tcPr>
            <w:tcW w:w="643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0" w:lineRule="auto"/>
              <w:ind w:left="72" w:right="144"/>
              <w:rPr>
                <w:lang w:val="ru-RU"/>
              </w:rPr>
            </w:pPr>
            <w:r w:rsidRPr="007924E7">
              <w:rPr>
                <w:rFonts w:ascii="Times New Roman" w:eastAsia="Times New Roman" w:hAnsi="Times New Roman"/>
                <w:color w:val="000000"/>
                <w:w w:val="97"/>
                <w:sz w:val="16"/>
                <w:lang w:val="ru-RU"/>
              </w:rPr>
              <w:t>Произведения отечественной прозы на тему «Человек на войне» (не менее двух). Например, Л. А. Кассиль. «Дорогие мои мальчишки»; Ю. Я. Яковлев. «Девочки с Васильевского острова»; В. П. Катаев. «Сын полка» и др.</w:t>
            </w:r>
          </w:p>
        </w:tc>
        <w:tc>
          <w:tcPr>
            <w:tcW w:w="528"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3</w:t>
            </w:r>
          </w:p>
        </w:tc>
        <w:tc>
          <w:tcPr>
            <w:tcW w:w="110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0</w:t>
            </w:r>
          </w:p>
        </w:tc>
        <w:tc>
          <w:tcPr>
            <w:tcW w:w="864"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45" w:lineRule="auto"/>
              <w:jc w:val="center"/>
            </w:pPr>
            <w:r>
              <w:rPr>
                <w:rFonts w:ascii="Times New Roman" w:eastAsia="Times New Roman" w:hAnsi="Times New Roman"/>
                <w:color w:val="000000"/>
                <w:w w:val="97"/>
                <w:sz w:val="16"/>
              </w:rPr>
              <w:t>15.02.2023 20.02.2023</w:t>
            </w:r>
          </w:p>
        </w:tc>
        <w:tc>
          <w:tcPr>
            <w:tcW w:w="153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7" w:lineRule="auto"/>
              <w:ind w:left="72"/>
              <w:rPr>
                <w:lang w:val="ru-RU"/>
              </w:rPr>
            </w:pPr>
            <w:proofErr w:type="gramStart"/>
            <w:r w:rsidRPr="007924E7">
              <w:rPr>
                <w:rFonts w:ascii="Times New Roman" w:eastAsia="Times New Roman" w:hAnsi="Times New Roman"/>
                <w:color w:val="000000"/>
                <w:w w:val="97"/>
                <w:sz w:val="16"/>
                <w:lang w:val="ru-RU"/>
              </w:rPr>
              <w:t xml:space="preserve">Воспринимать и </w:t>
            </w:r>
            <w:r w:rsidRPr="007924E7">
              <w:rPr>
                <w:lang w:val="ru-RU"/>
              </w:rPr>
              <w:br/>
            </w: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литературное; </w:t>
            </w:r>
            <w:r w:rsidRPr="007924E7">
              <w:rPr>
                <w:lang w:val="ru-RU"/>
              </w:rPr>
              <w:br/>
            </w:r>
            <w:r w:rsidRPr="007924E7">
              <w:rPr>
                <w:rFonts w:ascii="Times New Roman" w:eastAsia="Times New Roman" w:hAnsi="Times New Roman"/>
                <w:color w:val="000000"/>
                <w:w w:val="97"/>
                <w:sz w:val="16"/>
                <w:lang w:val="ru-RU"/>
              </w:rPr>
              <w:t xml:space="preserve">произведение;;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 xml:space="preserve">вопросы (с; </w:t>
            </w:r>
            <w:r w:rsidRPr="007924E7">
              <w:rPr>
                <w:lang w:val="ru-RU"/>
              </w:rPr>
              <w:br/>
            </w:r>
            <w:r w:rsidRPr="007924E7">
              <w:rPr>
                <w:rFonts w:ascii="Times New Roman" w:eastAsia="Times New Roman" w:hAnsi="Times New Roman"/>
                <w:color w:val="000000"/>
                <w:w w:val="97"/>
                <w:sz w:val="16"/>
                <w:lang w:val="ru-RU"/>
              </w:rPr>
              <w:t xml:space="preserve">использованием </w:t>
            </w:r>
            <w:r w:rsidRPr="007924E7">
              <w:rPr>
                <w:lang w:val="ru-RU"/>
              </w:rPr>
              <w:br/>
            </w:r>
            <w:r w:rsidRPr="007924E7">
              <w:rPr>
                <w:rFonts w:ascii="Times New Roman" w:eastAsia="Times New Roman" w:hAnsi="Times New Roman"/>
                <w:color w:val="000000"/>
                <w:w w:val="97"/>
                <w:sz w:val="16"/>
                <w:lang w:val="ru-RU"/>
              </w:rPr>
              <w:t xml:space="preserve">цитирования) и </w:t>
            </w:r>
            <w:r w:rsidRPr="007924E7">
              <w:rPr>
                <w:lang w:val="ru-RU"/>
              </w:rPr>
              <w:br/>
            </w:r>
            <w:r w:rsidRPr="007924E7">
              <w:rPr>
                <w:rFonts w:ascii="Times New Roman" w:eastAsia="Times New Roman" w:hAnsi="Times New Roman"/>
                <w:color w:val="000000"/>
                <w:w w:val="97"/>
                <w:sz w:val="16"/>
                <w:lang w:val="ru-RU"/>
              </w:rPr>
              <w:t xml:space="preserve">самостоятельно </w:t>
            </w:r>
            <w:r w:rsidRPr="007924E7">
              <w:rPr>
                <w:lang w:val="ru-RU"/>
              </w:rPr>
              <w:br/>
            </w:r>
            <w:r w:rsidRPr="007924E7">
              <w:rPr>
                <w:rFonts w:ascii="Times New Roman" w:eastAsia="Times New Roman" w:hAnsi="Times New Roman"/>
                <w:color w:val="000000"/>
                <w:w w:val="97"/>
                <w:sz w:val="16"/>
                <w:lang w:val="ru-RU"/>
              </w:rPr>
              <w:t xml:space="preserve">формулировать </w:t>
            </w:r>
            <w:r w:rsidRPr="007924E7">
              <w:rPr>
                <w:lang w:val="ru-RU"/>
              </w:rPr>
              <w:br/>
            </w:r>
            <w:r w:rsidRPr="007924E7">
              <w:rPr>
                <w:rFonts w:ascii="Times New Roman" w:eastAsia="Times New Roman" w:hAnsi="Times New Roman"/>
                <w:color w:val="000000"/>
                <w:w w:val="97"/>
                <w:sz w:val="16"/>
                <w:lang w:val="ru-RU"/>
              </w:rPr>
              <w:t xml:space="preserve">вопросы к тексту;; Участвовать в </w:t>
            </w:r>
            <w:r w:rsidRPr="007924E7">
              <w:rPr>
                <w:lang w:val="ru-RU"/>
              </w:rPr>
              <w:br/>
            </w:r>
            <w:r w:rsidRPr="007924E7">
              <w:rPr>
                <w:rFonts w:ascii="Times New Roman" w:eastAsia="Times New Roman" w:hAnsi="Times New Roman"/>
                <w:color w:val="000000"/>
                <w:w w:val="97"/>
                <w:sz w:val="16"/>
                <w:lang w:val="ru-RU"/>
              </w:rPr>
              <w:t xml:space="preserve">коллективном; </w:t>
            </w:r>
            <w:r w:rsidRPr="007924E7">
              <w:rPr>
                <w:lang w:val="ru-RU"/>
              </w:rPr>
              <w:br/>
            </w:r>
            <w:r w:rsidRPr="007924E7">
              <w:rPr>
                <w:rFonts w:ascii="Times New Roman" w:eastAsia="Times New Roman" w:hAnsi="Times New Roman"/>
                <w:color w:val="000000"/>
                <w:w w:val="97"/>
                <w:sz w:val="16"/>
                <w:lang w:val="ru-RU"/>
              </w:rPr>
              <w:t xml:space="preserve">диалоге;; </w:t>
            </w:r>
            <w:r w:rsidRPr="007924E7">
              <w:rPr>
                <w:lang w:val="ru-RU"/>
              </w:rPr>
              <w:br/>
            </w:r>
            <w:r w:rsidRPr="007924E7">
              <w:rPr>
                <w:rFonts w:ascii="Times New Roman" w:eastAsia="Times New Roman" w:hAnsi="Times New Roman"/>
                <w:color w:val="000000"/>
                <w:w w:val="97"/>
                <w:sz w:val="16"/>
                <w:lang w:val="ru-RU"/>
              </w:rPr>
              <w:t xml:space="preserve">Анализировать </w:t>
            </w:r>
            <w:r w:rsidRPr="007924E7">
              <w:rPr>
                <w:lang w:val="ru-RU"/>
              </w:rPr>
              <w:br/>
            </w:r>
            <w:r w:rsidRPr="007924E7">
              <w:rPr>
                <w:rFonts w:ascii="Times New Roman" w:eastAsia="Times New Roman" w:hAnsi="Times New Roman"/>
                <w:color w:val="000000"/>
                <w:w w:val="97"/>
                <w:sz w:val="16"/>
                <w:lang w:val="ru-RU"/>
              </w:rPr>
              <w:t xml:space="preserve">сюжет; </w:t>
            </w:r>
            <w:r w:rsidRPr="007924E7">
              <w:rPr>
                <w:lang w:val="ru-RU"/>
              </w:rPr>
              <w:br/>
            </w:r>
            <w:r w:rsidRPr="007924E7">
              <w:rPr>
                <w:rFonts w:ascii="Times New Roman" w:eastAsia="Times New Roman" w:hAnsi="Times New Roman"/>
                <w:color w:val="000000"/>
                <w:w w:val="97"/>
                <w:sz w:val="16"/>
                <w:lang w:val="ru-RU"/>
              </w:rPr>
              <w:t xml:space="preserve">тему;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определять его </w:t>
            </w:r>
            <w:r w:rsidRPr="007924E7">
              <w:rPr>
                <w:lang w:val="ru-RU"/>
              </w:rPr>
              <w:br/>
            </w:r>
            <w:r w:rsidRPr="007924E7">
              <w:rPr>
                <w:rFonts w:ascii="Times New Roman" w:eastAsia="Times New Roman" w:hAnsi="Times New Roman"/>
                <w:color w:val="000000"/>
                <w:w w:val="97"/>
                <w:sz w:val="16"/>
                <w:lang w:val="ru-RU"/>
              </w:rPr>
              <w:t xml:space="preserve">композиционные </w:t>
            </w:r>
            <w:r w:rsidRPr="007924E7">
              <w:rPr>
                <w:lang w:val="ru-RU"/>
              </w:rPr>
              <w:br/>
            </w:r>
            <w:r w:rsidRPr="007924E7">
              <w:rPr>
                <w:rFonts w:ascii="Times New Roman" w:eastAsia="Times New Roman" w:hAnsi="Times New Roman"/>
                <w:color w:val="000000"/>
                <w:w w:val="97"/>
                <w:sz w:val="16"/>
                <w:lang w:val="ru-RU"/>
              </w:rPr>
              <w:t xml:space="preserve">особенности; </w:t>
            </w:r>
            <w:r w:rsidRPr="007924E7">
              <w:rPr>
                <w:lang w:val="ru-RU"/>
              </w:rPr>
              <w:br/>
            </w:r>
            <w:r w:rsidRPr="007924E7">
              <w:rPr>
                <w:rFonts w:ascii="Times New Roman" w:eastAsia="Times New Roman" w:hAnsi="Times New Roman"/>
                <w:color w:val="000000"/>
                <w:w w:val="97"/>
                <w:sz w:val="16"/>
                <w:lang w:val="ru-RU"/>
              </w:rPr>
              <w:t xml:space="preserve">Характеризовать и сопоставлять героев произведения;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https://www.yaklass.ru</w:t>
            </w:r>
          </w:p>
        </w:tc>
      </w:tr>
    </w:tbl>
    <w:p w:rsidR="00C76F25" w:rsidRDefault="00C76F25">
      <w:pPr>
        <w:autoSpaceDE w:val="0"/>
        <w:autoSpaceDN w:val="0"/>
        <w:spacing w:after="0" w:line="14" w:lineRule="exact"/>
      </w:pPr>
    </w:p>
    <w:p w:rsidR="00C76F25" w:rsidRDefault="00C76F25">
      <w:pPr>
        <w:sectPr w:rsidR="00C76F25">
          <w:pgSz w:w="16840" w:h="11900"/>
          <w:pgMar w:top="284" w:right="640" w:bottom="466"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92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6.2.</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Внеклассное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чтение</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22.02.2023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0" w:lineRule="auto"/>
              <w:ind w:left="72" w:right="144"/>
              <w:rPr>
                <w:lang w:val="ru-RU"/>
              </w:rPr>
            </w:pPr>
            <w:r w:rsidRPr="007924E7">
              <w:rPr>
                <w:rFonts w:ascii="Times New Roman" w:eastAsia="Times New Roman" w:hAnsi="Times New Roman"/>
                <w:color w:val="000000"/>
                <w:w w:val="97"/>
                <w:sz w:val="16"/>
                <w:lang w:val="ru-RU"/>
              </w:rPr>
              <w:t xml:space="preserve">Выражать личное читательское </w:t>
            </w:r>
            <w:r w:rsidRPr="007924E7">
              <w:rPr>
                <w:lang w:val="ru-RU"/>
              </w:rPr>
              <w:br/>
            </w:r>
            <w:r w:rsidRPr="007924E7">
              <w:rPr>
                <w:rFonts w:ascii="Times New Roman" w:eastAsia="Times New Roman" w:hAnsi="Times New Roman"/>
                <w:color w:val="000000"/>
                <w:w w:val="97"/>
                <w:sz w:val="16"/>
                <w:lang w:val="ru-RU"/>
              </w:rPr>
              <w:t xml:space="preserve">отношение к </w:t>
            </w:r>
            <w:r w:rsidRPr="007924E7">
              <w:rPr>
                <w:lang w:val="ru-RU"/>
              </w:rPr>
              <w:br/>
            </w:r>
            <w:proofErr w:type="gramStart"/>
            <w:r w:rsidRPr="007924E7">
              <w:rPr>
                <w:rFonts w:ascii="Times New Roman" w:eastAsia="Times New Roman" w:hAnsi="Times New Roman"/>
                <w:color w:val="000000"/>
                <w:w w:val="97"/>
                <w:sz w:val="16"/>
                <w:lang w:val="ru-RU"/>
              </w:rPr>
              <w:t>прочитанному</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https://education.yandex.ru</w:t>
            </w:r>
          </w:p>
        </w:tc>
      </w:tr>
      <w:tr w:rsidR="00C76F25">
        <w:trPr>
          <w:trHeight w:hRule="exact" w:val="822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6.3.</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5" w:lineRule="auto"/>
              <w:ind w:left="72"/>
              <w:rPr>
                <w:lang w:val="ru-RU"/>
              </w:rPr>
            </w:pPr>
            <w:r w:rsidRPr="007924E7">
              <w:rPr>
                <w:rFonts w:ascii="Times New Roman" w:eastAsia="Times New Roman" w:hAnsi="Times New Roman"/>
                <w:color w:val="000000"/>
                <w:w w:val="97"/>
                <w:sz w:val="16"/>
                <w:lang w:val="ru-RU"/>
              </w:rPr>
              <w:t xml:space="preserve">Произведения отечественных писателей </w:t>
            </w:r>
            <w:r>
              <w:rPr>
                <w:rFonts w:ascii="Times New Roman" w:eastAsia="Times New Roman" w:hAnsi="Times New Roman"/>
                <w:color w:val="000000"/>
                <w:w w:val="97"/>
                <w:sz w:val="16"/>
              </w:rPr>
              <w:t>XIX</w:t>
            </w:r>
            <w:r w:rsidRPr="007924E7">
              <w:rPr>
                <w:rFonts w:ascii="Times New Roman" w:eastAsia="Times New Roman" w:hAnsi="Times New Roman"/>
                <w:color w:val="000000"/>
                <w:w w:val="97"/>
                <w:sz w:val="16"/>
                <w:lang w:val="ru-RU"/>
              </w:rPr>
              <w:t>–</w:t>
            </w:r>
            <w:r>
              <w:rPr>
                <w:rFonts w:ascii="Times New Roman" w:eastAsia="Times New Roman" w:hAnsi="Times New Roman"/>
                <w:color w:val="000000"/>
                <w:w w:val="97"/>
                <w:sz w:val="16"/>
              </w:rPr>
              <w:t>XXI</w:t>
            </w:r>
            <w:r w:rsidRPr="007924E7">
              <w:rPr>
                <w:rFonts w:ascii="Times New Roman" w:eastAsia="Times New Roman" w:hAnsi="Times New Roman"/>
                <w:color w:val="000000"/>
                <w:w w:val="97"/>
                <w:sz w:val="16"/>
                <w:lang w:val="ru-RU"/>
              </w:rPr>
              <w:t xml:space="preserve"> веков на тему детства (не менее двух). Например, произведения В. Г. Короленко, В. П. Катаева, В. П. Крапивина, Ю. П. Казакова, А.</w:t>
            </w:r>
          </w:p>
          <w:p w:rsidR="00C76F25" w:rsidRPr="007924E7" w:rsidRDefault="0044668A">
            <w:pPr>
              <w:autoSpaceDE w:val="0"/>
              <w:autoSpaceDN w:val="0"/>
              <w:spacing w:before="20" w:after="0" w:line="230" w:lineRule="auto"/>
              <w:ind w:left="72"/>
              <w:rPr>
                <w:lang w:val="ru-RU"/>
              </w:rPr>
            </w:pPr>
            <w:r w:rsidRPr="007924E7">
              <w:rPr>
                <w:rFonts w:ascii="Times New Roman" w:eastAsia="Times New Roman" w:hAnsi="Times New Roman"/>
                <w:color w:val="000000"/>
                <w:w w:val="97"/>
                <w:sz w:val="16"/>
                <w:lang w:val="ru-RU"/>
              </w:rPr>
              <w:t xml:space="preserve">Г. Алексина, В. П. Астафьева, В. К. </w:t>
            </w:r>
            <w:proofErr w:type="spellStart"/>
            <w:r w:rsidRPr="007924E7">
              <w:rPr>
                <w:rFonts w:ascii="Times New Roman" w:eastAsia="Times New Roman" w:hAnsi="Times New Roman"/>
                <w:color w:val="000000"/>
                <w:w w:val="97"/>
                <w:sz w:val="16"/>
                <w:lang w:val="ru-RU"/>
              </w:rPr>
              <w:t>Железникова</w:t>
            </w:r>
            <w:proofErr w:type="spellEnd"/>
            <w:r w:rsidRPr="007924E7">
              <w:rPr>
                <w:rFonts w:ascii="Times New Roman" w:eastAsia="Times New Roman" w:hAnsi="Times New Roman"/>
                <w:color w:val="000000"/>
                <w:w w:val="97"/>
                <w:sz w:val="16"/>
                <w:lang w:val="ru-RU"/>
              </w:rPr>
              <w:t>, Ю. Я. Яковлева, Ю. И. Коваля, А. А.</w:t>
            </w:r>
          </w:p>
          <w:p w:rsidR="00C76F25" w:rsidRPr="007924E7" w:rsidRDefault="0044668A">
            <w:pPr>
              <w:autoSpaceDE w:val="0"/>
              <w:autoSpaceDN w:val="0"/>
              <w:spacing w:before="20" w:after="0" w:line="230" w:lineRule="auto"/>
              <w:ind w:left="72"/>
              <w:rPr>
                <w:lang w:val="ru-RU"/>
              </w:rPr>
            </w:pPr>
            <w:proofErr w:type="spellStart"/>
            <w:r w:rsidRPr="007924E7">
              <w:rPr>
                <w:rFonts w:ascii="Times New Roman" w:eastAsia="Times New Roman" w:hAnsi="Times New Roman"/>
                <w:color w:val="000000"/>
                <w:w w:val="97"/>
                <w:sz w:val="16"/>
                <w:lang w:val="ru-RU"/>
              </w:rPr>
              <w:t>Гиваргизова</w:t>
            </w:r>
            <w:proofErr w:type="spellEnd"/>
            <w:r w:rsidRPr="007924E7">
              <w:rPr>
                <w:rFonts w:ascii="Times New Roman" w:eastAsia="Times New Roman" w:hAnsi="Times New Roman"/>
                <w:color w:val="000000"/>
                <w:w w:val="97"/>
                <w:sz w:val="16"/>
                <w:lang w:val="ru-RU"/>
              </w:rPr>
              <w:t xml:space="preserve">, М. С. </w:t>
            </w:r>
            <w:proofErr w:type="spellStart"/>
            <w:r w:rsidRPr="007924E7">
              <w:rPr>
                <w:rFonts w:ascii="Times New Roman" w:eastAsia="Times New Roman" w:hAnsi="Times New Roman"/>
                <w:color w:val="000000"/>
                <w:w w:val="97"/>
                <w:sz w:val="16"/>
                <w:lang w:val="ru-RU"/>
              </w:rPr>
              <w:t>Аромштам</w:t>
            </w:r>
            <w:proofErr w:type="spellEnd"/>
            <w:r w:rsidRPr="007924E7">
              <w:rPr>
                <w:rFonts w:ascii="Times New Roman" w:eastAsia="Times New Roman" w:hAnsi="Times New Roman"/>
                <w:color w:val="000000"/>
                <w:w w:val="97"/>
                <w:sz w:val="16"/>
                <w:lang w:val="ru-RU"/>
              </w:rPr>
              <w:t xml:space="preserve">, Н. Ю. </w:t>
            </w:r>
            <w:proofErr w:type="spellStart"/>
            <w:r w:rsidRPr="007924E7">
              <w:rPr>
                <w:rFonts w:ascii="Times New Roman" w:eastAsia="Times New Roman" w:hAnsi="Times New Roman"/>
                <w:color w:val="000000"/>
                <w:w w:val="97"/>
                <w:sz w:val="16"/>
                <w:lang w:val="ru-RU"/>
              </w:rPr>
              <w:t>Абгарян</w:t>
            </w:r>
            <w:proofErr w:type="spellEnd"/>
            <w:r w:rsidRPr="007924E7">
              <w:rPr>
                <w:rFonts w:ascii="Times New Roman" w:eastAsia="Times New Roman" w:hAnsi="Times New Roman"/>
                <w:color w:val="000000"/>
                <w:w w:val="97"/>
                <w:sz w:val="16"/>
                <w:lang w:val="ru-RU"/>
              </w:rPr>
              <w:t xml:space="preserve">, А. В. </w:t>
            </w:r>
            <w:proofErr w:type="spellStart"/>
            <w:r w:rsidRPr="007924E7">
              <w:rPr>
                <w:rFonts w:ascii="Times New Roman" w:eastAsia="Times New Roman" w:hAnsi="Times New Roman"/>
                <w:color w:val="000000"/>
                <w:w w:val="97"/>
                <w:sz w:val="16"/>
                <w:lang w:val="ru-RU"/>
              </w:rPr>
              <w:t>Жвалевского</w:t>
            </w:r>
            <w:proofErr w:type="spellEnd"/>
            <w:r w:rsidRPr="007924E7">
              <w:rPr>
                <w:rFonts w:ascii="Times New Roman" w:eastAsia="Times New Roman" w:hAnsi="Times New Roman"/>
                <w:color w:val="000000"/>
                <w:w w:val="97"/>
                <w:sz w:val="16"/>
                <w:lang w:val="ru-RU"/>
              </w:rPr>
              <w:t xml:space="preserve"> и Е. Б. Пастернак и др.</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27.02.2023 03.03.2023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proofErr w:type="gramStart"/>
            <w:r w:rsidRPr="007924E7">
              <w:rPr>
                <w:rFonts w:ascii="Times New Roman" w:eastAsia="Times New Roman" w:hAnsi="Times New Roman"/>
                <w:color w:val="000000"/>
                <w:w w:val="97"/>
                <w:sz w:val="16"/>
                <w:lang w:val="ru-RU"/>
              </w:rPr>
              <w:t xml:space="preserve">Воспринимать и </w:t>
            </w:r>
            <w:r w:rsidRPr="007924E7">
              <w:rPr>
                <w:lang w:val="ru-RU"/>
              </w:rPr>
              <w:br/>
            </w: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литературное; </w:t>
            </w:r>
            <w:r w:rsidRPr="007924E7">
              <w:rPr>
                <w:lang w:val="ru-RU"/>
              </w:rPr>
              <w:br/>
            </w:r>
            <w:r w:rsidRPr="007924E7">
              <w:rPr>
                <w:rFonts w:ascii="Times New Roman" w:eastAsia="Times New Roman" w:hAnsi="Times New Roman"/>
                <w:color w:val="000000"/>
                <w:w w:val="97"/>
                <w:sz w:val="16"/>
                <w:lang w:val="ru-RU"/>
              </w:rPr>
              <w:t xml:space="preserve">произведение;;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формулировать </w:t>
            </w:r>
            <w:r w:rsidRPr="007924E7">
              <w:rPr>
                <w:lang w:val="ru-RU"/>
              </w:rPr>
              <w:br/>
            </w:r>
            <w:r w:rsidRPr="007924E7">
              <w:rPr>
                <w:rFonts w:ascii="Times New Roman" w:eastAsia="Times New Roman" w:hAnsi="Times New Roman"/>
                <w:color w:val="000000"/>
                <w:w w:val="97"/>
                <w:sz w:val="16"/>
                <w:lang w:val="ru-RU"/>
              </w:rPr>
              <w:t xml:space="preserve">самостоятельно </w:t>
            </w:r>
            <w:r w:rsidRPr="007924E7">
              <w:rPr>
                <w:lang w:val="ru-RU"/>
              </w:rPr>
              <w:br/>
            </w:r>
            <w:r w:rsidRPr="007924E7">
              <w:rPr>
                <w:rFonts w:ascii="Times New Roman" w:eastAsia="Times New Roman" w:hAnsi="Times New Roman"/>
                <w:color w:val="000000"/>
                <w:w w:val="97"/>
                <w:sz w:val="16"/>
                <w:lang w:val="ru-RU"/>
              </w:rPr>
              <w:t xml:space="preserve">вопросы к тексту;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прозаические;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определять тему; </w:t>
            </w:r>
            <w:r w:rsidRPr="007924E7">
              <w:rPr>
                <w:lang w:val="ru-RU"/>
              </w:rPr>
              <w:br/>
            </w:r>
            <w:r w:rsidRPr="007924E7">
              <w:rPr>
                <w:rFonts w:ascii="Times New Roman" w:eastAsia="Times New Roman" w:hAnsi="Times New Roman"/>
                <w:color w:val="000000"/>
                <w:w w:val="97"/>
                <w:sz w:val="16"/>
                <w:lang w:val="ru-RU"/>
              </w:rPr>
              <w:t xml:space="preserve">идею;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характеризовать </w:t>
            </w:r>
            <w:r w:rsidRPr="007924E7">
              <w:rPr>
                <w:lang w:val="ru-RU"/>
              </w:rPr>
              <w:br/>
            </w:r>
            <w:r w:rsidRPr="007924E7">
              <w:rPr>
                <w:rFonts w:ascii="Times New Roman" w:eastAsia="Times New Roman" w:hAnsi="Times New Roman"/>
                <w:color w:val="000000"/>
                <w:w w:val="97"/>
                <w:sz w:val="16"/>
                <w:lang w:val="ru-RU"/>
              </w:rPr>
              <w:t xml:space="preserve">главных; </w:t>
            </w:r>
            <w:r w:rsidRPr="007924E7">
              <w:rPr>
                <w:lang w:val="ru-RU"/>
              </w:rPr>
              <w:br/>
            </w:r>
            <w:r w:rsidRPr="007924E7">
              <w:rPr>
                <w:rFonts w:ascii="Times New Roman" w:eastAsia="Times New Roman" w:hAnsi="Times New Roman"/>
                <w:color w:val="000000"/>
                <w:w w:val="97"/>
                <w:sz w:val="16"/>
                <w:lang w:val="ru-RU"/>
              </w:rPr>
              <w:t xml:space="preserve">героев; </w:t>
            </w:r>
            <w:r w:rsidRPr="007924E7">
              <w:rPr>
                <w:lang w:val="ru-RU"/>
              </w:rPr>
              <w:br/>
            </w:r>
            <w:r w:rsidRPr="007924E7">
              <w:rPr>
                <w:rFonts w:ascii="Times New Roman" w:eastAsia="Times New Roman" w:hAnsi="Times New Roman"/>
                <w:color w:val="000000"/>
                <w:w w:val="97"/>
                <w:sz w:val="16"/>
                <w:lang w:val="ru-RU"/>
              </w:rPr>
              <w:t xml:space="preserve">составлять их </w:t>
            </w:r>
            <w:r w:rsidRPr="007924E7">
              <w:rPr>
                <w:lang w:val="ru-RU"/>
              </w:rPr>
              <w:br/>
            </w:r>
            <w:r w:rsidRPr="007924E7">
              <w:rPr>
                <w:rFonts w:ascii="Times New Roman" w:eastAsia="Times New Roman" w:hAnsi="Times New Roman"/>
                <w:color w:val="000000"/>
                <w:w w:val="97"/>
                <w:sz w:val="16"/>
                <w:lang w:val="ru-RU"/>
              </w:rPr>
              <w:t xml:space="preserve">словесный портрет;; сопоставлять героев и их; </w:t>
            </w:r>
            <w:r w:rsidRPr="007924E7">
              <w:rPr>
                <w:lang w:val="ru-RU"/>
              </w:rPr>
              <w:br/>
            </w:r>
            <w:r w:rsidRPr="007924E7">
              <w:rPr>
                <w:rFonts w:ascii="Times New Roman" w:eastAsia="Times New Roman" w:hAnsi="Times New Roman"/>
                <w:color w:val="000000"/>
                <w:w w:val="97"/>
                <w:sz w:val="16"/>
                <w:lang w:val="ru-RU"/>
              </w:rPr>
              <w:t xml:space="preserve">поступки с другими; персонажами </w:t>
            </w:r>
            <w:r w:rsidRPr="007924E7">
              <w:rPr>
                <w:lang w:val="ru-RU"/>
              </w:rPr>
              <w:br/>
            </w:r>
            <w:r w:rsidRPr="007924E7">
              <w:rPr>
                <w:rFonts w:ascii="Times New Roman" w:eastAsia="Times New Roman" w:hAnsi="Times New Roman"/>
                <w:color w:val="000000"/>
                <w:w w:val="97"/>
                <w:sz w:val="16"/>
                <w:lang w:val="ru-RU"/>
              </w:rPr>
              <w:t xml:space="preserve">прочитанного; </w:t>
            </w:r>
            <w:r w:rsidRPr="007924E7">
              <w:rPr>
                <w:lang w:val="ru-RU"/>
              </w:rPr>
              <w:br/>
            </w:r>
            <w:r w:rsidRPr="007924E7">
              <w:rPr>
                <w:rFonts w:ascii="Times New Roman" w:eastAsia="Times New Roman" w:hAnsi="Times New Roman"/>
                <w:color w:val="000000"/>
                <w:w w:val="97"/>
                <w:sz w:val="16"/>
                <w:lang w:val="ru-RU"/>
              </w:rPr>
              <w:t xml:space="preserve">произведения и </w:t>
            </w:r>
            <w:r w:rsidRPr="007924E7">
              <w:rPr>
                <w:lang w:val="ru-RU"/>
              </w:rPr>
              <w:br/>
            </w:r>
            <w:r w:rsidRPr="007924E7">
              <w:rPr>
                <w:rFonts w:ascii="Times New Roman" w:eastAsia="Times New Roman" w:hAnsi="Times New Roman"/>
                <w:color w:val="000000"/>
                <w:w w:val="97"/>
                <w:sz w:val="16"/>
                <w:lang w:val="ru-RU"/>
              </w:rPr>
              <w:t xml:space="preserve">персонажами </w:t>
            </w:r>
            <w:r w:rsidRPr="007924E7">
              <w:rPr>
                <w:lang w:val="ru-RU"/>
              </w:rPr>
              <w:br/>
            </w:r>
            <w:r w:rsidRPr="007924E7">
              <w:rPr>
                <w:rFonts w:ascii="Times New Roman" w:eastAsia="Times New Roman" w:hAnsi="Times New Roman"/>
                <w:color w:val="000000"/>
                <w:w w:val="97"/>
                <w:sz w:val="16"/>
                <w:lang w:val="ru-RU"/>
              </w:rPr>
              <w:t xml:space="preserve">других </w:t>
            </w:r>
            <w:r w:rsidRPr="007924E7">
              <w:rPr>
                <w:lang w:val="ru-RU"/>
              </w:rPr>
              <w:br/>
            </w:r>
            <w:r w:rsidRPr="007924E7">
              <w:rPr>
                <w:rFonts w:ascii="Times New Roman" w:eastAsia="Times New Roman" w:hAnsi="Times New Roman"/>
                <w:color w:val="000000"/>
                <w:w w:val="97"/>
                <w:sz w:val="16"/>
                <w:lang w:val="ru-RU"/>
              </w:rPr>
              <w:t xml:space="preserve">произведений;; </w:t>
            </w:r>
            <w:r w:rsidRPr="007924E7">
              <w:rPr>
                <w:lang w:val="ru-RU"/>
              </w:rPr>
              <w:br/>
            </w:r>
            <w:r w:rsidRPr="007924E7">
              <w:rPr>
                <w:rFonts w:ascii="Times New Roman" w:eastAsia="Times New Roman" w:hAnsi="Times New Roman"/>
                <w:color w:val="000000"/>
                <w:w w:val="97"/>
                <w:sz w:val="16"/>
                <w:lang w:val="ru-RU"/>
              </w:rPr>
              <w:t xml:space="preserve">выявлять авторскую позицию; </w:t>
            </w:r>
            <w:r w:rsidRPr="007924E7">
              <w:rPr>
                <w:lang w:val="ru-RU"/>
              </w:rPr>
              <w:br/>
            </w:r>
            <w:r w:rsidRPr="007924E7">
              <w:rPr>
                <w:rFonts w:ascii="Times New Roman" w:eastAsia="Times New Roman" w:hAnsi="Times New Roman"/>
                <w:color w:val="000000"/>
                <w:w w:val="97"/>
                <w:sz w:val="16"/>
                <w:lang w:val="ru-RU"/>
              </w:rPr>
              <w:t xml:space="preserve">высказывать своё </w:t>
            </w:r>
            <w:r w:rsidRPr="007924E7">
              <w:rPr>
                <w:lang w:val="ru-RU"/>
              </w:rPr>
              <w:br/>
            </w:r>
            <w:r w:rsidRPr="007924E7">
              <w:rPr>
                <w:rFonts w:ascii="Times New Roman" w:eastAsia="Times New Roman" w:hAnsi="Times New Roman"/>
                <w:color w:val="000000"/>
                <w:w w:val="97"/>
                <w:sz w:val="16"/>
                <w:lang w:val="ru-RU"/>
              </w:rPr>
              <w:t xml:space="preserve">отношение к </w:t>
            </w:r>
            <w:r w:rsidRPr="007924E7">
              <w:rPr>
                <w:lang w:val="ru-RU"/>
              </w:rPr>
              <w:br/>
            </w:r>
            <w:r w:rsidRPr="007924E7">
              <w:rPr>
                <w:rFonts w:ascii="Times New Roman" w:eastAsia="Times New Roman" w:hAnsi="Times New Roman"/>
                <w:color w:val="000000"/>
                <w:w w:val="97"/>
                <w:sz w:val="16"/>
                <w:lang w:val="ru-RU"/>
              </w:rPr>
              <w:t>событиям;</w:t>
            </w:r>
            <w:proofErr w:type="gramEnd"/>
            <w:r w:rsidRPr="007924E7">
              <w:rPr>
                <w:rFonts w:ascii="Times New Roman" w:eastAsia="Times New Roman" w:hAnsi="Times New Roman"/>
                <w:color w:val="000000"/>
                <w:w w:val="97"/>
                <w:sz w:val="16"/>
                <w:lang w:val="ru-RU"/>
              </w:rPr>
              <w:t xml:space="preserve"> </w:t>
            </w:r>
            <w:r w:rsidRPr="007924E7">
              <w:rPr>
                <w:lang w:val="ru-RU"/>
              </w:rPr>
              <w:br/>
            </w:r>
            <w:proofErr w:type="gramStart"/>
            <w:r w:rsidRPr="007924E7">
              <w:rPr>
                <w:rFonts w:ascii="Times New Roman" w:eastAsia="Times New Roman" w:hAnsi="Times New Roman"/>
                <w:color w:val="000000"/>
                <w:w w:val="97"/>
                <w:sz w:val="16"/>
                <w:lang w:val="ru-RU"/>
              </w:rPr>
              <w:t xml:space="preserve">изображённым в; </w:t>
            </w:r>
            <w:r w:rsidRPr="007924E7">
              <w:rPr>
                <w:lang w:val="ru-RU"/>
              </w:rPr>
              <w:br/>
            </w:r>
            <w:r w:rsidRPr="007924E7">
              <w:rPr>
                <w:rFonts w:ascii="Times New Roman" w:eastAsia="Times New Roman" w:hAnsi="Times New Roman"/>
                <w:color w:val="000000"/>
                <w:w w:val="97"/>
                <w:sz w:val="16"/>
                <w:lang w:val="ru-RU"/>
              </w:rPr>
              <w:t xml:space="preserve">произведении; </w:t>
            </w:r>
            <w:r w:rsidRPr="007924E7">
              <w:rPr>
                <w:lang w:val="ru-RU"/>
              </w:rPr>
              <w:br/>
            </w:r>
            <w:r w:rsidRPr="007924E7">
              <w:rPr>
                <w:rFonts w:ascii="Times New Roman" w:eastAsia="Times New Roman" w:hAnsi="Times New Roman"/>
                <w:color w:val="000000"/>
                <w:w w:val="97"/>
                <w:sz w:val="16"/>
                <w:lang w:val="ru-RU"/>
              </w:rPr>
              <w:t xml:space="preserve">Писать отзыв на </w:t>
            </w:r>
            <w:r w:rsidRPr="007924E7">
              <w:rPr>
                <w:lang w:val="ru-RU"/>
              </w:rPr>
              <w:br/>
            </w:r>
            <w:r w:rsidRPr="007924E7">
              <w:rPr>
                <w:rFonts w:ascii="Times New Roman" w:eastAsia="Times New Roman" w:hAnsi="Times New Roman"/>
                <w:color w:val="000000"/>
                <w:w w:val="97"/>
                <w:sz w:val="16"/>
                <w:lang w:val="ru-RU"/>
              </w:rPr>
              <w:t>прочитанную книгу; ;</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Тестирование</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7" w:lineRule="auto"/>
              <w:ind w:left="72" w:right="432"/>
            </w:pPr>
            <w:r>
              <w:rPr>
                <w:rFonts w:ascii="Times New Roman" w:eastAsia="Times New Roman" w:hAnsi="Times New Roman"/>
                <w:color w:val="000000"/>
                <w:w w:val="97"/>
                <w:sz w:val="16"/>
              </w:rPr>
              <w:t xml:space="preserve">https://resh-shkola.ru </w:t>
            </w:r>
            <w:r>
              <w:br/>
            </w:r>
            <w:r>
              <w:rPr>
                <w:rFonts w:ascii="Times New Roman" w:eastAsia="Times New Roman" w:hAnsi="Times New Roman"/>
                <w:color w:val="000000"/>
                <w:w w:val="97"/>
                <w:sz w:val="16"/>
              </w:rPr>
              <w:t xml:space="preserve">https://uchi.ru </w:t>
            </w:r>
            <w:r>
              <w:br/>
            </w:r>
            <w:r>
              <w:rPr>
                <w:rFonts w:ascii="Times New Roman" w:eastAsia="Times New Roman" w:hAnsi="Times New Roman"/>
                <w:color w:val="000000"/>
                <w:w w:val="97"/>
                <w:sz w:val="16"/>
              </w:rPr>
              <w:t xml:space="preserve">https://education.yandex.ru </w:t>
            </w:r>
          </w:p>
        </w:tc>
      </w:tr>
      <w:tr w:rsidR="00C76F25">
        <w:trPr>
          <w:trHeight w:hRule="exact" w:val="90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6.4.</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b/>
                <w:color w:val="000000"/>
                <w:w w:val="97"/>
                <w:sz w:val="16"/>
              </w:rPr>
              <w:t>Развитие</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речи</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06.03.2023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0" w:lineRule="auto"/>
              <w:ind w:left="72" w:right="144"/>
              <w:rPr>
                <w:lang w:val="ru-RU"/>
              </w:rPr>
            </w:pPr>
            <w:proofErr w:type="gramStart"/>
            <w:r w:rsidRPr="007924E7">
              <w:rPr>
                <w:rFonts w:ascii="Times New Roman" w:eastAsia="Times New Roman" w:hAnsi="Times New Roman"/>
                <w:color w:val="000000"/>
                <w:w w:val="97"/>
                <w:sz w:val="16"/>
                <w:lang w:val="ru-RU"/>
              </w:rPr>
              <w:t>Высказывать своё отношение</w:t>
            </w:r>
            <w:proofErr w:type="gramEnd"/>
            <w:r w:rsidRPr="007924E7">
              <w:rPr>
                <w:rFonts w:ascii="Times New Roman" w:eastAsia="Times New Roman" w:hAnsi="Times New Roman"/>
                <w:color w:val="000000"/>
                <w:w w:val="97"/>
                <w:sz w:val="16"/>
                <w:lang w:val="ru-RU"/>
              </w:rPr>
              <w:t xml:space="preserve"> к </w:t>
            </w:r>
            <w:r w:rsidRPr="007924E7">
              <w:rPr>
                <w:lang w:val="ru-RU"/>
              </w:rPr>
              <w:br/>
            </w:r>
            <w:r w:rsidRPr="007924E7">
              <w:rPr>
                <w:rFonts w:ascii="Times New Roman" w:eastAsia="Times New Roman" w:hAnsi="Times New Roman"/>
                <w:color w:val="000000"/>
                <w:w w:val="97"/>
                <w:sz w:val="16"/>
                <w:lang w:val="ru-RU"/>
              </w:rPr>
              <w:t xml:space="preserve">событиям, </w:t>
            </w:r>
            <w:r w:rsidRPr="007924E7">
              <w:rPr>
                <w:lang w:val="ru-RU"/>
              </w:rPr>
              <w:br/>
            </w:r>
            <w:r w:rsidRPr="007924E7">
              <w:rPr>
                <w:rFonts w:ascii="Times New Roman" w:eastAsia="Times New Roman" w:hAnsi="Times New Roman"/>
                <w:color w:val="000000"/>
                <w:w w:val="97"/>
                <w:sz w:val="16"/>
                <w:lang w:val="ru-RU"/>
              </w:rPr>
              <w:t>изображённым</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https://edu.skysmart.ru</w:t>
            </w:r>
          </w:p>
        </w:tc>
      </w:tr>
    </w:tbl>
    <w:p w:rsidR="00C76F25" w:rsidRDefault="00C76F25">
      <w:pPr>
        <w:autoSpaceDE w:val="0"/>
        <w:autoSpaceDN w:val="0"/>
        <w:spacing w:after="0" w:line="14" w:lineRule="exact"/>
      </w:pPr>
    </w:p>
    <w:p w:rsidR="00C76F25" w:rsidRDefault="00C76F25">
      <w:pPr>
        <w:sectPr w:rsidR="00C76F25">
          <w:pgSz w:w="16840" w:h="11900"/>
          <w:pgMar w:top="284" w:right="640" w:bottom="622"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380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6.5.</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7" w:lineRule="auto"/>
              <w:ind w:left="72" w:right="288"/>
              <w:rPr>
                <w:lang w:val="ru-RU"/>
              </w:rPr>
            </w:pPr>
            <w:r w:rsidRPr="007924E7">
              <w:rPr>
                <w:rFonts w:ascii="Times New Roman" w:eastAsia="Times New Roman" w:hAnsi="Times New Roman"/>
                <w:color w:val="000000"/>
                <w:w w:val="97"/>
                <w:sz w:val="16"/>
                <w:lang w:val="ru-RU"/>
              </w:rPr>
              <w:t xml:space="preserve">Произведения приключенческого жанра отечественных писателей (одно по выбору). Например, К. Булычёв «Девочка, с </w:t>
            </w:r>
            <w:proofErr w:type="spellStart"/>
            <w:r w:rsidRPr="007924E7">
              <w:rPr>
                <w:rFonts w:ascii="Times New Roman" w:eastAsia="Times New Roman" w:hAnsi="Times New Roman"/>
                <w:color w:val="000000"/>
                <w:w w:val="97"/>
                <w:sz w:val="16"/>
                <w:lang w:val="ru-RU"/>
              </w:rPr>
              <w:t>которойничегоне</w:t>
            </w:r>
            <w:proofErr w:type="spellEnd"/>
            <w:r w:rsidRPr="007924E7">
              <w:rPr>
                <w:rFonts w:ascii="Times New Roman" w:eastAsia="Times New Roman" w:hAnsi="Times New Roman"/>
                <w:color w:val="000000"/>
                <w:w w:val="97"/>
                <w:sz w:val="16"/>
                <w:lang w:val="ru-RU"/>
              </w:rPr>
              <w:t xml:space="preserve"> случится», «Миллион приключений</w:t>
            </w:r>
            <w:proofErr w:type="gramStart"/>
            <w:r w:rsidRPr="007924E7">
              <w:rPr>
                <w:rFonts w:ascii="Times New Roman" w:eastAsia="Times New Roman" w:hAnsi="Times New Roman"/>
                <w:color w:val="000000"/>
                <w:w w:val="97"/>
                <w:sz w:val="16"/>
                <w:lang w:val="ru-RU"/>
              </w:rPr>
              <w:t>»(</w:t>
            </w:r>
            <w:proofErr w:type="gramEnd"/>
            <w:r w:rsidRPr="007924E7">
              <w:rPr>
                <w:rFonts w:ascii="Times New Roman" w:eastAsia="Times New Roman" w:hAnsi="Times New Roman"/>
                <w:color w:val="000000"/>
                <w:w w:val="97"/>
                <w:sz w:val="16"/>
                <w:lang w:val="ru-RU"/>
              </w:rPr>
              <w:t>главы по выбору) и др.</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10.03.2023 13.03.2023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4" w:lineRule="auto"/>
              <w:ind w:left="72"/>
              <w:rPr>
                <w:lang w:val="ru-RU"/>
              </w:rPr>
            </w:pPr>
            <w:proofErr w:type="gramStart"/>
            <w:r w:rsidRPr="007924E7">
              <w:rPr>
                <w:rFonts w:ascii="Times New Roman" w:eastAsia="Times New Roman" w:hAnsi="Times New Roman"/>
                <w:color w:val="000000"/>
                <w:w w:val="97"/>
                <w:sz w:val="16"/>
                <w:lang w:val="ru-RU"/>
              </w:rPr>
              <w:t xml:space="preserve">Воспринимать и </w:t>
            </w:r>
            <w:r w:rsidRPr="007924E7">
              <w:rPr>
                <w:lang w:val="ru-RU"/>
              </w:rPr>
              <w:br/>
            </w: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прозаический текст; ;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текст; </w:t>
            </w:r>
            <w:r w:rsidRPr="007924E7">
              <w:rPr>
                <w:lang w:val="ru-RU"/>
              </w:rPr>
              <w:br/>
            </w:r>
            <w:r w:rsidRPr="007924E7">
              <w:rPr>
                <w:rFonts w:ascii="Times New Roman" w:eastAsia="Times New Roman" w:hAnsi="Times New Roman"/>
                <w:color w:val="000000"/>
                <w:w w:val="97"/>
                <w:sz w:val="16"/>
                <w:lang w:val="ru-RU"/>
              </w:rPr>
              <w:t xml:space="preserve">используя авторские средства; </w:t>
            </w:r>
            <w:r w:rsidRPr="007924E7">
              <w:rPr>
                <w:lang w:val="ru-RU"/>
              </w:rPr>
              <w:br/>
            </w:r>
            <w:r w:rsidRPr="007924E7">
              <w:rPr>
                <w:rFonts w:ascii="Times New Roman" w:eastAsia="Times New Roman" w:hAnsi="Times New Roman"/>
                <w:color w:val="000000"/>
                <w:w w:val="97"/>
                <w:sz w:val="16"/>
                <w:lang w:val="ru-RU"/>
              </w:rPr>
              <w:t xml:space="preserve">художественной; </w:t>
            </w:r>
            <w:r w:rsidRPr="007924E7">
              <w:rPr>
                <w:lang w:val="ru-RU"/>
              </w:rPr>
              <w:br/>
            </w:r>
            <w:r w:rsidRPr="007924E7">
              <w:rPr>
                <w:rFonts w:ascii="Times New Roman" w:eastAsia="Times New Roman" w:hAnsi="Times New Roman"/>
                <w:color w:val="000000"/>
                <w:w w:val="97"/>
                <w:sz w:val="16"/>
                <w:lang w:val="ru-RU"/>
              </w:rPr>
              <w:t xml:space="preserve">выразительности;; </w:t>
            </w:r>
            <w:r w:rsidRPr="007924E7">
              <w:rPr>
                <w:lang w:val="ru-RU"/>
              </w:rPr>
              <w:br/>
            </w:r>
            <w:r w:rsidRPr="007924E7">
              <w:rPr>
                <w:rFonts w:ascii="Times New Roman" w:eastAsia="Times New Roman" w:hAnsi="Times New Roman"/>
                <w:color w:val="000000"/>
                <w:w w:val="97"/>
                <w:sz w:val="16"/>
                <w:lang w:val="ru-RU"/>
              </w:rPr>
              <w:t xml:space="preserve">Определять тему; </w:t>
            </w:r>
            <w:r w:rsidRPr="007924E7">
              <w:rPr>
                <w:lang w:val="ru-RU"/>
              </w:rPr>
              <w:br/>
            </w:r>
            <w:r w:rsidRPr="007924E7">
              <w:rPr>
                <w:rFonts w:ascii="Times New Roman" w:eastAsia="Times New Roman" w:hAnsi="Times New Roman"/>
                <w:color w:val="000000"/>
                <w:w w:val="97"/>
                <w:sz w:val="16"/>
                <w:lang w:val="ru-RU"/>
              </w:rPr>
              <w:t xml:space="preserve">идею;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Характеризовать;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right="144"/>
            </w:pPr>
            <w:proofErr w:type="spellStart"/>
            <w:r>
              <w:rPr>
                <w:rFonts w:ascii="Times New Roman" w:eastAsia="Times New Roman" w:hAnsi="Times New Roman"/>
                <w:color w:val="000000"/>
                <w:w w:val="97"/>
                <w:sz w:val="16"/>
              </w:rPr>
              <w:t>Практическая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https://resh-shkola.ru</w:t>
            </w:r>
          </w:p>
        </w:tc>
      </w:tr>
      <w:tr w:rsidR="00C76F25">
        <w:trPr>
          <w:trHeight w:hRule="exact" w:val="73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6.6.</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b/>
                <w:color w:val="000000"/>
                <w:w w:val="97"/>
                <w:sz w:val="16"/>
              </w:rPr>
              <w:t>Внеклассное</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чтение</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15.03.2023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7" w:lineRule="auto"/>
              <w:ind w:left="72" w:right="144"/>
              <w:rPr>
                <w:lang w:val="ru-RU"/>
              </w:rPr>
            </w:pPr>
            <w:proofErr w:type="gramStart"/>
            <w:r w:rsidRPr="007924E7">
              <w:rPr>
                <w:rFonts w:ascii="Times New Roman" w:eastAsia="Times New Roman" w:hAnsi="Times New Roman"/>
                <w:color w:val="000000"/>
                <w:w w:val="97"/>
                <w:sz w:val="16"/>
                <w:lang w:val="ru-RU"/>
              </w:rPr>
              <w:t>Высказывать своё отношение</w:t>
            </w:r>
            <w:proofErr w:type="gramEnd"/>
            <w:r w:rsidRPr="007924E7">
              <w:rPr>
                <w:rFonts w:ascii="Times New Roman" w:eastAsia="Times New Roman" w:hAnsi="Times New Roman"/>
                <w:color w:val="000000"/>
                <w:w w:val="97"/>
                <w:sz w:val="16"/>
                <w:lang w:val="ru-RU"/>
              </w:rPr>
              <w:t xml:space="preserve"> к </w:t>
            </w:r>
            <w:r w:rsidRPr="007924E7">
              <w:rPr>
                <w:lang w:val="ru-RU"/>
              </w:rPr>
              <w:br/>
            </w:r>
            <w:r w:rsidRPr="007924E7">
              <w:rPr>
                <w:rFonts w:ascii="Times New Roman" w:eastAsia="Times New Roman" w:hAnsi="Times New Roman"/>
                <w:color w:val="000000"/>
                <w:w w:val="97"/>
                <w:sz w:val="16"/>
                <w:lang w:val="ru-RU"/>
              </w:rPr>
              <w:t>событиям,</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https://resh-shkola.ru</w:t>
            </w:r>
          </w:p>
        </w:tc>
      </w:tr>
      <w:tr w:rsidR="00C76F25">
        <w:trPr>
          <w:trHeight w:hRule="exact" w:val="348"/>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Итого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разделу</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11</w:t>
            </w:r>
          </w:p>
        </w:tc>
        <w:tc>
          <w:tcPr>
            <w:tcW w:w="814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rsidRPr="007A4A81">
        <w:trPr>
          <w:trHeight w:hRule="exact" w:val="348"/>
        </w:trPr>
        <w:tc>
          <w:tcPr>
            <w:tcW w:w="15502" w:type="dxa"/>
            <w:gridSpan w:val="9"/>
            <w:tcBorders>
              <w:top w:val="single" w:sz="4" w:space="0" w:color="000000"/>
              <w:left w:val="single" w:sz="4" w:space="0" w:color="000000"/>
              <w:bottom w:val="single" w:sz="5"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color w:val="000000"/>
                <w:w w:val="97"/>
                <w:sz w:val="16"/>
                <w:lang w:val="ru-RU"/>
              </w:rPr>
              <w:t xml:space="preserve">Раздел 7. </w:t>
            </w:r>
            <w:r w:rsidRPr="007924E7">
              <w:rPr>
                <w:rFonts w:ascii="Times New Roman" w:eastAsia="Times New Roman" w:hAnsi="Times New Roman"/>
                <w:b/>
                <w:color w:val="000000"/>
                <w:w w:val="97"/>
                <w:sz w:val="16"/>
                <w:lang w:val="ru-RU"/>
              </w:rPr>
              <w:t>Литература народов Российской Федерации</w:t>
            </w:r>
          </w:p>
        </w:tc>
      </w:tr>
      <w:tr w:rsidR="00C76F25">
        <w:trPr>
          <w:trHeight w:hRule="exact" w:val="926"/>
        </w:trPr>
        <w:tc>
          <w:tcPr>
            <w:tcW w:w="39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jc w:val="center"/>
            </w:pPr>
            <w:r>
              <w:rPr>
                <w:rFonts w:ascii="Times New Roman" w:eastAsia="Times New Roman" w:hAnsi="Times New Roman"/>
                <w:color w:val="000000"/>
                <w:w w:val="97"/>
                <w:sz w:val="16"/>
              </w:rPr>
              <w:t>7.1.</w:t>
            </w:r>
          </w:p>
        </w:tc>
        <w:tc>
          <w:tcPr>
            <w:tcW w:w="643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45" w:lineRule="auto"/>
              <w:ind w:left="72" w:right="864"/>
              <w:rPr>
                <w:lang w:val="ru-RU"/>
              </w:rPr>
            </w:pPr>
            <w:r w:rsidRPr="007924E7">
              <w:rPr>
                <w:rFonts w:ascii="Times New Roman" w:eastAsia="Times New Roman" w:hAnsi="Times New Roman"/>
                <w:color w:val="000000"/>
                <w:w w:val="97"/>
                <w:sz w:val="16"/>
                <w:lang w:val="ru-RU"/>
              </w:rPr>
              <w:t xml:space="preserve">Стихотворения (одно по выбору). Например, Р. Г. Гамзатов. «Песня соловья»; М. </w:t>
            </w:r>
            <w:proofErr w:type="gramStart"/>
            <w:r w:rsidRPr="007924E7">
              <w:rPr>
                <w:rFonts w:ascii="Times New Roman" w:eastAsia="Times New Roman" w:hAnsi="Times New Roman"/>
                <w:color w:val="000000"/>
                <w:w w:val="97"/>
                <w:sz w:val="16"/>
                <w:lang w:val="ru-RU"/>
              </w:rPr>
              <w:t>Карим</w:t>
            </w:r>
            <w:proofErr w:type="gramEnd"/>
            <w:r w:rsidRPr="007924E7">
              <w:rPr>
                <w:rFonts w:ascii="Times New Roman" w:eastAsia="Times New Roman" w:hAnsi="Times New Roman"/>
                <w:color w:val="000000"/>
                <w:w w:val="97"/>
                <w:sz w:val="16"/>
                <w:lang w:val="ru-RU"/>
              </w:rPr>
              <w:t xml:space="preserve">. «Эту песню мать мне пела» </w:t>
            </w:r>
          </w:p>
        </w:tc>
        <w:tc>
          <w:tcPr>
            <w:tcW w:w="528"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1</w:t>
            </w:r>
          </w:p>
        </w:tc>
        <w:tc>
          <w:tcPr>
            <w:tcW w:w="110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0</w:t>
            </w:r>
          </w:p>
        </w:tc>
        <w:tc>
          <w:tcPr>
            <w:tcW w:w="864"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jc w:val="center"/>
            </w:pPr>
            <w:r>
              <w:rPr>
                <w:rFonts w:ascii="Times New Roman" w:eastAsia="Times New Roman" w:hAnsi="Times New Roman"/>
                <w:color w:val="000000"/>
                <w:w w:val="97"/>
                <w:sz w:val="16"/>
              </w:rPr>
              <w:t>17.03.2023</w:t>
            </w:r>
          </w:p>
        </w:tc>
        <w:tc>
          <w:tcPr>
            <w:tcW w:w="1536"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0" w:lineRule="auto"/>
              <w:ind w:left="72" w:right="144"/>
              <w:rPr>
                <w:lang w:val="ru-RU"/>
              </w:rPr>
            </w:pPr>
            <w:r w:rsidRPr="007924E7">
              <w:rPr>
                <w:rFonts w:ascii="Times New Roman" w:eastAsia="Times New Roman" w:hAnsi="Times New Roman"/>
                <w:color w:val="000000"/>
                <w:w w:val="97"/>
                <w:sz w:val="16"/>
                <w:lang w:val="ru-RU"/>
              </w:rPr>
              <w:t xml:space="preserve">Высказывать своё отношение к </w:t>
            </w:r>
            <w:r w:rsidRPr="007924E7">
              <w:rPr>
                <w:lang w:val="ru-RU"/>
              </w:rPr>
              <w:br/>
            </w:r>
            <w:r w:rsidRPr="007924E7">
              <w:rPr>
                <w:rFonts w:ascii="Times New Roman" w:eastAsia="Times New Roman" w:hAnsi="Times New Roman"/>
                <w:color w:val="000000"/>
                <w:w w:val="97"/>
                <w:sz w:val="16"/>
                <w:lang w:val="ru-RU"/>
              </w:rPr>
              <w:t>событиям</w:t>
            </w:r>
            <w:proofErr w:type="gramStart"/>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w:t>
            </w:r>
            <w:proofErr w:type="gramEnd"/>
          </w:p>
        </w:tc>
        <w:tc>
          <w:tcPr>
            <w:tcW w:w="1238"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5"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0" w:lineRule="auto"/>
              <w:ind w:left="72"/>
            </w:pPr>
            <w:r>
              <w:rPr>
                <w:rFonts w:ascii="Times New Roman" w:eastAsia="Times New Roman" w:hAnsi="Times New Roman"/>
                <w:color w:val="000000"/>
                <w:w w:val="97"/>
                <w:sz w:val="16"/>
              </w:rPr>
              <w:t>https://uchi.ru</w:t>
            </w:r>
          </w:p>
        </w:tc>
      </w:tr>
      <w:tr w:rsidR="00C76F25">
        <w:trPr>
          <w:trHeight w:hRule="exact" w:val="73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7.2.</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Развитие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речи</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31.03.2023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0" w:lineRule="auto"/>
              <w:ind w:left="72" w:right="144"/>
              <w:rPr>
                <w:lang w:val="ru-RU"/>
              </w:rPr>
            </w:pPr>
            <w:proofErr w:type="gramStart"/>
            <w:r w:rsidRPr="007924E7">
              <w:rPr>
                <w:rFonts w:ascii="Times New Roman" w:eastAsia="Times New Roman" w:hAnsi="Times New Roman"/>
                <w:color w:val="000000"/>
                <w:w w:val="97"/>
                <w:sz w:val="16"/>
                <w:lang w:val="ru-RU"/>
              </w:rPr>
              <w:t>Высказывать своё отношение</w:t>
            </w:r>
            <w:proofErr w:type="gramEnd"/>
            <w:r w:rsidRPr="007924E7">
              <w:rPr>
                <w:rFonts w:ascii="Times New Roman" w:eastAsia="Times New Roman" w:hAnsi="Times New Roman"/>
                <w:color w:val="000000"/>
                <w:w w:val="97"/>
                <w:sz w:val="16"/>
                <w:lang w:val="ru-RU"/>
              </w:rPr>
              <w:t xml:space="preserve"> к </w:t>
            </w:r>
            <w:r w:rsidRPr="007924E7">
              <w:rPr>
                <w:lang w:val="ru-RU"/>
              </w:rPr>
              <w:br/>
            </w:r>
            <w:r w:rsidRPr="007924E7">
              <w:rPr>
                <w:rFonts w:ascii="Times New Roman" w:eastAsia="Times New Roman" w:hAnsi="Times New Roman"/>
                <w:color w:val="000000"/>
                <w:w w:val="97"/>
                <w:sz w:val="16"/>
                <w:lang w:val="ru-RU"/>
              </w:rPr>
              <w:t>событиям,</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https://uchi.ru</w:t>
            </w:r>
          </w:p>
        </w:tc>
      </w:tr>
      <w:tr w:rsidR="00C76F25">
        <w:trPr>
          <w:trHeight w:hRule="exact" w:val="348"/>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Итого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разделу</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2</w:t>
            </w:r>
          </w:p>
        </w:tc>
        <w:tc>
          <w:tcPr>
            <w:tcW w:w="814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trPr>
          <w:trHeight w:hRule="exact" w:val="32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Раздел</w:t>
            </w:r>
            <w:proofErr w:type="spellEnd"/>
            <w:r>
              <w:rPr>
                <w:rFonts w:ascii="Times New Roman" w:eastAsia="Times New Roman" w:hAnsi="Times New Roman"/>
                <w:color w:val="000000"/>
                <w:w w:val="97"/>
                <w:sz w:val="16"/>
              </w:rPr>
              <w:t xml:space="preserve"> 8. </w:t>
            </w:r>
            <w:proofErr w:type="spellStart"/>
            <w:r>
              <w:rPr>
                <w:rFonts w:ascii="Times New Roman" w:eastAsia="Times New Roman" w:hAnsi="Times New Roman"/>
                <w:b/>
                <w:color w:val="000000"/>
                <w:w w:val="97"/>
                <w:sz w:val="16"/>
              </w:rPr>
              <w:t>Зарубежная</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литература</w:t>
            </w:r>
            <w:proofErr w:type="spellEnd"/>
          </w:p>
        </w:tc>
      </w:tr>
    </w:tbl>
    <w:p w:rsidR="00C76F25" w:rsidRDefault="00C76F25">
      <w:pPr>
        <w:autoSpaceDE w:val="0"/>
        <w:autoSpaceDN w:val="0"/>
        <w:spacing w:after="0" w:line="14" w:lineRule="exact"/>
      </w:pPr>
    </w:p>
    <w:p w:rsidR="00C76F25" w:rsidRDefault="00C76F25">
      <w:pPr>
        <w:sectPr w:rsidR="00C76F25">
          <w:pgSz w:w="16840" w:h="11900"/>
          <w:pgMar w:top="284" w:right="640" w:bottom="144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553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8.1.</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sidRPr="007924E7">
              <w:rPr>
                <w:rFonts w:ascii="Times New Roman" w:eastAsia="Times New Roman" w:hAnsi="Times New Roman"/>
                <w:color w:val="000000"/>
                <w:w w:val="97"/>
                <w:sz w:val="16"/>
                <w:lang w:val="ru-RU"/>
              </w:rPr>
              <w:t xml:space="preserve">Х. К. Андерсен. Сказки (одна по выбору). </w:t>
            </w:r>
            <w:proofErr w:type="spellStart"/>
            <w:r>
              <w:rPr>
                <w:rFonts w:ascii="Times New Roman" w:eastAsia="Times New Roman" w:hAnsi="Times New Roman"/>
                <w:color w:val="000000"/>
                <w:w w:val="97"/>
                <w:sz w:val="16"/>
              </w:rPr>
              <w:t>Например</w:t>
            </w:r>
            <w:proofErr w:type="spellEnd"/>
            <w:r>
              <w:rPr>
                <w:rFonts w:ascii="Times New Roman" w:eastAsia="Times New Roman" w:hAnsi="Times New Roman"/>
                <w:color w:val="000000"/>
                <w:w w:val="97"/>
                <w:sz w:val="16"/>
              </w:rPr>
              <w:t>, «</w:t>
            </w:r>
            <w:proofErr w:type="spellStart"/>
            <w:r>
              <w:rPr>
                <w:rFonts w:ascii="Times New Roman" w:eastAsia="Times New Roman" w:hAnsi="Times New Roman"/>
                <w:color w:val="000000"/>
                <w:w w:val="97"/>
                <w:sz w:val="16"/>
              </w:rPr>
              <w:t>Снежная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королева</w:t>
            </w:r>
            <w:proofErr w:type="spellEnd"/>
            <w:r>
              <w:rPr>
                <w:rFonts w:ascii="Times New Roman" w:eastAsia="Times New Roman" w:hAnsi="Times New Roman"/>
                <w:color w:val="000000"/>
                <w:w w:val="97"/>
                <w:sz w:val="16"/>
              </w:rPr>
              <w:t>», «</w:t>
            </w:r>
            <w:proofErr w:type="spellStart"/>
            <w:r>
              <w:rPr>
                <w:rFonts w:ascii="Times New Roman" w:eastAsia="Times New Roman" w:hAnsi="Times New Roman"/>
                <w:color w:val="000000"/>
                <w:w w:val="97"/>
                <w:sz w:val="16"/>
              </w:rPr>
              <w:t>Соловей</w:t>
            </w:r>
            <w:proofErr w:type="spellEnd"/>
            <w:r>
              <w:rPr>
                <w:rFonts w:ascii="Times New Roman" w:eastAsia="Times New Roman" w:hAnsi="Times New Roman"/>
                <w:color w:val="000000"/>
                <w:w w:val="97"/>
                <w:sz w:val="16"/>
              </w:rPr>
              <w:t>»</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03.04.2023 05.04.2023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Pr>
                <w:lang w:val="ru-RU"/>
              </w:rPr>
            </w:pPr>
            <w:r w:rsidRPr="007924E7">
              <w:rPr>
                <w:rFonts w:ascii="Times New Roman" w:eastAsia="Times New Roman" w:hAnsi="Times New Roman"/>
                <w:color w:val="000000"/>
                <w:w w:val="97"/>
                <w:sz w:val="16"/>
                <w:lang w:val="ru-RU"/>
              </w:rPr>
              <w:t xml:space="preserve">Читать сказку;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пересказывать</w:t>
            </w:r>
            <w:proofErr w:type="gramStart"/>
            <w:r w:rsidRPr="007924E7">
              <w:rPr>
                <w:rFonts w:ascii="Times New Roman" w:eastAsia="Times New Roman" w:hAnsi="Times New Roman"/>
                <w:color w:val="000000"/>
                <w:w w:val="97"/>
                <w:sz w:val="16"/>
                <w:lang w:val="ru-RU"/>
              </w:rPr>
              <w:t xml:space="preserve">;; </w:t>
            </w:r>
            <w:r w:rsidRPr="007924E7">
              <w:rPr>
                <w:lang w:val="ru-RU"/>
              </w:rPr>
              <w:br/>
            </w:r>
            <w:proofErr w:type="gramEnd"/>
            <w:r w:rsidRPr="007924E7">
              <w:rPr>
                <w:rFonts w:ascii="Times New Roman" w:eastAsia="Times New Roman" w:hAnsi="Times New Roman"/>
                <w:color w:val="000000"/>
                <w:w w:val="97"/>
                <w:sz w:val="16"/>
                <w:lang w:val="ru-RU"/>
              </w:rPr>
              <w:t xml:space="preserve">определять сюжет; ; </w:t>
            </w:r>
            <w:r w:rsidRPr="007924E7">
              <w:rPr>
                <w:lang w:val="ru-RU"/>
              </w:rPr>
              <w:br/>
            </w:r>
            <w:r w:rsidRPr="007924E7">
              <w:rPr>
                <w:rFonts w:ascii="Times New Roman" w:eastAsia="Times New Roman" w:hAnsi="Times New Roman"/>
                <w:color w:val="000000"/>
                <w:w w:val="97"/>
                <w:sz w:val="16"/>
                <w:lang w:val="ru-RU"/>
              </w:rPr>
              <w:t xml:space="preserve">композиционные и; художественные </w:t>
            </w:r>
            <w:r w:rsidRPr="007924E7">
              <w:rPr>
                <w:lang w:val="ru-RU"/>
              </w:rPr>
              <w:br/>
            </w:r>
            <w:r w:rsidRPr="007924E7">
              <w:rPr>
                <w:rFonts w:ascii="Times New Roman" w:eastAsia="Times New Roman" w:hAnsi="Times New Roman"/>
                <w:color w:val="000000"/>
                <w:w w:val="97"/>
                <w:sz w:val="16"/>
                <w:lang w:val="ru-RU"/>
              </w:rPr>
              <w:t xml:space="preserve">особенности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формулировать </w:t>
            </w:r>
            <w:r w:rsidRPr="007924E7">
              <w:rPr>
                <w:lang w:val="ru-RU"/>
              </w:rPr>
              <w:br/>
            </w:r>
            <w:r w:rsidRPr="007924E7">
              <w:rPr>
                <w:rFonts w:ascii="Times New Roman" w:eastAsia="Times New Roman" w:hAnsi="Times New Roman"/>
                <w:color w:val="000000"/>
                <w:w w:val="97"/>
                <w:sz w:val="16"/>
                <w:lang w:val="ru-RU"/>
              </w:rPr>
              <w:t xml:space="preserve">вопросы к </w:t>
            </w:r>
            <w:r w:rsidRPr="007924E7">
              <w:rPr>
                <w:lang w:val="ru-RU"/>
              </w:rPr>
              <w:br/>
            </w:r>
            <w:r w:rsidRPr="007924E7">
              <w:rPr>
                <w:rFonts w:ascii="Times New Roman" w:eastAsia="Times New Roman" w:hAnsi="Times New Roman"/>
                <w:color w:val="000000"/>
                <w:w w:val="97"/>
                <w:sz w:val="16"/>
                <w:lang w:val="ru-RU"/>
              </w:rPr>
              <w:t xml:space="preserve">отдельным </w:t>
            </w:r>
            <w:r w:rsidRPr="007924E7">
              <w:rPr>
                <w:lang w:val="ru-RU"/>
              </w:rPr>
              <w:br/>
            </w:r>
            <w:r w:rsidRPr="007924E7">
              <w:rPr>
                <w:rFonts w:ascii="Times New Roman" w:eastAsia="Times New Roman" w:hAnsi="Times New Roman"/>
                <w:color w:val="000000"/>
                <w:w w:val="97"/>
                <w:sz w:val="16"/>
                <w:lang w:val="ru-RU"/>
              </w:rPr>
              <w:t xml:space="preserve">фрагментам сказки; характеризовать </w:t>
            </w:r>
            <w:r w:rsidRPr="007924E7">
              <w:rPr>
                <w:lang w:val="ru-RU"/>
              </w:rPr>
              <w:br/>
            </w:r>
            <w:r w:rsidRPr="007924E7">
              <w:rPr>
                <w:rFonts w:ascii="Times New Roman" w:eastAsia="Times New Roman" w:hAnsi="Times New Roman"/>
                <w:color w:val="000000"/>
                <w:w w:val="97"/>
                <w:sz w:val="16"/>
                <w:lang w:val="ru-RU"/>
              </w:rPr>
              <w:t xml:space="preserve">главных героев; </w:t>
            </w:r>
            <w:r w:rsidRPr="007924E7">
              <w:rPr>
                <w:lang w:val="ru-RU"/>
              </w:rPr>
              <w:br/>
            </w:r>
            <w:r w:rsidRPr="007924E7">
              <w:rPr>
                <w:rFonts w:ascii="Times New Roman" w:eastAsia="Times New Roman" w:hAnsi="Times New Roman"/>
                <w:color w:val="000000"/>
                <w:w w:val="97"/>
                <w:sz w:val="16"/>
                <w:lang w:val="ru-RU"/>
              </w:rPr>
              <w:t xml:space="preserve">сравнивать их </w:t>
            </w:r>
            <w:r w:rsidRPr="007924E7">
              <w:rPr>
                <w:lang w:val="ru-RU"/>
              </w:rPr>
              <w:br/>
            </w:r>
            <w:r w:rsidRPr="007924E7">
              <w:rPr>
                <w:rFonts w:ascii="Times New Roman" w:eastAsia="Times New Roman" w:hAnsi="Times New Roman"/>
                <w:color w:val="000000"/>
                <w:w w:val="97"/>
                <w:sz w:val="16"/>
                <w:lang w:val="ru-RU"/>
              </w:rPr>
              <w:t xml:space="preserve">поступки; </w:t>
            </w:r>
            <w:r w:rsidRPr="007924E7">
              <w:rPr>
                <w:lang w:val="ru-RU"/>
              </w:rPr>
              <w:br/>
            </w:r>
            <w:r w:rsidRPr="007924E7">
              <w:rPr>
                <w:rFonts w:ascii="Times New Roman" w:eastAsia="Times New Roman" w:hAnsi="Times New Roman"/>
                <w:color w:val="000000"/>
                <w:w w:val="97"/>
                <w:sz w:val="16"/>
                <w:lang w:val="ru-RU"/>
              </w:rPr>
              <w:t xml:space="preserve">высказывать своё </w:t>
            </w:r>
            <w:r w:rsidRPr="007924E7">
              <w:rPr>
                <w:lang w:val="ru-RU"/>
              </w:rPr>
              <w:br/>
            </w:r>
            <w:r w:rsidRPr="007924E7">
              <w:rPr>
                <w:rFonts w:ascii="Times New Roman" w:eastAsia="Times New Roman" w:hAnsi="Times New Roman"/>
                <w:color w:val="000000"/>
                <w:w w:val="97"/>
                <w:sz w:val="16"/>
                <w:lang w:val="ru-RU"/>
              </w:rPr>
              <w:t xml:space="preserve">отношение к </w:t>
            </w:r>
            <w:r w:rsidRPr="007924E7">
              <w:rPr>
                <w:lang w:val="ru-RU"/>
              </w:rPr>
              <w:br/>
            </w:r>
            <w:r w:rsidRPr="007924E7">
              <w:rPr>
                <w:rFonts w:ascii="Times New Roman" w:eastAsia="Times New Roman" w:hAnsi="Times New Roman"/>
                <w:color w:val="000000"/>
                <w:w w:val="97"/>
                <w:sz w:val="16"/>
                <w:lang w:val="ru-RU"/>
              </w:rPr>
              <w:t xml:space="preserve">событиям и героям сказки;; </w:t>
            </w:r>
            <w:r w:rsidRPr="007924E7">
              <w:rPr>
                <w:lang w:val="ru-RU"/>
              </w:rPr>
              <w:br/>
            </w:r>
            <w:r w:rsidRPr="007924E7">
              <w:rPr>
                <w:rFonts w:ascii="Times New Roman" w:eastAsia="Times New Roman" w:hAnsi="Times New Roman"/>
                <w:color w:val="000000"/>
                <w:w w:val="97"/>
                <w:sz w:val="16"/>
                <w:lang w:val="ru-RU"/>
              </w:rPr>
              <w:t xml:space="preserve">Определять связь </w:t>
            </w:r>
            <w:r w:rsidRPr="007924E7">
              <w:rPr>
                <w:lang w:val="ru-RU"/>
              </w:rPr>
              <w:br/>
            </w:r>
            <w:r w:rsidRPr="007924E7">
              <w:rPr>
                <w:rFonts w:ascii="Times New Roman" w:eastAsia="Times New Roman" w:hAnsi="Times New Roman"/>
                <w:color w:val="000000"/>
                <w:w w:val="97"/>
                <w:sz w:val="16"/>
                <w:lang w:val="ru-RU"/>
              </w:rPr>
              <w:t xml:space="preserve">сказки Х. К.; </w:t>
            </w:r>
            <w:r w:rsidRPr="007924E7">
              <w:rPr>
                <w:lang w:val="ru-RU"/>
              </w:rPr>
              <w:br/>
            </w:r>
            <w:r w:rsidRPr="007924E7">
              <w:rPr>
                <w:rFonts w:ascii="Times New Roman" w:eastAsia="Times New Roman" w:hAnsi="Times New Roman"/>
                <w:color w:val="000000"/>
                <w:w w:val="97"/>
                <w:sz w:val="16"/>
                <w:lang w:val="ru-RU"/>
              </w:rPr>
              <w:t xml:space="preserve">Андерсена с </w:t>
            </w:r>
            <w:r w:rsidRPr="007924E7">
              <w:rPr>
                <w:lang w:val="ru-RU"/>
              </w:rPr>
              <w:br/>
            </w:r>
            <w:r w:rsidRPr="007924E7">
              <w:rPr>
                <w:rFonts w:ascii="Times New Roman" w:eastAsia="Times New Roman" w:hAnsi="Times New Roman"/>
                <w:color w:val="000000"/>
                <w:w w:val="97"/>
                <w:sz w:val="16"/>
                <w:lang w:val="ru-RU"/>
              </w:rPr>
              <w:t xml:space="preserve">фольклорными </w:t>
            </w:r>
            <w:r w:rsidRPr="007924E7">
              <w:rPr>
                <w:lang w:val="ru-RU"/>
              </w:rPr>
              <w:br/>
            </w:r>
            <w:r w:rsidRPr="007924E7">
              <w:rPr>
                <w:rFonts w:ascii="Times New Roman" w:eastAsia="Times New Roman" w:hAnsi="Times New Roman"/>
                <w:color w:val="000000"/>
                <w:w w:val="97"/>
                <w:sz w:val="16"/>
                <w:lang w:val="ru-RU"/>
              </w:rPr>
              <w:t xml:space="preserve">произведениями; </w:t>
            </w:r>
            <w:r w:rsidRPr="007924E7">
              <w:rPr>
                <w:lang w:val="ru-RU"/>
              </w:rPr>
              <w:br/>
            </w:r>
            <w:r w:rsidRPr="007924E7">
              <w:rPr>
                <w:rFonts w:ascii="Times New Roman" w:eastAsia="Times New Roman" w:hAnsi="Times New Roman"/>
                <w:color w:val="000000"/>
                <w:w w:val="97"/>
                <w:sz w:val="16"/>
                <w:lang w:val="ru-RU"/>
              </w:rPr>
              <w:t>;</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https://education.yandexr.u</w:t>
            </w:r>
          </w:p>
        </w:tc>
      </w:tr>
      <w:tr w:rsidR="00C76F25">
        <w:trPr>
          <w:trHeight w:hRule="exact" w:val="340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8.2.</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45" w:lineRule="auto"/>
              <w:ind w:left="72"/>
            </w:pPr>
            <w:r w:rsidRPr="007924E7">
              <w:rPr>
                <w:rFonts w:ascii="Times New Roman" w:eastAsia="Times New Roman" w:hAnsi="Times New Roman"/>
                <w:color w:val="000000"/>
                <w:w w:val="97"/>
                <w:sz w:val="16"/>
                <w:lang w:val="ru-RU"/>
              </w:rPr>
              <w:t xml:space="preserve">Зарубежная сказочная проза (одно произведение по выбору). Например, Л. Кэрролл. «Алиса в Стране Чудес» (главы); Дж. Р. Р. </w:t>
            </w:r>
            <w:proofErr w:type="spellStart"/>
            <w:r w:rsidRPr="007924E7">
              <w:rPr>
                <w:rFonts w:ascii="Times New Roman" w:eastAsia="Times New Roman" w:hAnsi="Times New Roman"/>
                <w:color w:val="000000"/>
                <w:w w:val="97"/>
                <w:sz w:val="16"/>
                <w:lang w:val="ru-RU"/>
              </w:rPr>
              <w:t>Толкин</w:t>
            </w:r>
            <w:proofErr w:type="spellEnd"/>
            <w:r w:rsidRPr="007924E7">
              <w:rPr>
                <w:rFonts w:ascii="Times New Roman" w:eastAsia="Times New Roman" w:hAnsi="Times New Roman"/>
                <w:color w:val="000000"/>
                <w:w w:val="97"/>
                <w:sz w:val="16"/>
                <w:lang w:val="ru-RU"/>
              </w:rPr>
              <w:t xml:space="preserve">. </w:t>
            </w:r>
            <w:r>
              <w:rPr>
                <w:rFonts w:ascii="Times New Roman" w:eastAsia="Times New Roman" w:hAnsi="Times New Roman"/>
                <w:color w:val="000000"/>
                <w:w w:val="97"/>
                <w:sz w:val="16"/>
              </w:rPr>
              <w:t>«</w:t>
            </w:r>
            <w:proofErr w:type="spellStart"/>
            <w:r>
              <w:rPr>
                <w:rFonts w:ascii="Times New Roman" w:eastAsia="Times New Roman" w:hAnsi="Times New Roman"/>
                <w:color w:val="000000"/>
                <w:w w:val="97"/>
                <w:sz w:val="16"/>
              </w:rPr>
              <w:t>Хоббит</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или</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Туда</w:t>
            </w:r>
            <w:proofErr w:type="spellEnd"/>
            <w:r>
              <w:rPr>
                <w:rFonts w:ascii="Times New Roman" w:eastAsia="Times New Roman" w:hAnsi="Times New Roman"/>
                <w:color w:val="000000"/>
                <w:w w:val="97"/>
                <w:sz w:val="16"/>
              </w:rPr>
              <w:t xml:space="preserve"> и </w:t>
            </w:r>
            <w:proofErr w:type="spellStart"/>
            <w:r>
              <w:rPr>
                <w:rFonts w:ascii="Times New Roman" w:eastAsia="Times New Roman" w:hAnsi="Times New Roman"/>
                <w:color w:val="000000"/>
                <w:w w:val="97"/>
                <w:sz w:val="16"/>
              </w:rPr>
              <w:t>обратно</w:t>
            </w:r>
            <w:proofErr w:type="spellEnd"/>
            <w:r>
              <w:rPr>
                <w:rFonts w:ascii="Times New Roman" w:eastAsia="Times New Roman" w:hAnsi="Times New Roman"/>
                <w:color w:val="000000"/>
                <w:w w:val="97"/>
                <w:sz w:val="16"/>
              </w:rPr>
              <w:t>» (</w:t>
            </w:r>
            <w:proofErr w:type="spellStart"/>
            <w:r>
              <w:rPr>
                <w:rFonts w:ascii="Times New Roman" w:eastAsia="Times New Roman" w:hAnsi="Times New Roman"/>
                <w:color w:val="000000"/>
                <w:w w:val="97"/>
                <w:sz w:val="16"/>
              </w:rPr>
              <w:t>главы</w:t>
            </w:r>
            <w:proofErr w:type="spellEnd"/>
            <w:r>
              <w:rPr>
                <w:rFonts w:ascii="Times New Roman" w:eastAsia="Times New Roman" w:hAnsi="Times New Roman"/>
                <w:color w:val="000000"/>
                <w:w w:val="97"/>
                <w:sz w:val="16"/>
              </w:rPr>
              <w:t xml:space="preserve">) и </w:t>
            </w:r>
            <w:proofErr w:type="spellStart"/>
            <w:r>
              <w:rPr>
                <w:rFonts w:ascii="Times New Roman" w:eastAsia="Times New Roman" w:hAnsi="Times New Roman"/>
                <w:color w:val="000000"/>
                <w:w w:val="97"/>
                <w:sz w:val="16"/>
              </w:rPr>
              <w:t>др</w:t>
            </w:r>
            <w:proofErr w:type="spellEnd"/>
            <w:r>
              <w:rPr>
                <w:rFonts w:ascii="Times New Roman" w:eastAsia="Times New Roman" w:hAnsi="Times New Roman"/>
                <w:color w:val="000000"/>
                <w:w w:val="97"/>
                <w:sz w:val="16"/>
              </w:rPr>
              <w:t xml:space="preserve">.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45" w:lineRule="auto"/>
              <w:jc w:val="center"/>
            </w:pPr>
            <w:r>
              <w:rPr>
                <w:rFonts w:ascii="Times New Roman" w:eastAsia="Times New Roman" w:hAnsi="Times New Roman"/>
                <w:color w:val="000000"/>
                <w:w w:val="97"/>
                <w:sz w:val="16"/>
              </w:rPr>
              <w:t>07.04.2023 10.04.2023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4" w:lineRule="auto"/>
              <w:ind w:left="72"/>
              <w:rPr>
                <w:lang w:val="ru-RU"/>
              </w:rPr>
            </w:pPr>
            <w:r w:rsidRPr="007924E7">
              <w:rPr>
                <w:rFonts w:ascii="Times New Roman" w:eastAsia="Times New Roman" w:hAnsi="Times New Roman"/>
                <w:color w:val="000000"/>
                <w:w w:val="97"/>
                <w:sz w:val="16"/>
                <w:lang w:val="ru-RU"/>
              </w:rPr>
              <w:t xml:space="preserve">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произведение; </w:t>
            </w:r>
            <w:r w:rsidRPr="007924E7">
              <w:rPr>
                <w:lang w:val="ru-RU"/>
              </w:rPr>
              <w:br/>
            </w:r>
            <w:r w:rsidRPr="007924E7">
              <w:rPr>
                <w:rFonts w:ascii="Times New Roman" w:eastAsia="Times New Roman" w:hAnsi="Times New Roman"/>
                <w:color w:val="000000"/>
                <w:w w:val="97"/>
                <w:sz w:val="16"/>
                <w:lang w:val="ru-RU"/>
              </w:rPr>
              <w:t xml:space="preserve">задавать вопросы к отдельным </w:t>
            </w:r>
            <w:r w:rsidRPr="007924E7">
              <w:rPr>
                <w:lang w:val="ru-RU"/>
              </w:rPr>
              <w:br/>
            </w:r>
            <w:r w:rsidRPr="007924E7">
              <w:rPr>
                <w:rFonts w:ascii="Times New Roman" w:eastAsia="Times New Roman" w:hAnsi="Times New Roman"/>
                <w:color w:val="000000"/>
                <w:w w:val="97"/>
                <w:sz w:val="16"/>
                <w:lang w:val="ru-RU"/>
              </w:rPr>
              <w:t xml:space="preserve">фрагментам;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формулировать тему и; </w:t>
            </w:r>
            <w:r w:rsidRPr="007924E7">
              <w:rPr>
                <w:lang w:val="ru-RU"/>
              </w:rPr>
              <w:br/>
            </w:r>
            <w:r w:rsidRPr="007924E7">
              <w:rPr>
                <w:rFonts w:ascii="Times New Roman" w:eastAsia="Times New Roman" w:hAnsi="Times New Roman"/>
                <w:color w:val="000000"/>
                <w:w w:val="97"/>
                <w:sz w:val="16"/>
                <w:lang w:val="ru-RU"/>
              </w:rPr>
              <w:t xml:space="preserve">основную идею </w:t>
            </w:r>
            <w:r w:rsidRPr="007924E7">
              <w:rPr>
                <w:lang w:val="ru-RU"/>
              </w:rPr>
              <w:br/>
            </w:r>
            <w:r w:rsidRPr="007924E7">
              <w:rPr>
                <w:rFonts w:ascii="Times New Roman" w:eastAsia="Times New Roman" w:hAnsi="Times New Roman"/>
                <w:color w:val="000000"/>
                <w:w w:val="97"/>
                <w:sz w:val="16"/>
                <w:lang w:val="ru-RU"/>
              </w:rPr>
              <w:t xml:space="preserve">прочитанных глав;; Рассуждать о героях и; </w:t>
            </w:r>
            <w:r w:rsidRPr="007924E7">
              <w:rPr>
                <w:lang w:val="ru-RU"/>
              </w:rPr>
              <w:br/>
            </w:r>
            <w:r w:rsidRPr="007924E7">
              <w:rPr>
                <w:rFonts w:ascii="Times New Roman" w:eastAsia="Times New Roman" w:hAnsi="Times New Roman"/>
                <w:color w:val="000000"/>
                <w:w w:val="97"/>
                <w:sz w:val="16"/>
                <w:lang w:val="ru-RU"/>
              </w:rPr>
              <w:t xml:space="preserve">проблематике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обосновывать свои</w:t>
            </w:r>
            <w:proofErr w:type="gramStart"/>
            <w:r w:rsidRPr="007924E7">
              <w:rPr>
                <w:rFonts w:ascii="Times New Roman" w:eastAsia="Times New Roman" w:hAnsi="Times New Roman"/>
                <w:color w:val="000000"/>
                <w:w w:val="97"/>
                <w:sz w:val="16"/>
                <w:lang w:val="ru-RU"/>
              </w:rPr>
              <w:t xml:space="preserve"> ;</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Тестирование</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https://education.yandex.ru</w:t>
            </w:r>
          </w:p>
        </w:tc>
      </w:tr>
    </w:tbl>
    <w:p w:rsidR="00C76F25" w:rsidRDefault="00C76F25">
      <w:pPr>
        <w:autoSpaceDE w:val="0"/>
        <w:autoSpaceDN w:val="0"/>
        <w:spacing w:after="0" w:line="14" w:lineRule="exact"/>
      </w:pPr>
    </w:p>
    <w:p w:rsidR="00C76F25" w:rsidRDefault="00C76F25">
      <w:pPr>
        <w:sectPr w:rsidR="00C76F25">
          <w:pgSz w:w="16840" w:h="11900"/>
          <w:pgMar w:top="284" w:right="640" w:bottom="118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380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8.3.</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5" w:lineRule="auto"/>
              <w:ind w:left="72" w:right="144"/>
              <w:rPr>
                <w:lang w:val="ru-RU"/>
              </w:rPr>
            </w:pPr>
            <w:r w:rsidRPr="007924E7">
              <w:rPr>
                <w:rFonts w:ascii="Times New Roman" w:eastAsia="Times New Roman" w:hAnsi="Times New Roman"/>
                <w:color w:val="000000"/>
                <w:w w:val="97"/>
                <w:sz w:val="16"/>
                <w:lang w:val="ru-RU"/>
              </w:rPr>
              <w:t xml:space="preserve">Зарубежная проза о детях и подростках (два произведения по выбору). Например, М. </w:t>
            </w:r>
            <w:proofErr w:type="spellStart"/>
            <w:r w:rsidRPr="007924E7">
              <w:rPr>
                <w:rFonts w:ascii="Times New Roman" w:eastAsia="Times New Roman" w:hAnsi="Times New Roman"/>
                <w:color w:val="000000"/>
                <w:w w:val="97"/>
                <w:sz w:val="16"/>
                <w:lang w:val="ru-RU"/>
              </w:rPr>
              <w:t>Твен</w:t>
            </w:r>
            <w:proofErr w:type="gramStart"/>
            <w:r w:rsidRPr="007924E7">
              <w:rPr>
                <w:rFonts w:ascii="Times New Roman" w:eastAsia="Times New Roman" w:hAnsi="Times New Roman"/>
                <w:color w:val="000000"/>
                <w:w w:val="97"/>
                <w:sz w:val="16"/>
                <w:lang w:val="ru-RU"/>
              </w:rPr>
              <w:t>.«</w:t>
            </w:r>
            <w:proofErr w:type="gramEnd"/>
            <w:r w:rsidRPr="007924E7">
              <w:rPr>
                <w:rFonts w:ascii="Times New Roman" w:eastAsia="Times New Roman" w:hAnsi="Times New Roman"/>
                <w:color w:val="000000"/>
                <w:w w:val="97"/>
                <w:sz w:val="16"/>
                <w:lang w:val="ru-RU"/>
              </w:rPr>
              <w:t>Приключения</w:t>
            </w:r>
            <w:proofErr w:type="spellEnd"/>
            <w:r w:rsidRPr="007924E7">
              <w:rPr>
                <w:rFonts w:ascii="Times New Roman" w:eastAsia="Times New Roman" w:hAnsi="Times New Roman"/>
                <w:color w:val="000000"/>
                <w:w w:val="97"/>
                <w:sz w:val="16"/>
                <w:lang w:val="ru-RU"/>
              </w:rPr>
              <w:t xml:space="preserve"> Тома </w:t>
            </w:r>
            <w:proofErr w:type="spellStart"/>
            <w:r w:rsidRPr="007924E7">
              <w:rPr>
                <w:rFonts w:ascii="Times New Roman" w:eastAsia="Times New Roman" w:hAnsi="Times New Roman"/>
                <w:color w:val="000000"/>
                <w:w w:val="97"/>
                <w:sz w:val="16"/>
                <w:lang w:val="ru-RU"/>
              </w:rPr>
              <w:t>Сойера</w:t>
            </w:r>
            <w:proofErr w:type="spellEnd"/>
            <w:r w:rsidRPr="007924E7">
              <w:rPr>
                <w:rFonts w:ascii="Times New Roman" w:eastAsia="Times New Roman" w:hAnsi="Times New Roman"/>
                <w:color w:val="000000"/>
                <w:w w:val="97"/>
                <w:sz w:val="16"/>
                <w:lang w:val="ru-RU"/>
              </w:rPr>
              <w:t xml:space="preserve">» (главы); Дж. Лондон. «Сказание о </w:t>
            </w:r>
            <w:proofErr w:type="spellStart"/>
            <w:r w:rsidRPr="007924E7">
              <w:rPr>
                <w:rFonts w:ascii="Times New Roman" w:eastAsia="Times New Roman" w:hAnsi="Times New Roman"/>
                <w:color w:val="000000"/>
                <w:w w:val="97"/>
                <w:sz w:val="16"/>
                <w:lang w:val="ru-RU"/>
              </w:rPr>
              <w:t>Кише</w:t>
            </w:r>
            <w:proofErr w:type="spellEnd"/>
            <w:r w:rsidRPr="007924E7">
              <w:rPr>
                <w:rFonts w:ascii="Times New Roman" w:eastAsia="Times New Roman" w:hAnsi="Times New Roman"/>
                <w:color w:val="000000"/>
                <w:w w:val="97"/>
                <w:sz w:val="16"/>
                <w:lang w:val="ru-RU"/>
              </w:rPr>
              <w:t xml:space="preserve">»; Р. </w:t>
            </w:r>
            <w:proofErr w:type="spellStart"/>
            <w:r w:rsidRPr="007924E7">
              <w:rPr>
                <w:rFonts w:ascii="Times New Roman" w:eastAsia="Times New Roman" w:hAnsi="Times New Roman"/>
                <w:color w:val="000000"/>
                <w:w w:val="97"/>
                <w:sz w:val="16"/>
                <w:lang w:val="ru-RU"/>
              </w:rPr>
              <w:t>Брэдбери</w:t>
            </w:r>
            <w:proofErr w:type="spellEnd"/>
            <w:r w:rsidRPr="007924E7">
              <w:rPr>
                <w:rFonts w:ascii="Times New Roman" w:eastAsia="Times New Roman" w:hAnsi="Times New Roman"/>
                <w:color w:val="000000"/>
                <w:w w:val="97"/>
                <w:sz w:val="16"/>
                <w:lang w:val="ru-RU"/>
              </w:rPr>
              <w:t>.</w:t>
            </w:r>
          </w:p>
          <w:p w:rsidR="00C76F25" w:rsidRPr="007924E7" w:rsidRDefault="0044668A">
            <w:pPr>
              <w:autoSpaceDE w:val="0"/>
              <w:autoSpaceDN w:val="0"/>
              <w:spacing w:before="20" w:after="0" w:line="230" w:lineRule="auto"/>
              <w:ind w:left="72"/>
              <w:rPr>
                <w:lang w:val="ru-RU"/>
              </w:rPr>
            </w:pPr>
            <w:r w:rsidRPr="007924E7">
              <w:rPr>
                <w:rFonts w:ascii="Times New Roman" w:eastAsia="Times New Roman" w:hAnsi="Times New Roman"/>
                <w:color w:val="000000"/>
                <w:w w:val="97"/>
                <w:sz w:val="16"/>
                <w:lang w:val="ru-RU"/>
              </w:rPr>
              <w:t>Рассказы. Например, «Каникулы», «Звук бегущих ног», «Зелёное утро» и др.</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13.04.2023 19.04.2023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4" w:lineRule="auto"/>
              <w:ind w:left="72" w:right="144"/>
              <w:rPr>
                <w:lang w:val="ru-RU"/>
              </w:rPr>
            </w:pPr>
            <w:proofErr w:type="gramStart"/>
            <w:r w:rsidRPr="007924E7">
              <w:rPr>
                <w:rFonts w:ascii="Times New Roman" w:eastAsia="Times New Roman" w:hAnsi="Times New Roman"/>
                <w:color w:val="000000"/>
                <w:w w:val="97"/>
                <w:sz w:val="16"/>
                <w:lang w:val="ru-RU"/>
              </w:rPr>
              <w:t xml:space="preserve">Воспринимать и 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литературное; </w:t>
            </w:r>
            <w:r w:rsidRPr="007924E7">
              <w:rPr>
                <w:lang w:val="ru-RU"/>
              </w:rPr>
              <w:br/>
            </w:r>
            <w:r w:rsidRPr="007924E7">
              <w:rPr>
                <w:rFonts w:ascii="Times New Roman" w:eastAsia="Times New Roman" w:hAnsi="Times New Roman"/>
                <w:color w:val="000000"/>
                <w:w w:val="97"/>
                <w:sz w:val="16"/>
                <w:lang w:val="ru-RU"/>
              </w:rPr>
              <w:t xml:space="preserve">произведение;;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самостоятельно </w:t>
            </w:r>
            <w:r w:rsidRPr="007924E7">
              <w:rPr>
                <w:lang w:val="ru-RU"/>
              </w:rPr>
              <w:br/>
            </w:r>
            <w:r w:rsidRPr="007924E7">
              <w:rPr>
                <w:rFonts w:ascii="Times New Roman" w:eastAsia="Times New Roman" w:hAnsi="Times New Roman"/>
                <w:color w:val="000000"/>
                <w:w w:val="97"/>
                <w:sz w:val="16"/>
                <w:lang w:val="ru-RU"/>
              </w:rPr>
              <w:t xml:space="preserve">формулировать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содержание </w:t>
            </w:r>
            <w:r w:rsidRPr="007924E7">
              <w:rPr>
                <w:lang w:val="ru-RU"/>
              </w:rPr>
              <w:br/>
            </w:r>
            <w:r w:rsidRPr="007924E7">
              <w:rPr>
                <w:rFonts w:ascii="Times New Roman" w:eastAsia="Times New Roman" w:hAnsi="Times New Roman"/>
                <w:color w:val="000000"/>
                <w:w w:val="97"/>
                <w:sz w:val="16"/>
                <w:lang w:val="ru-RU"/>
              </w:rPr>
              <w:t xml:space="preserve">отдельных глав;; Определять тему; идею; </w:t>
            </w:r>
            <w:r w:rsidRPr="007924E7">
              <w:rPr>
                <w:lang w:val="ru-RU"/>
              </w:rPr>
              <w:br/>
            </w:r>
            <w:r w:rsidRPr="007924E7">
              <w:rPr>
                <w:rFonts w:ascii="Times New Roman" w:eastAsia="Times New Roman" w:hAnsi="Times New Roman"/>
                <w:color w:val="000000"/>
                <w:w w:val="97"/>
                <w:sz w:val="16"/>
                <w:lang w:val="ru-RU"/>
              </w:rPr>
              <w:t xml:space="preserve">произведения;; </w:t>
            </w:r>
            <w:r w:rsidRPr="007924E7">
              <w:rPr>
                <w:lang w:val="ru-RU"/>
              </w:rPr>
              <w:br/>
            </w:r>
            <w:r w:rsidRPr="007924E7">
              <w:rPr>
                <w:rFonts w:ascii="Times New Roman" w:eastAsia="Times New Roman" w:hAnsi="Times New Roman"/>
                <w:color w:val="000000"/>
                <w:w w:val="97"/>
                <w:sz w:val="16"/>
                <w:lang w:val="ru-RU"/>
              </w:rPr>
              <w:t>Характеризовать; ;</w:t>
            </w:r>
            <w:proofErr w:type="gramEnd"/>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0" w:lineRule="auto"/>
              <w:ind w:left="72"/>
              <w:rPr>
                <w:lang w:val="ru-RU"/>
              </w:rPr>
            </w:pPr>
            <w:r w:rsidRPr="007924E7">
              <w:rPr>
                <w:rFonts w:ascii="Times New Roman" w:eastAsia="Times New Roman" w:hAnsi="Times New Roman"/>
                <w:color w:val="000000"/>
                <w:w w:val="97"/>
                <w:sz w:val="16"/>
                <w:lang w:val="ru-RU"/>
              </w:rPr>
              <w:t xml:space="preserve">Самооценка с </w:t>
            </w:r>
            <w:r w:rsidRPr="007924E7">
              <w:rPr>
                <w:lang w:val="ru-RU"/>
              </w:rPr>
              <w:br/>
            </w:r>
            <w:proofErr w:type="spellStart"/>
            <w:r w:rsidRPr="007924E7">
              <w:rPr>
                <w:rFonts w:ascii="Times New Roman" w:eastAsia="Times New Roman" w:hAnsi="Times New Roman"/>
                <w:color w:val="000000"/>
                <w:w w:val="97"/>
                <w:sz w:val="16"/>
                <w:lang w:val="ru-RU"/>
              </w:rPr>
              <w:t>использованием</w:t>
            </w:r>
            <w:proofErr w:type="gramStart"/>
            <w:r w:rsidRPr="007924E7">
              <w:rPr>
                <w:rFonts w:ascii="Times New Roman" w:eastAsia="Times New Roman" w:hAnsi="Times New Roman"/>
                <w:color w:val="000000"/>
                <w:w w:val="97"/>
                <w:sz w:val="16"/>
                <w:lang w:val="ru-RU"/>
              </w:rPr>
              <w:t>«О</w:t>
            </w:r>
            <w:proofErr w:type="gramEnd"/>
            <w:r w:rsidRPr="007924E7">
              <w:rPr>
                <w:rFonts w:ascii="Times New Roman" w:eastAsia="Times New Roman" w:hAnsi="Times New Roman"/>
                <w:color w:val="000000"/>
                <w:w w:val="97"/>
                <w:sz w:val="16"/>
                <w:lang w:val="ru-RU"/>
              </w:rPr>
              <w:t>ценочного</w:t>
            </w:r>
            <w:proofErr w:type="spellEnd"/>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листа»;</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https://edu.skysmart.ru</w:t>
            </w:r>
          </w:p>
        </w:tc>
      </w:tr>
      <w:tr w:rsidR="00C76F25">
        <w:trPr>
          <w:trHeight w:hRule="exact" w:val="439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8.4.</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5" w:lineRule="auto"/>
              <w:ind w:left="72" w:right="720"/>
              <w:rPr>
                <w:lang w:val="ru-RU"/>
              </w:rPr>
            </w:pPr>
            <w:r w:rsidRPr="007924E7">
              <w:rPr>
                <w:rFonts w:ascii="Times New Roman" w:eastAsia="Times New Roman" w:hAnsi="Times New Roman"/>
                <w:color w:val="000000"/>
                <w:w w:val="97"/>
                <w:sz w:val="16"/>
                <w:lang w:val="ru-RU"/>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21.04.2023 26.04.2023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ight="144"/>
              <w:rPr>
                <w:lang w:val="ru-RU"/>
              </w:rPr>
            </w:pP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литературное; </w:t>
            </w:r>
            <w:r w:rsidRPr="007924E7">
              <w:rPr>
                <w:lang w:val="ru-RU"/>
              </w:rPr>
              <w:br/>
            </w:r>
            <w:r w:rsidRPr="007924E7">
              <w:rPr>
                <w:rFonts w:ascii="Times New Roman" w:eastAsia="Times New Roman" w:hAnsi="Times New Roman"/>
                <w:color w:val="000000"/>
                <w:w w:val="97"/>
                <w:sz w:val="16"/>
                <w:lang w:val="ru-RU"/>
              </w:rPr>
              <w:t xml:space="preserve">произведение; </w:t>
            </w:r>
            <w:r w:rsidRPr="007924E7">
              <w:rPr>
                <w:lang w:val="ru-RU"/>
              </w:rPr>
              <w:br/>
            </w:r>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вопросы</w:t>
            </w:r>
            <w:proofErr w:type="gramStart"/>
            <w:r w:rsidRPr="007924E7">
              <w:rPr>
                <w:rFonts w:ascii="Times New Roman" w:eastAsia="Times New Roman" w:hAnsi="Times New Roman"/>
                <w:color w:val="000000"/>
                <w:w w:val="97"/>
                <w:sz w:val="16"/>
                <w:lang w:val="ru-RU"/>
              </w:rPr>
              <w:t xml:space="preserve">;; </w:t>
            </w:r>
            <w:r w:rsidRPr="007924E7">
              <w:rPr>
                <w:lang w:val="ru-RU"/>
              </w:rPr>
              <w:br/>
            </w:r>
            <w:proofErr w:type="gramEnd"/>
            <w:r w:rsidRPr="007924E7">
              <w:rPr>
                <w:rFonts w:ascii="Times New Roman" w:eastAsia="Times New Roman" w:hAnsi="Times New Roman"/>
                <w:color w:val="000000"/>
                <w:w w:val="97"/>
                <w:sz w:val="16"/>
                <w:lang w:val="ru-RU"/>
              </w:rPr>
              <w:t xml:space="preserve">Самостоятельно формулировать </w:t>
            </w:r>
            <w:r w:rsidRPr="007924E7">
              <w:rPr>
                <w:lang w:val="ru-RU"/>
              </w:rPr>
              <w:br/>
            </w:r>
            <w:r w:rsidRPr="007924E7">
              <w:rPr>
                <w:rFonts w:ascii="Times New Roman" w:eastAsia="Times New Roman" w:hAnsi="Times New Roman"/>
                <w:color w:val="000000"/>
                <w:w w:val="97"/>
                <w:sz w:val="16"/>
                <w:lang w:val="ru-RU"/>
              </w:rPr>
              <w:t xml:space="preserve">вопросы к </w:t>
            </w:r>
            <w:r w:rsidRPr="007924E7">
              <w:rPr>
                <w:lang w:val="ru-RU"/>
              </w:rPr>
              <w:br/>
            </w:r>
            <w:r w:rsidRPr="007924E7">
              <w:rPr>
                <w:rFonts w:ascii="Times New Roman" w:eastAsia="Times New Roman" w:hAnsi="Times New Roman"/>
                <w:color w:val="000000"/>
                <w:w w:val="97"/>
                <w:sz w:val="16"/>
                <w:lang w:val="ru-RU"/>
              </w:rPr>
              <w:t xml:space="preserve">произведению в; процессе его </w:t>
            </w:r>
            <w:r w:rsidRPr="007924E7">
              <w:rPr>
                <w:lang w:val="ru-RU"/>
              </w:rPr>
              <w:br/>
            </w:r>
            <w:r w:rsidRPr="007924E7">
              <w:rPr>
                <w:rFonts w:ascii="Times New Roman" w:eastAsia="Times New Roman" w:hAnsi="Times New Roman"/>
                <w:color w:val="000000"/>
                <w:w w:val="97"/>
                <w:sz w:val="16"/>
                <w:lang w:val="ru-RU"/>
              </w:rPr>
              <w:t xml:space="preserve">анализа;; </w:t>
            </w:r>
            <w:r w:rsidRPr="007924E7">
              <w:rPr>
                <w:lang w:val="ru-RU"/>
              </w:rPr>
              <w:br/>
            </w:r>
            <w:r w:rsidRPr="007924E7">
              <w:rPr>
                <w:rFonts w:ascii="Times New Roman" w:eastAsia="Times New Roman" w:hAnsi="Times New Roman"/>
                <w:color w:val="000000"/>
                <w:w w:val="97"/>
                <w:sz w:val="16"/>
                <w:lang w:val="ru-RU"/>
              </w:rPr>
              <w:t xml:space="preserve">Сопоставлять </w:t>
            </w:r>
            <w:r w:rsidRPr="007924E7">
              <w:rPr>
                <w:lang w:val="ru-RU"/>
              </w:rPr>
              <w:br/>
            </w:r>
            <w:r w:rsidRPr="007924E7">
              <w:rPr>
                <w:rFonts w:ascii="Times New Roman" w:eastAsia="Times New Roman" w:hAnsi="Times New Roman"/>
                <w:color w:val="000000"/>
                <w:w w:val="97"/>
                <w:sz w:val="16"/>
                <w:lang w:val="ru-RU"/>
              </w:rPr>
              <w:t xml:space="preserve">произведения по жанровым </w:t>
            </w:r>
            <w:r w:rsidRPr="007924E7">
              <w:rPr>
                <w:lang w:val="ru-RU"/>
              </w:rPr>
              <w:br/>
            </w:r>
            <w:r w:rsidRPr="007924E7">
              <w:rPr>
                <w:rFonts w:ascii="Times New Roman" w:eastAsia="Times New Roman" w:hAnsi="Times New Roman"/>
                <w:color w:val="000000"/>
                <w:w w:val="97"/>
                <w:sz w:val="16"/>
                <w:lang w:val="ru-RU"/>
              </w:rPr>
              <w:t xml:space="preserve">особенностям;; </w:t>
            </w:r>
            <w:r w:rsidRPr="007924E7">
              <w:rPr>
                <w:lang w:val="ru-RU"/>
              </w:rPr>
              <w:br/>
            </w:r>
            <w:r w:rsidRPr="007924E7">
              <w:rPr>
                <w:rFonts w:ascii="Times New Roman" w:eastAsia="Times New Roman" w:hAnsi="Times New Roman"/>
                <w:color w:val="000000"/>
                <w:w w:val="97"/>
                <w:sz w:val="16"/>
                <w:lang w:val="ru-RU"/>
              </w:rPr>
              <w:t xml:space="preserve">Выстраивать с </w:t>
            </w:r>
            <w:r w:rsidRPr="007924E7">
              <w:rPr>
                <w:lang w:val="ru-RU"/>
              </w:rPr>
              <w:br/>
            </w:r>
            <w:r w:rsidRPr="007924E7">
              <w:rPr>
                <w:rFonts w:ascii="Times New Roman" w:eastAsia="Times New Roman" w:hAnsi="Times New Roman"/>
                <w:color w:val="000000"/>
                <w:w w:val="97"/>
                <w:sz w:val="16"/>
                <w:lang w:val="ru-RU"/>
              </w:rPr>
              <w:t xml:space="preserve">помощью; </w:t>
            </w:r>
            <w:r w:rsidRPr="007924E7">
              <w:rPr>
                <w:lang w:val="ru-RU"/>
              </w:rPr>
              <w:br/>
            </w:r>
            <w:r w:rsidRPr="007924E7">
              <w:rPr>
                <w:rFonts w:ascii="Times New Roman" w:eastAsia="Times New Roman" w:hAnsi="Times New Roman"/>
                <w:color w:val="000000"/>
                <w:w w:val="97"/>
                <w:sz w:val="16"/>
                <w:lang w:val="ru-RU"/>
              </w:rPr>
              <w:t xml:space="preserve">учителя </w:t>
            </w:r>
            <w:r w:rsidRPr="007924E7">
              <w:rPr>
                <w:lang w:val="ru-RU"/>
              </w:rPr>
              <w:br/>
            </w:r>
            <w:r w:rsidRPr="007924E7">
              <w:rPr>
                <w:rFonts w:ascii="Times New Roman" w:eastAsia="Times New Roman" w:hAnsi="Times New Roman"/>
                <w:color w:val="000000"/>
                <w:w w:val="97"/>
                <w:sz w:val="16"/>
                <w:lang w:val="ru-RU"/>
              </w:rPr>
              <w:t xml:space="preserve">траекторию; </w:t>
            </w:r>
            <w:r w:rsidRPr="007924E7">
              <w:rPr>
                <w:lang w:val="ru-RU"/>
              </w:rPr>
              <w:br/>
            </w:r>
            <w:r w:rsidRPr="007924E7">
              <w:rPr>
                <w:rFonts w:ascii="Times New Roman" w:eastAsia="Times New Roman" w:hAnsi="Times New Roman"/>
                <w:color w:val="000000"/>
                <w:w w:val="97"/>
                <w:sz w:val="16"/>
                <w:lang w:val="ru-RU"/>
              </w:rPr>
              <w:t xml:space="preserve">самостоятельного чтения; </w:t>
            </w:r>
            <w:r w:rsidRPr="007924E7">
              <w:rPr>
                <w:lang w:val="ru-RU"/>
              </w:rPr>
              <w:br/>
            </w:r>
            <w:r w:rsidRPr="007924E7">
              <w:rPr>
                <w:rFonts w:ascii="Times New Roman" w:eastAsia="Times New Roman" w:hAnsi="Times New Roman"/>
                <w:color w:val="000000"/>
                <w:w w:val="97"/>
                <w:sz w:val="16"/>
                <w:lang w:val="ru-RU"/>
              </w:rPr>
              <w:t>;</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https://www.yaklass.ru</w:t>
            </w:r>
          </w:p>
        </w:tc>
      </w:tr>
    </w:tbl>
    <w:p w:rsidR="00C76F25" w:rsidRDefault="00C76F25">
      <w:pPr>
        <w:autoSpaceDE w:val="0"/>
        <w:autoSpaceDN w:val="0"/>
        <w:spacing w:after="0" w:line="14" w:lineRule="exact"/>
      </w:pPr>
    </w:p>
    <w:p w:rsidR="00C76F25" w:rsidRDefault="00C76F25">
      <w:pPr>
        <w:sectPr w:rsidR="00C76F25">
          <w:pgSz w:w="16840" w:h="11900"/>
          <w:pgMar w:top="284" w:right="640" w:bottom="1440" w:left="666" w:header="720" w:footer="720" w:gutter="0"/>
          <w:cols w:space="720" w:equalWidth="0">
            <w:col w:w="15534" w:space="0"/>
          </w:cols>
          <w:docGrid w:linePitch="360"/>
        </w:sectPr>
      </w:pPr>
    </w:p>
    <w:p w:rsidR="00C76F25" w:rsidRDefault="00C76F2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96"/>
        <w:gridCol w:w="6436"/>
        <w:gridCol w:w="528"/>
        <w:gridCol w:w="1106"/>
        <w:gridCol w:w="1140"/>
        <w:gridCol w:w="864"/>
        <w:gridCol w:w="1536"/>
        <w:gridCol w:w="1238"/>
        <w:gridCol w:w="2258"/>
      </w:tblGrid>
      <w:tr w:rsidR="00C76F25">
        <w:trPr>
          <w:trHeight w:hRule="exact" w:val="438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8.5.</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45" w:lineRule="auto"/>
              <w:ind w:left="72" w:right="432"/>
              <w:rPr>
                <w:lang w:val="ru-RU"/>
              </w:rPr>
            </w:pPr>
            <w:r w:rsidRPr="007924E7">
              <w:rPr>
                <w:rFonts w:ascii="Times New Roman" w:eastAsia="Times New Roman" w:hAnsi="Times New Roman"/>
                <w:color w:val="000000"/>
                <w:w w:val="97"/>
                <w:sz w:val="16"/>
                <w:lang w:val="ru-RU"/>
              </w:rPr>
              <w:t>Зарубежная проза о животных (одно-два произведения по выбору). Например, Э. Сетон-Томпсон. «</w:t>
            </w:r>
            <w:proofErr w:type="gramStart"/>
            <w:r w:rsidRPr="007924E7">
              <w:rPr>
                <w:rFonts w:ascii="Times New Roman" w:eastAsia="Times New Roman" w:hAnsi="Times New Roman"/>
                <w:color w:val="000000"/>
                <w:w w:val="97"/>
                <w:sz w:val="16"/>
                <w:lang w:val="ru-RU"/>
              </w:rPr>
              <w:t>Королевская</w:t>
            </w:r>
            <w:proofErr w:type="gramEnd"/>
            <w:r w:rsidRPr="007924E7">
              <w:rPr>
                <w:rFonts w:ascii="Times New Roman" w:eastAsia="Times New Roman" w:hAnsi="Times New Roman"/>
                <w:color w:val="000000"/>
                <w:w w:val="97"/>
                <w:sz w:val="16"/>
                <w:lang w:val="ru-RU"/>
              </w:rPr>
              <w:t xml:space="preserve"> </w:t>
            </w:r>
            <w:proofErr w:type="spellStart"/>
            <w:r w:rsidRPr="007924E7">
              <w:rPr>
                <w:rFonts w:ascii="Times New Roman" w:eastAsia="Times New Roman" w:hAnsi="Times New Roman"/>
                <w:color w:val="000000"/>
                <w:w w:val="97"/>
                <w:sz w:val="16"/>
                <w:lang w:val="ru-RU"/>
              </w:rPr>
              <w:t>аналостанка</w:t>
            </w:r>
            <w:proofErr w:type="spellEnd"/>
            <w:r w:rsidRPr="007924E7">
              <w:rPr>
                <w:rFonts w:ascii="Times New Roman" w:eastAsia="Times New Roman" w:hAnsi="Times New Roman"/>
                <w:color w:val="000000"/>
                <w:w w:val="97"/>
                <w:sz w:val="16"/>
                <w:lang w:val="ru-RU"/>
              </w:rPr>
              <w:t>»; Дж. Даррелл. «Говорящий свёрток»; Дж. Лондон.</w:t>
            </w:r>
          </w:p>
          <w:p w:rsidR="00C76F25" w:rsidRDefault="0044668A">
            <w:pPr>
              <w:autoSpaceDE w:val="0"/>
              <w:autoSpaceDN w:val="0"/>
              <w:spacing w:before="20" w:after="0" w:line="230" w:lineRule="auto"/>
              <w:ind w:left="72"/>
            </w:pPr>
            <w:r w:rsidRPr="007924E7">
              <w:rPr>
                <w:rFonts w:ascii="Times New Roman" w:eastAsia="Times New Roman" w:hAnsi="Times New Roman"/>
                <w:color w:val="000000"/>
                <w:w w:val="97"/>
                <w:sz w:val="16"/>
                <w:lang w:val="ru-RU"/>
              </w:rPr>
              <w:t xml:space="preserve">«Белый Клык»; Дж. Р. Киплинг. </w:t>
            </w:r>
            <w:r>
              <w:rPr>
                <w:rFonts w:ascii="Times New Roman" w:eastAsia="Times New Roman" w:hAnsi="Times New Roman"/>
                <w:color w:val="000000"/>
                <w:w w:val="97"/>
                <w:sz w:val="16"/>
              </w:rPr>
              <w:t>«</w:t>
            </w:r>
            <w:proofErr w:type="spellStart"/>
            <w:r>
              <w:rPr>
                <w:rFonts w:ascii="Times New Roman" w:eastAsia="Times New Roman" w:hAnsi="Times New Roman"/>
                <w:color w:val="000000"/>
                <w:w w:val="97"/>
                <w:sz w:val="16"/>
              </w:rPr>
              <w:t>Маугли</w:t>
            </w:r>
            <w:proofErr w:type="spellEnd"/>
            <w:r>
              <w:rPr>
                <w:rFonts w:ascii="Times New Roman" w:eastAsia="Times New Roman" w:hAnsi="Times New Roman"/>
                <w:color w:val="000000"/>
                <w:w w:val="97"/>
                <w:sz w:val="16"/>
              </w:rPr>
              <w:t>», «</w:t>
            </w:r>
            <w:proofErr w:type="spellStart"/>
            <w:r>
              <w:rPr>
                <w:rFonts w:ascii="Times New Roman" w:eastAsia="Times New Roman" w:hAnsi="Times New Roman"/>
                <w:color w:val="000000"/>
                <w:w w:val="97"/>
                <w:sz w:val="16"/>
              </w:rPr>
              <w:t>Рикки-Тикки-Тави</w:t>
            </w:r>
            <w:proofErr w:type="spellEnd"/>
            <w:r>
              <w:rPr>
                <w:rFonts w:ascii="Times New Roman" w:eastAsia="Times New Roman" w:hAnsi="Times New Roman"/>
                <w:color w:val="000000"/>
                <w:w w:val="97"/>
                <w:sz w:val="16"/>
              </w:rPr>
              <w:t xml:space="preserve">»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jc w:val="center"/>
            </w:pPr>
            <w:r>
              <w:rPr>
                <w:rFonts w:ascii="Times New Roman" w:eastAsia="Times New Roman" w:hAnsi="Times New Roman"/>
                <w:color w:val="000000"/>
                <w:w w:val="97"/>
                <w:sz w:val="16"/>
              </w:rPr>
              <w:t>28.04.2023 05.05.2023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7" w:lineRule="auto"/>
              <w:ind w:left="72" w:right="144"/>
              <w:rPr>
                <w:lang w:val="ru-RU"/>
              </w:rPr>
            </w:pPr>
            <w:r w:rsidRPr="007924E7">
              <w:rPr>
                <w:rFonts w:ascii="Times New Roman" w:eastAsia="Times New Roman" w:hAnsi="Times New Roman"/>
                <w:color w:val="000000"/>
                <w:w w:val="97"/>
                <w:sz w:val="16"/>
                <w:lang w:val="ru-RU"/>
              </w:rPr>
              <w:t xml:space="preserve">Воспринимать и выразительно </w:t>
            </w:r>
            <w:r w:rsidRPr="007924E7">
              <w:rPr>
                <w:lang w:val="ru-RU"/>
              </w:rPr>
              <w:br/>
            </w:r>
            <w:r w:rsidRPr="007924E7">
              <w:rPr>
                <w:rFonts w:ascii="Times New Roman" w:eastAsia="Times New Roman" w:hAnsi="Times New Roman"/>
                <w:color w:val="000000"/>
                <w:w w:val="97"/>
                <w:sz w:val="16"/>
                <w:lang w:val="ru-RU"/>
              </w:rPr>
              <w:t xml:space="preserve">читать </w:t>
            </w:r>
            <w:r w:rsidRPr="007924E7">
              <w:rPr>
                <w:lang w:val="ru-RU"/>
              </w:rPr>
              <w:br/>
            </w:r>
            <w:r w:rsidRPr="007924E7">
              <w:rPr>
                <w:rFonts w:ascii="Times New Roman" w:eastAsia="Times New Roman" w:hAnsi="Times New Roman"/>
                <w:color w:val="000000"/>
                <w:w w:val="97"/>
                <w:sz w:val="16"/>
                <w:lang w:val="ru-RU"/>
              </w:rPr>
              <w:t xml:space="preserve">литературное; </w:t>
            </w:r>
            <w:r w:rsidRPr="007924E7">
              <w:rPr>
                <w:lang w:val="ru-RU"/>
              </w:rPr>
              <w:br/>
            </w:r>
            <w:r w:rsidRPr="007924E7">
              <w:rPr>
                <w:rFonts w:ascii="Times New Roman" w:eastAsia="Times New Roman" w:hAnsi="Times New Roman"/>
                <w:color w:val="000000"/>
                <w:w w:val="97"/>
                <w:sz w:val="16"/>
                <w:lang w:val="ru-RU"/>
              </w:rPr>
              <w:t>произведение</w:t>
            </w:r>
            <w:proofErr w:type="gramStart"/>
            <w:r w:rsidRPr="007924E7">
              <w:rPr>
                <w:rFonts w:ascii="Times New Roman" w:eastAsia="Times New Roman" w:hAnsi="Times New Roman"/>
                <w:color w:val="000000"/>
                <w:w w:val="97"/>
                <w:sz w:val="16"/>
                <w:lang w:val="ru-RU"/>
              </w:rPr>
              <w:t xml:space="preserve">;; </w:t>
            </w:r>
            <w:r w:rsidRPr="007924E7">
              <w:rPr>
                <w:lang w:val="ru-RU"/>
              </w:rPr>
              <w:br/>
            </w:r>
            <w:proofErr w:type="gramEnd"/>
            <w:r w:rsidRPr="007924E7">
              <w:rPr>
                <w:rFonts w:ascii="Times New Roman" w:eastAsia="Times New Roman" w:hAnsi="Times New Roman"/>
                <w:color w:val="000000"/>
                <w:w w:val="97"/>
                <w:sz w:val="16"/>
                <w:lang w:val="ru-RU"/>
              </w:rPr>
              <w:t xml:space="preserve">Отвечать на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 </w:t>
            </w:r>
            <w:r w:rsidRPr="007924E7">
              <w:rPr>
                <w:lang w:val="ru-RU"/>
              </w:rPr>
              <w:br/>
            </w:r>
            <w:r w:rsidRPr="007924E7">
              <w:rPr>
                <w:rFonts w:ascii="Times New Roman" w:eastAsia="Times New Roman" w:hAnsi="Times New Roman"/>
                <w:color w:val="000000"/>
                <w:w w:val="97"/>
                <w:sz w:val="16"/>
                <w:lang w:val="ru-RU"/>
              </w:rPr>
              <w:t xml:space="preserve">самостоятельно </w:t>
            </w:r>
            <w:r w:rsidRPr="007924E7">
              <w:rPr>
                <w:lang w:val="ru-RU"/>
              </w:rPr>
              <w:br/>
            </w:r>
            <w:r w:rsidRPr="007924E7">
              <w:rPr>
                <w:rFonts w:ascii="Times New Roman" w:eastAsia="Times New Roman" w:hAnsi="Times New Roman"/>
                <w:color w:val="000000"/>
                <w:w w:val="97"/>
                <w:sz w:val="16"/>
                <w:lang w:val="ru-RU"/>
              </w:rPr>
              <w:t xml:space="preserve">формулировать </w:t>
            </w:r>
            <w:r w:rsidRPr="007924E7">
              <w:rPr>
                <w:lang w:val="ru-RU"/>
              </w:rPr>
              <w:br/>
            </w:r>
            <w:r w:rsidRPr="007924E7">
              <w:rPr>
                <w:rFonts w:ascii="Times New Roman" w:eastAsia="Times New Roman" w:hAnsi="Times New Roman"/>
                <w:color w:val="000000"/>
                <w:w w:val="97"/>
                <w:sz w:val="16"/>
                <w:lang w:val="ru-RU"/>
              </w:rPr>
              <w:t xml:space="preserve">вопросы; </w:t>
            </w:r>
            <w:r w:rsidRPr="007924E7">
              <w:rPr>
                <w:lang w:val="ru-RU"/>
              </w:rPr>
              <w:br/>
            </w:r>
            <w:r w:rsidRPr="007924E7">
              <w:rPr>
                <w:rFonts w:ascii="Times New Roman" w:eastAsia="Times New Roman" w:hAnsi="Times New Roman"/>
                <w:color w:val="000000"/>
                <w:w w:val="97"/>
                <w:sz w:val="16"/>
                <w:lang w:val="ru-RU"/>
              </w:rPr>
              <w:t xml:space="preserve">пересказывать; </w:t>
            </w:r>
            <w:r w:rsidRPr="007924E7">
              <w:rPr>
                <w:lang w:val="ru-RU"/>
              </w:rPr>
              <w:br/>
            </w:r>
            <w:r w:rsidRPr="007924E7">
              <w:rPr>
                <w:rFonts w:ascii="Times New Roman" w:eastAsia="Times New Roman" w:hAnsi="Times New Roman"/>
                <w:color w:val="000000"/>
                <w:w w:val="97"/>
                <w:sz w:val="16"/>
                <w:lang w:val="ru-RU"/>
              </w:rPr>
              <w:t xml:space="preserve">содержание </w:t>
            </w:r>
            <w:r w:rsidRPr="007924E7">
              <w:rPr>
                <w:lang w:val="ru-RU"/>
              </w:rPr>
              <w:br/>
            </w:r>
            <w:r w:rsidRPr="007924E7">
              <w:rPr>
                <w:rFonts w:ascii="Times New Roman" w:eastAsia="Times New Roman" w:hAnsi="Times New Roman"/>
                <w:color w:val="000000"/>
                <w:w w:val="97"/>
                <w:sz w:val="16"/>
                <w:lang w:val="ru-RU"/>
              </w:rPr>
              <w:t xml:space="preserve">произведения или отдельных глав;; Сопоставлять </w:t>
            </w:r>
            <w:r w:rsidRPr="007924E7">
              <w:rPr>
                <w:lang w:val="ru-RU"/>
              </w:rPr>
              <w:br/>
            </w:r>
            <w:r w:rsidRPr="007924E7">
              <w:rPr>
                <w:rFonts w:ascii="Times New Roman" w:eastAsia="Times New Roman" w:hAnsi="Times New Roman"/>
                <w:color w:val="000000"/>
                <w:w w:val="97"/>
                <w:sz w:val="16"/>
                <w:lang w:val="ru-RU"/>
              </w:rPr>
              <w:t xml:space="preserve">произведения по жанровым </w:t>
            </w:r>
            <w:r w:rsidRPr="007924E7">
              <w:rPr>
                <w:lang w:val="ru-RU"/>
              </w:rPr>
              <w:br/>
            </w:r>
            <w:r w:rsidRPr="007924E7">
              <w:rPr>
                <w:rFonts w:ascii="Times New Roman" w:eastAsia="Times New Roman" w:hAnsi="Times New Roman"/>
                <w:color w:val="000000"/>
                <w:w w:val="97"/>
                <w:sz w:val="16"/>
                <w:lang w:val="ru-RU"/>
              </w:rPr>
              <w:t xml:space="preserve">особенностям;; </w:t>
            </w:r>
            <w:r w:rsidRPr="007924E7">
              <w:rPr>
                <w:lang w:val="ru-RU"/>
              </w:rPr>
              <w:br/>
            </w:r>
            <w:r w:rsidRPr="007924E7">
              <w:rPr>
                <w:rFonts w:ascii="Times New Roman" w:eastAsia="Times New Roman" w:hAnsi="Times New Roman"/>
                <w:color w:val="000000"/>
                <w:w w:val="97"/>
                <w:sz w:val="16"/>
                <w:lang w:val="ru-RU"/>
              </w:rPr>
              <w:t xml:space="preserve">Выстраивать с </w:t>
            </w:r>
            <w:r w:rsidRPr="007924E7">
              <w:rPr>
                <w:lang w:val="ru-RU"/>
              </w:rPr>
              <w:br/>
            </w:r>
            <w:r w:rsidRPr="007924E7">
              <w:rPr>
                <w:rFonts w:ascii="Times New Roman" w:eastAsia="Times New Roman" w:hAnsi="Times New Roman"/>
                <w:color w:val="000000"/>
                <w:w w:val="97"/>
                <w:sz w:val="16"/>
                <w:lang w:val="ru-RU"/>
              </w:rPr>
              <w:t xml:space="preserve">помощью; </w:t>
            </w:r>
            <w:r w:rsidRPr="007924E7">
              <w:rPr>
                <w:lang w:val="ru-RU"/>
              </w:rPr>
              <w:br/>
            </w:r>
            <w:r w:rsidRPr="007924E7">
              <w:rPr>
                <w:rFonts w:ascii="Times New Roman" w:eastAsia="Times New Roman" w:hAnsi="Times New Roman"/>
                <w:color w:val="000000"/>
                <w:w w:val="97"/>
                <w:sz w:val="16"/>
                <w:lang w:val="ru-RU"/>
              </w:rPr>
              <w:t>;</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Тестирование</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https://edu.skysmart.ru</w:t>
            </w:r>
          </w:p>
        </w:tc>
      </w:tr>
      <w:tr w:rsidR="00C76F25">
        <w:trPr>
          <w:trHeight w:hRule="exact" w:val="1310"/>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8.6.</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Внеклассное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чтение</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jc w:val="center"/>
            </w:pPr>
            <w:r>
              <w:rPr>
                <w:rFonts w:ascii="Times New Roman" w:eastAsia="Times New Roman" w:hAnsi="Times New Roman"/>
                <w:color w:val="000000"/>
                <w:w w:val="97"/>
                <w:sz w:val="16"/>
              </w:rPr>
              <w:t>10.05.2023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52" w:lineRule="auto"/>
              <w:ind w:left="72" w:right="144"/>
              <w:rPr>
                <w:lang w:val="ru-RU"/>
              </w:rPr>
            </w:pPr>
            <w:r w:rsidRPr="007924E7">
              <w:rPr>
                <w:rFonts w:ascii="Times New Roman" w:eastAsia="Times New Roman" w:hAnsi="Times New Roman"/>
                <w:color w:val="000000"/>
                <w:w w:val="97"/>
                <w:sz w:val="16"/>
                <w:lang w:val="ru-RU"/>
              </w:rPr>
              <w:t xml:space="preserve">Выявлять </w:t>
            </w:r>
            <w:r w:rsidRPr="007924E7">
              <w:rPr>
                <w:lang w:val="ru-RU"/>
              </w:rPr>
              <w:br/>
            </w:r>
            <w:r w:rsidRPr="007924E7">
              <w:rPr>
                <w:rFonts w:ascii="Times New Roman" w:eastAsia="Times New Roman" w:hAnsi="Times New Roman"/>
                <w:color w:val="000000"/>
                <w:w w:val="97"/>
                <w:sz w:val="16"/>
                <w:lang w:val="ru-RU"/>
              </w:rPr>
              <w:t xml:space="preserve">художественные </w:t>
            </w:r>
            <w:r w:rsidRPr="007924E7">
              <w:rPr>
                <w:lang w:val="ru-RU"/>
              </w:rPr>
              <w:br/>
            </w:r>
            <w:r w:rsidRPr="007924E7">
              <w:rPr>
                <w:rFonts w:ascii="Times New Roman" w:eastAsia="Times New Roman" w:hAnsi="Times New Roman"/>
                <w:color w:val="000000"/>
                <w:w w:val="97"/>
                <w:sz w:val="16"/>
                <w:lang w:val="ru-RU"/>
              </w:rPr>
              <w:t xml:space="preserve">средства </w:t>
            </w:r>
            <w:r w:rsidRPr="007924E7">
              <w:rPr>
                <w:lang w:val="ru-RU"/>
              </w:rPr>
              <w:br/>
            </w:r>
            <w:r w:rsidRPr="007924E7">
              <w:rPr>
                <w:rFonts w:ascii="Times New Roman" w:eastAsia="Times New Roman" w:hAnsi="Times New Roman"/>
                <w:color w:val="000000"/>
                <w:w w:val="97"/>
                <w:sz w:val="16"/>
                <w:lang w:val="ru-RU"/>
              </w:rPr>
              <w:t xml:space="preserve">выразительности в художественном </w:t>
            </w:r>
            <w:r w:rsidRPr="007924E7">
              <w:rPr>
                <w:lang w:val="ru-RU"/>
              </w:rPr>
              <w:br/>
            </w:r>
            <w:r w:rsidRPr="007924E7">
              <w:rPr>
                <w:rFonts w:ascii="Times New Roman" w:eastAsia="Times New Roman" w:hAnsi="Times New Roman"/>
                <w:color w:val="000000"/>
                <w:w w:val="97"/>
                <w:sz w:val="16"/>
                <w:lang w:val="ru-RU"/>
              </w:rPr>
              <w:t>произведении</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45" w:lineRule="auto"/>
              <w:ind w:left="72" w:right="144"/>
            </w:pPr>
            <w:proofErr w:type="spellStart"/>
            <w:r>
              <w:rPr>
                <w:rFonts w:ascii="Times New Roman" w:eastAsia="Times New Roman" w:hAnsi="Times New Roman"/>
                <w:color w:val="000000"/>
                <w:w w:val="97"/>
                <w:sz w:val="16"/>
              </w:rPr>
              <w:t>Практическая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https://www.yaklass.ru</w:t>
            </w:r>
          </w:p>
        </w:tc>
      </w:tr>
      <w:tr w:rsidR="00C76F25">
        <w:trPr>
          <w:trHeight w:hRule="exact" w:val="348"/>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Итого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разделу</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15</w:t>
            </w:r>
          </w:p>
        </w:tc>
        <w:tc>
          <w:tcPr>
            <w:tcW w:w="814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color w:val="000000"/>
                <w:w w:val="97"/>
                <w:sz w:val="16"/>
              </w:rPr>
              <w:t>Раздел</w:t>
            </w:r>
            <w:proofErr w:type="spellEnd"/>
            <w:r>
              <w:rPr>
                <w:rFonts w:ascii="Times New Roman" w:eastAsia="Times New Roman" w:hAnsi="Times New Roman"/>
                <w:color w:val="000000"/>
                <w:w w:val="97"/>
                <w:sz w:val="16"/>
              </w:rPr>
              <w:t xml:space="preserve"> 9. </w:t>
            </w:r>
            <w:proofErr w:type="spellStart"/>
            <w:r>
              <w:rPr>
                <w:rFonts w:ascii="Times New Roman" w:eastAsia="Times New Roman" w:hAnsi="Times New Roman"/>
                <w:b/>
                <w:color w:val="000000"/>
                <w:w w:val="97"/>
                <w:sz w:val="16"/>
              </w:rPr>
              <w:t>Итоговый</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контроль</w:t>
            </w:r>
            <w:proofErr w:type="spellEnd"/>
          </w:p>
        </w:tc>
      </w:tr>
      <w:tr w:rsidR="00C76F25">
        <w:trPr>
          <w:trHeight w:hRule="exact" w:val="130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9.1.</w:t>
            </w:r>
          </w:p>
        </w:tc>
        <w:tc>
          <w:tcPr>
            <w:tcW w:w="64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proofErr w:type="spellStart"/>
            <w:r>
              <w:rPr>
                <w:rFonts w:ascii="Times New Roman" w:eastAsia="Times New Roman" w:hAnsi="Times New Roman"/>
                <w:b/>
                <w:color w:val="000000"/>
                <w:w w:val="97"/>
                <w:sz w:val="16"/>
              </w:rPr>
              <w:t>Итоговые</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контрольные</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работы</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jc w:val="center"/>
            </w:pPr>
            <w:r>
              <w:rPr>
                <w:rFonts w:ascii="Times New Roman" w:eastAsia="Times New Roman" w:hAnsi="Times New Roman"/>
                <w:color w:val="000000"/>
                <w:w w:val="97"/>
                <w:sz w:val="16"/>
              </w:rPr>
              <w:t>17.05.2023</w:t>
            </w:r>
          </w:p>
        </w:tc>
        <w:tc>
          <w:tcPr>
            <w:tcW w:w="153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6" w:after="0" w:line="252" w:lineRule="auto"/>
              <w:ind w:left="72" w:right="144"/>
              <w:rPr>
                <w:lang w:val="ru-RU"/>
              </w:rPr>
            </w:pPr>
            <w:r w:rsidRPr="007924E7">
              <w:rPr>
                <w:rFonts w:ascii="Times New Roman" w:eastAsia="Times New Roman" w:hAnsi="Times New Roman"/>
                <w:color w:val="000000"/>
                <w:w w:val="97"/>
                <w:sz w:val="16"/>
                <w:lang w:val="ru-RU"/>
              </w:rPr>
              <w:t xml:space="preserve">Использовать </w:t>
            </w:r>
            <w:r w:rsidRPr="007924E7">
              <w:rPr>
                <w:lang w:val="ru-RU"/>
              </w:rPr>
              <w:br/>
            </w:r>
            <w:r w:rsidRPr="007924E7">
              <w:rPr>
                <w:rFonts w:ascii="Times New Roman" w:eastAsia="Times New Roman" w:hAnsi="Times New Roman"/>
                <w:color w:val="000000"/>
                <w:w w:val="97"/>
                <w:sz w:val="16"/>
                <w:lang w:val="ru-RU"/>
              </w:rPr>
              <w:t xml:space="preserve">полученные </w:t>
            </w:r>
            <w:r w:rsidRPr="007924E7">
              <w:rPr>
                <w:lang w:val="ru-RU"/>
              </w:rPr>
              <w:br/>
            </w:r>
            <w:r w:rsidRPr="007924E7">
              <w:rPr>
                <w:rFonts w:ascii="Times New Roman" w:eastAsia="Times New Roman" w:hAnsi="Times New Roman"/>
                <w:color w:val="000000"/>
                <w:w w:val="97"/>
                <w:sz w:val="16"/>
                <w:lang w:val="ru-RU"/>
              </w:rPr>
              <w:t xml:space="preserve">знания для </w:t>
            </w:r>
            <w:r w:rsidRPr="007924E7">
              <w:rPr>
                <w:lang w:val="ru-RU"/>
              </w:rPr>
              <w:br/>
            </w:r>
            <w:r w:rsidRPr="007924E7">
              <w:rPr>
                <w:rFonts w:ascii="Times New Roman" w:eastAsia="Times New Roman" w:hAnsi="Times New Roman"/>
                <w:color w:val="000000"/>
                <w:w w:val="97"/>
                <w:sz w:val="16"/>
                <w:lang w:val="ru-RU"/>
              </w:rPr>
              <w:t xml:space="preserve">выполнения </w:t>
            </w:r>
            <w:r w:rsidRPr="007924E7">
              <w:rPr>
                <w:lang w:val="ru-RU"/>
              </w:rPr>
              <w:br/>
            </w:r>
            <w:r w:rsidRPr="007924E7">
              <w:rPr>
                <w:rFonts w:ascii="Times New Roman" w:eastAsia="Times New Roman" w:hAnsi="Times New Roman"/>
                <w:color w:val="000000"/>
                <w:w w:val="97"/>
                <w:sz w:val="16"/>
                <w:lang w:val="ru-RU"/>
              </w:rPr>
              <w:t xml:space="preserve">творческих и </w:t>
            </w:r>
            <w:r w:rsidRPr="007924E7">
              <w:rPr>
                <w:lang w:val="ru-RU"/>
              </w:rPr>
              <w:br/>
            </w:r>
            <w:r w:rsidRPr="007924E7">
              <w:rPr>
                <w:rFonts w:ascii="Times New Roman" w:eastAsia="Times New Roman" w:hAnsi="Times New Roman"/>
                <w:color w:val="000000"/>
                <w:w w:val="97"/>
                <w:sz w:val="16"/>
                <w:lang w:val="ru-RU"/>
              </w:rPr>
              <w:t>контрольных работ</w:t>
            </w:r>
          </w:p>
        </w:tc>
        <w:tc>
          <w:tcPr>
            <w:tcW w:w="123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Контрольная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225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6" w:after="0" w:line="233" w:lineRule="auto"/>
              <w:ind w:left="72"/>
            </w:pPr>
            <w:r>
              <w:rPr>
                <w:rFonts w:ascii="Times New Roman" w:eastAsia="Times New Roman" w:hAnsi="Times New Roman"/>
                <w:color w:val="000000"/>
                <w:w w:val="97"/>
                <w:sz w:val="16"/>
              </w:rPr>
              <w:t>https://resh-shkola.ru</w:t>
            </w:r>
          </w:p>
        </w:tc>
      </w:tr>
      <w:tr w:rsidR="00C76F25">
        <w:trPr>
          <w:trHeight w:hRule="exact" w:val="348"/>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Итого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разделу</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3</w:t>
            </w:r>
          </w:p>
        </w:tc>
        <w:tc>
          <w:tcPr>
            <w:tcW w:w="814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trPr>
          <w:trHeight w:hRule="exact" w:val="348"/>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proofErr w:type="spellStart"/>
            <w:r>
              <w:rPr>
                <w:rFonts w:ascii="Times New Roman" w:eastAsia="Times New Roman" w:hAnsi="Times New Roman"/>
                <w:color w:val="000000"/>
                <w:w w:val="97"/>
                <w:sz w:val="16"/>
              </w:rPr>
              <w:t>Резервное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время</w:t>
            </w:r>
            <w:proofErr w:type="spellEnd"/>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15</w:t>
            </w:r>
          </w:p>
        </w:tc>
        <w:tc>
          <w:tcPr>
            <w:tcW w:w="814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trPr>
          <w:trHeight w:hRule="exact" w:val="330"/>
        </w:trPr>
        <w:tc>
          <w:tcPr>
            <w:tcW w:w="68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78" w:after="0" w:line="230" w:lineRule="auto"/>
              <w:ind w:left="72"/>
              <w:rPr>
                <w:lang w:val="ru-RU"/>
              </w:rPr>
            </w:pPr>
            <w:r w:rsidRPr="007924E7">
              <w:rPr>
                <w:rFonts w:ascii="Times New Roman" w:eastAsia="Times New Roman" w:hAnsi="Times New Roman"/>
                <w:color w:val="000000"/>
                <w:w w:val="97"/>
                <w:sz w:val="16"/>
                <w:lang w:val="ru-RU"/>
              </w:rPr>
              <w:t>ОБЩЕЕ КОЛИЧЕСТВО ЧАСОВ ПО ПРОГРАММЕ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102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3</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78" w:after="0" w:line="230" w:lineRule="auto"/>
              <w:ind w:left="72"/>
            </w:pPr>
            <w:r>
              <w:rPr>
                <w:rFonts w:ascii="Times New Roman" w:eastAsia="Times New Roman" w:hAnsi="Times New Roman"/>
                <w:color w:val="000000"/>
                <w:w w:val="97"/>
                <w:sz w:val="16"/>
              </w:rPr>
              <w:t>0</w:t>
            </w:r>
          </w:p>
        </w:tc>
        <w:tc>
          <w:tcPr>
            <w:tcW w:w="5896"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bl>
    <w:p w:rsidR="00C76F25" w:rsidRDefault="00C76F25">
      <w:pPr>
        <w:autoSpaceDE w:val="0"/>
        <w:autoSpaceDN w:val="0"/>
        <w:spacing w:after="0" w:line="14" w:lineRule="exact"/>
      </w:pPr>
    </w:p>
    <w:p w:rsidR="00C76F25" w:rsidRDefault="00C76F25">
      <w:pPr>
        <w:sectPr w:rsidR="00C76F25">
          <w:pgSz w:w="16840" w:h="11900"/>
          <w:pgMar w:top="284" w:right="640" w:bottom="1288" w:left="666" w:header="720" w:footer="720" w:gutter="0"/>
          <w:cols w:space="720" w:equalWidth="0">
            <w:col w:w="15534" w:space="0"/>
          </w:cols>
          <w:docGrid w:linePitch="360"/>
        </w:sectPr>
      </w:pPr>
    </w:p>
    <w:p w:rsidR="00C76F25" w:rsidRDefault="00C76F25">
      <w:pPr>
        <w:autoSpaceDE w:val="0"/>
        <w:autoSpaceDN w:val="0"/>
        <w:spacing w:after="78" w:line="220" w:lineRule="exact"/>
      </w:pPr>
    </w:p>
    <w:p w:rsidR="00C76F25" w:rsidRDefault="0044668A">
      <w:pPr>
        <w:autoSpaceDE w:val="0"/>
        <w:autoSpaceDN w:val="0"/>
        <w:spacing w:after="308" w:line="230" w:lineRule="auto"/>
      </w:pPr>
      <w:r>
        <w:rPr>
          <w:rFonts w:ascii="Times New Roman" w:eastAsia="Times New Roman" w:hAnsi="Times New Roman"/>
          <w:b/>
          <w:color w:val="000000"/>
          <w:sz w:val="23"/>
        </w:rPr>
        <w:t xml:space="preserve">ПОУРОЧНОЕ ПЛАНИРОВАНИЕ </w:t>
      </w:r>
    </w:p>
    <w:tbl>
      <w:tblPr>
        <w:tblW w:w="0" w:type="auto"/>
        <w:tblInd w:w="5" w:type="dxa"/>
        <w:tblLayout w:type="fixed"/>
        <w:tblLook w:val="04A0" w:firstRow="1" w:lastRow="0" w:firstColumn="1" w:lastColumn="0" w:noHBand="0" w:noVBand="1"/>
      </w:tblPr>
      <w:tblGrid>
        <w:gridCol w:w="554"/>
        <w:gridCol w:w="3120"/>
        <w:gridCol w:w="704"/>
        <w:gridCol w:w="1560"/>
        <w:gridCol w:w="1606"/>
        <w:gridCol w:w="1190"/>
        <w:gridCol w:w="1918"/>
      </w:tblGrid>
      <w:tr w:rsidR="00C76F25">
        <w:trPr>
          <w:trHeight w:hRule="exact" w:val="474"/>
        </w:trPr>
        <w:tc>
          <w:tcPr>
            <w:tcW w:w="55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70" w:right="144"/>
            </w:pPr>
            <w:r>
              <w:rPr>
                <w:rFonts w:ascii="Times New Roman" w:eastAsia="Times New Roman" w:hAnsi="Times New Roman"/>
                <w:b/>
                <w:color w:val="000000"/>
                <w:sz w:val="23"/>
              </w:rPr>
              <w:t>№</w:t>
            </w:r>
            <w:r>
              <w:br/>
            </w:r>
            <w:r>
              <w:rPr>
                <w:rFonts w:ascii="Times New Roman" w:eastAsia="Times New Roman" w:hAnsi="Times New Roman"/>
                <w:b/>
                <w:color w:val="000000"/>
                <w:sz w:val="23"/>
              </w:rPr>
              <w:t>п/п</w:t>
            </w:r>
          </w:p>
        </w:tc>
        <w:tc>
          <w:tcPr>
            <w:tcW w:w="312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proofErr w:type="spellStart"/>
            <w:r>
              <w:rPr>
                <w:rFonts w:ascii="Times New Roman" w:eastAsia="Times New Roman" w:hAnsi="Times New Roman"/>
                <w:b/>
                <w:color w:val="000000"/>
                <w:sz w:val="23"/>
              </w:rPr>
              <w:t>Тема</w:t>
            </w:r>
            <w:proofErr w:type="spellEnd"/>
            <w:r>
              <w:rPr>
                <w:rFonts w:ascii="Times New Roman" w:eastAsia="Times New Roman" w:hAnsi="Times New Roman"/>
                <w:b/>
                <w:color w:val="000000"/>
                <w:sz w:val="23"/>
              </w:rPr>
              <w:t xml:space="preserve"> </w:t>
            </w:r>
            <w:proofErr w:type="spellStart"/>
            <w:r>
              <w:rPr>
                <w:rFonts w:ascii="Times New Roman" w:eastAsia="Times New Roman" w:hAnsi="Times New Roman"/>
                <w:b/>
                <w:color w:val="000000"/>
                <w:sz w:val="23"/>
              </w:rPr>
              <w:t>урока</w:t>
            </w:r>
            <w:proofErr w:type="spellEnd"/>
          </w:p>
        </w:tc>
        <w:tc>
          <w:tcPr>
            <w:tcW w:w="387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b/>
                <w:color w:val="000000"/>
                <w:sz w:val="23"/>
              </w:rPr>
              <w:t>Количество</w:t>
            </w:r>
            <w:proofErr w:type="spellEnd"/>
            <w:r>
              <w:rPr>
                <w:rFonts w:ascii="Times New Roman" w:eastAsia="Times New Roman" w:hAnsi="Times New Roman"/>
                <w:b/>
                <w:color w:val="000000"/>
                <w:sz w:val="23"/>
              </w:rPr>
              <w:t xml:space="preserve"> </w:t>
            </w:r>
            <w:proofErr w:type="spellStart"/>
            <w:r>
              <w:rPr>
                <w:rFonts w:ascii="Times New Roman" w:eastAsia="Times New Roman" w:hAnsi="Times New Roman"/>
                <w:b/>
                <w:color w:val="000000"/>
                <w:sz w:val="23"/>
              </w:rPr>
              <w:t>часов</w:t>
            </w:r>
            <w:proofErr w:type="spellEnd"/>
          </w:p>
        </w:tc>
        <w:tc>
          <w:tcPr>
            <w:tcW w:w="119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68" w:right="144"/>
            </w:pPr>
            <w:proofErr w:type="spellStart"/>
            <w:r>
              <w:rPr>
                <w:rFonts w:ascii="Times New Roman" w:eastAsia="Times New Roman" w:hAnsi="Times New Roman"/>
                <w:b/>
                <w:color w:val="000000"/>
                <w:sz w:val="23"/>
              </w:rPr>
              <w:t>Дата</w:t>
            </w:r>
            <w:proofErr w:type="spellEnd"/>
            <w:r>
              <w:rPr>
                <w:rFonts w:ascii="Times New Roman" w:eastAsia="Times New Roman" w:hAnsi="Times New Roman"/>
                <w:b/>
                <w:color w:val="000000"/>
                <w:sz w:val="23"/>
              </w:rPr>
              <w:t xml:space="preserve"> </w:t>
            </w:r>
            <w:r>
              <w:br/>
            </w:r>
            <w:proofErr w:type="spellStart"/>
            <w:r>
              <w:rPr>
                <w:rFonts w:ascii="Times New Roman" w:eastAsia="Times New Roman" w:hAnsi="Times New Roman"/>
                <w:b/>
                <w:color w:val="000000"/>
                <w:sz w:val="23"/>
              </w:rPr>
              <w:t>изучения</w:t>
            </w:r>
            <w:proofErr w:type="spellEnd"/>
          </w:p>
        </w:tc>
        <w:tc>
          <w:tcPr>
            <w:tcW w:w="191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68" w:right="288"/>
            </w:pPr>
            <w:proofErr w:type="spellStart"/>
            <w:r>
              <w:rPr>
                <w:rFonts w:ascii="Times New Roman" w:eastAsia="Times New Roman" w:hAnsi="Times New Roman"/>
                <w:b/>
                <w:color w:val="000000"/>
                <w:sz w:val="23"/>
              </w:rPr>
              <w:t>Виды</w:t>
            </w:r>
            <w:proofErr w:type="spellEnd"/>
            <w:r>
              <w:rPr>
                <w:rFonts w:ascii="Times New Roman" w:eastAsia="Times New Roman" w:hAnsi="Times New Roman"/>
                <w:b/>
                <w:color w:val="000000"/>
                <w:sz w:val="23"/>
              </w:rPr>
              <w:t xml:space="preserve">, </w:t>
            </w:r>
            <w:proofErr w:type="spellStart"/>
            <w:r>
              <w:rPr>
                <w:rFonts w:ascii="Times New Roman" w:eastAsia="Times New Roman" w:hAnsi="Times New Roman"/>
                <w:b/>
                <w:color w:val="000000"/>
                <w:sz w:val="23"/>
              </w:rPr>
              <w:t>формы</w:t>
            </w:r>
            <w:proofErr w:type="spellEnd"/>
            <w:r>
              <w:rPr>
                <w:rFonts w:ascii="Times New Roman" w:eastAsia="Times New Roman" w:hAnsi="Times New Roman"/>
                <w:b/>
                <w:color w:val="000000"/>
                <w:sz w:val="23"/>
              </w:rPr>
              <w:t xml:space="preserve"> </w:t>
            </w:r>
            <w:proofErr w:type="spellStart"/>
            <w:r>
              <w:rPr>
                <w:rFonts w:ascii="Times New Roman" w:eastAsia="Times New Roman" w:hAnsi="Times New Roman"/>
                <w:b/>
                <w:color w:val="000000"/>
                <w:sz w:val="23"/>
              </w:rPr>
              <w:t>контроля</w:t>
            </w:r>
            <w:proofErr w:type="spellEnd"/>
          </w:p>
        </w:tc>
      </w:tr>
      <w:tr w:rsidR="00C76F25">
        <w:trPr>
          <w:trHeight w:hRule="exact" w:val="798"/>
        </w:trPr>
        <w:tc>
          <w:tcPr>
            <w:tcW w:w="1526" w:type="dxa"/>
            <w:vMerge/>
            <w:tcBorders>
              <w:top w:val="single" w:sz="4" w:space="0" w:color="000000"/>
              <w:left w:val="single" w:sz="4" w:space="0" w:color="000000"/>
              <w:bottom w:val="single" w:sz="4" w:space="0" w:color="000000"/>
              <w:right w:val="single" w:sz="4" w:space="0" w:color="000000"/>
            </w:tcBorders>
          </w:tcPr>
          <w:p w:rsidR="00C76F25" w:rsidRDefault="00C76F25"/>
        </w:tc>
        <w:tc>
          <w:tcPr>
            <w:tcW w:w="1526" w:type="dxa"/>
            <w:vMerge/>
            <w:tcBorders>
              <w:top w:val="single" w:sz="4" w:space="0" w:color="000000"/>
              <w:left w:val="single" w:sz="4" w:space="0" w:color="000000"/>
              <w:bottom w:val="single" w:sz="4" w:space="0" w:color="000000"/>
              <w:right w:val="single" w:sz="4" w:space="0" w:color="000000"/>
            </w:tcBorders>
          </w:tcPr>
          <w:p w:rsidR="00C76F25" w:rsidRDefault="00C76F25"/>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b/>
                <w:color w:val="000000"/>
                <w:sz w:val="23"/>
              </w:rPr>
              <w:t>всего</w:t>
            </w:r>
            <w:proofErr w:type="spellEnd"/>
            <w:r>
              <w:rPr>
                <w:rFonts w:ascii="Times New Roman" w:eastAsia="Times New Roman" w:hAnsi="Times New Roman"/>
                <w:b/>
                <w:color w:val="000000"/>
                <w:sz w:val="23"/>
              </w:rPr>
              <w:t xml:space="preserve"> </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70"/>
            </w:pPr>
            <w:proofErr w:type="spellStart"/>
            <w:r>
              <w:rPr>
                <w:rFonts w:ascii="Times New Roman" w:eastAsia="Times New Roman" w:hAnsi="Times New Roman"/>
                <w:b/>
                <w:color w:val="000000"/>
                <w:sz w:val="23"/>
              </w:rPr>
              <w:t>контрольные</w:t>
            </w:r>
            <w:proofErr w:type="spellEnd"/>
            <w:r>
              <w:rPr>
                <w:rFonts w:ascii="Times New Roman" w:eastAsia="Times New Roman" w:hAnsi="Times New Roman"/>
                <w:b/>
                <w:color w:val="000000"/>
                <w:sz w:val="23"/>
              </w:rPr>
              <w:t xml:space="preserve"> </w:t>
            </w:r>
            <w:proofErr w:type="spellStart"/>
            <w:r>
              <w:rPr>
                <w:rFonts w:ascii="Times New Roman" w:eastAsia="Times New Roman" w:hAnsi="Times New Roman"/>
                <w:b/>
                <w:color w:val="000000"/>
                <w:sz w:val="23"/>
              </w:rPr>
              <w:t>работы</w:t>
            </w:r>
            <w:proofErr w:type="spellEnd"/>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70"/>
            </w:pPr>
            <w:proofErr w:type="spellStart"/>
            <w:r>
              <w:rPr>
                <w:rFonts w:ascii="Times New Roman" w:eastAsia="Times New Roman" w:hAnsi="Times New Roman"/>
                <w:b/>
                <w:color w:val="000000"/>
                <w:sz w:val="23"/>
              </w:rPr>
              <w:t>практические</w:t>
            </w:r>
            <w:proofErr w:type="spellEnd"/>
            <w:r>
              <w:rPr>
                <w:rFonts w:ascii="Times New Roman" w:eastAsia="Times New Roman" w:hAnsi="Times New Roman"/>
                <w:b/>
                <w:color w:val="000000"/>
                <w:sz w:val="23"/>
              </w:rPr>
              <w:t xml:space="preserve"> </w:t>
            </w:r>
            <w:proofErr w:type="spellStart"/>
            <w:r>
              <w:rPr>
                <w:rFonts w:ascii="Times New Roman" w:eastAsia="Times New Roman" w:hAnsi="Times New Roman"/>
                <w:b/>
                <w:color w:val="000000"/>
                <w:sz w:val="23"/>
              </w:rPr>
              <w:t>работы</w:t>
            </w:r>
            <w:proofErr w:type="spellEnd"/>
          </w:p>
        </w:tc>
        <w:tc>
          <w:tcPr>
            <w:tcW w:w="1526" w:type="dxa"/>
            <w:vMerge/>
            <w:tcBorders>
              <w:top w:val="single" w:sz="4" w:space="0" w:color="000000"/>
              <w:left w:val="single" w:sz="4" w:space="0" w:color="000000"/>
              <w:bottom w:val="single" w:sz="4" w:space="0" w:color="000000"/>
              <w:right w:val="single" w:sz="4" w:space="0" w:color="000000"/>
            </w:tcBorders>
          </w:tcPr>
          <w:p w:rsidR="00C76F25" w:rsidRDefault="00C76F25"/>
        </w:tc>
        <w:tc>
          <w:tcPr>
            <w:tcW w:w="1526" w:type="dxa"/>
            <w:vMerge/>
            <w:tcBorders>
              <w:top w:val="single" w:sz="4" w:space="0" w:color="000000"/>
              <w:left w:val="single" w:sz="4" w:space="0" w:color="000000"/>
              <w:bottom w:val="single" w:sz="4" w:space="0" w:color="000000"/>
              <w:right w:val="single" w:sz="4" w:space="0" w:color="000000"/>
            </w:tcBorders>
          </w:tcPr>
          <w:p w:rsidR="00C76F25" w:rsidRDefault="00C76F25"/>
        </w:tc>
      </w:tr>
      <w:tr w:rsidR="00C76F25" w:rsidRPr="007A4A81">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432"/>
              <w:rPr>
                <w:lang w:val="ru-RU"/>
              </w:rPr>
            </w:pPr>
            <w:r w:rsidRPr="007924E7">
              <w:rPr>
                <w:rFonts w:ascii="Times New Roman" w:eastAsia="Times New Roman" w:hAnsi="Times New Roman"/>
                <w:color w:val="000000"/>
                <w:sz w:val="23"/>
                <w:lang w:val="ru-RU"/>
              </w:rPr>
              <w:t>Книга - твой друг. Мифы. Олимп</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02.09.2022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68" w:right="144"/>
              <w:rPr>
                <w:lang w:val="ru-RU"/>
              </w:rPr>
            </w:pPr>
            <w:r w:rsidRPr="007924E7">
              <w:rPr>
                <w:rFonts w:ascii="Times New Roman" w:eastAsia="Times New Roman" w:hAnsi="Times New Roman"/>
                <w:color w:val="000000"/>
                <w:sz w:val="23"/>
                <w:lang w:val="ru-RU"/>
              </w:rPr>
              <w:t xml:space="preserve">Самооценка с </w:t>
            </w:r>
            <w:r w:rsidRPr="007924E7">
              <w:rPr>
                <w:lang w:val="ru-RU"/>
              </w:rPr>
              <w:br/>
            </w:r>
            <w:proofErr w:type="spellStart"/>
            <w:r w:rsidRPr="007924E7">
              <w:rPr>
                <w:rFonts w:ascii="Times New Roman" w:eastAsia="Times New Roman" w:hAnsi="Times New Roman"/>
                <w:color w:val="000000"/>
                <w:sz w:val="23"/>
                <w:lang w:val="ru-RU"/>
              </w:rPr>
              <w:t>использованием</w:t>
            </w:r>
            <w:proofErr w:type="gramStart"/>
            <w:r w:rsidRPr="007924E7">
              <w:rPr>
                <w:rFonts w:ascii="Times New Roman" w:eastAsia="Times New Roman" w:hAnsi="Times New Roman"/>
                <w:color w:val="000000"/>
                <w:sz w:val="23"/>
                <w:lang w:val="ru-RU"/>
              </w:rPr>
              <w:t>«О</w:t>
            </w:r>
            <w:proofErr w:type="gramEnd"/>
            <w:r w:rsidRPr="007924E7">
              <w:rPr>
                <w:rFonts w:ascii="Times New Roman" w:eastAsia="Times New Roman" w:hAnsi="Times New Roman"/>
                <w:color w:val="000000"/>
                <w:sz w:val="23"/>
                <w:lang w:val="ru-RU"/>
              </w:rPr>
              <w:t>ценочного</w:t>
            </w:r>
            <w:proofErr w:type="spellEnd"/>
            <w:r w:rsidRPr="007924E7">
              <w:rPr>
                <w:rFonts w:ascii="Times New Roman" w:eastAsia="Times New Roman" w:hAnsi="Times New Roman"/>
                <w:color w:val="000000"/>
                <w:sz w:val="23"/>
                <w:lang w:val="ru-RU"/>
              </w:rPr>
              <w:t xml:space="preserve"> </w:t>
            </w:r>
            <w:r w:rsidRPr="007924E7">
              <w:rPr>
                <w:lang w:val="ru-RU"/>
              </w:rPr>
              <w:br/>
            </w:r>
            <w:r w:rsidRPr="007924E7">
              <w:rPr>
                <w:rFonts w:ascii="Times New Roman" w:eastAsia="Times New Roman" w:hAnsi="Times New Roman"/>
                <w:color w:val="000000"/>
                <w:sz w:val="23"/>
                <w:lang w:val="ru-RU"/>
              </w:rPr>
              <w:t>листа»;</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71" w:lineRule="auto"/>
              <w:ind w:left="70"/>
            </w:pPr>
            <w:r w:rsidRPr="007924E7">
              <w:rPr>
                <w:rFonts w:ascii="Times New Roman" w:eastAsia="Times New Roman" w:hAnsi="Times New Roman"/>
                <w:color w:val="000000"/>
                <w:sz w:val="23"/>
                <w:lang w:val="ru-RU"/>
              </w:rPr>
              <w:t xml:space="preserve">Античный миф. Гомеровский эпос. «Одиссей на острове </w:t>
            </w:r>
            <w:r w:rsidRPr="007924E7">
              <w:rPr>
                <w:lang w:val="ru-RU"/>
              </w:rPr>
              <w:br/>
            </w:r>
            <w:r w:rsidRPr="007924E7">
              <w:rPr>
                <w:rFonts w:ascii="Times New Roman" w:eastAsia="Times New Roman" w:hAnsi="Times New Roman"/>
                <w:color w:val="000000"/>
                <w:sz w:val="23"/>
                <w:lang w:val="ru-RU"/>
              </w:rPr>
              <w:t xml:space="preserve">циклопов. </w:t>
            </w:r>
            <w:proofErr w:type="spellStart"/>
            <w:r>
              <w:rPr>
                <w:rFonts w:ascii="Times New Roman" w:eastAsia="Times New Roman" w:hAnsi="Times New Roman"/>
                <w:color w:val="000000"/>
                <w:sz w:val="23"/>
              </w:rPr>
              <w:t>Полифем</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05.09.2022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12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3.</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432"/>
              <w:rPr>
                <w:lang w:val="ru-RU"/>
              </w:rPr>
            </w:pPr>
            <w:r w:rsidRPr="007924E7">
              <w:rPr>
                <w:rFonts w:ascii="Times New Roman" w:eastAsia="Times New Roman" w:hAnsi="Times New Roman"/>
                <w:color w:val="000000"/>
                <w:sz w:val="23"/>
                <w:lang w:val="ru-RU"/>
              </w:rPr>
              <w:t xml:space="preserve">Гомер. «Одиссея». Сюжет мифа. Образы Одиссея и </w:t>
            </w:r>
            <w:proofErr w:type="spellStart"/>
            <w:r w:rsidRPr="007924E7">
              <w:rPr>
                <w:rFonts w:ascii="Times New Roman" w:eastAsia="Times New Roman" w:hAnsi="Times New Roman"/>
                <w:color w:val="000000"/>
                <w:sz w:val="23"/>
                <w:lang w:val="ru-RU"/>
              </w:rPr>
              <w:t>Полифема</w:t>
            </w:r>
            <w:proofErr w:type="spellEnd"/>
            <w:r w:rsidRPr="007924E7">
              <w:rPr>
                <w:rFonts w:ascii="Times New Roman" w:eastAsia="Times New Roman" w:hAnsi="Times New Roman"/>
                <w:color w:val="000000"/>
                <w:sz w:val="23"/>
                <w:lang w:val="ru-RU"/>
              </w:rPr>
              <w:t xml:space="preserve">.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07.09.2022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rsidRPr="007A4A81">
        <w:trPr>
          <w:trHeight w:hRule="exact" w:val="144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4.</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288"/>
              <w:rPr>
                <w:lang w:val="ru-RU"/>
              </w:rPr>
            </w:pPr>
            <w:r w:rsidRPr="007924E7">
              <w:rPr>
                <w:rFonts w:ascii="Times New Roman" w:eastAsia="Times New Roman" w:hAnsi="Times New Roman"/>
                <w:color w:val="000000"/>
                <w:sz w:val="23"/>
                <w:lang w:val="ru-RU"/>
              </w:rPr>
              <w:t>Внеклассное чтение. Мифы народов России.</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09.09.2022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68" w:right="144"/>
              <w:rPr>
                <w:lang w:val="ru-RU"/>
              </w:rPr>
            </w:pPr>
            <w:r w:rsidRPr="007924E7">
              <w:rPr>
                <w:rFonts w:ascii="Times New Roman" w:eastAsia="Times New Roman" w:hAnsi="Times New Roman"/>
                <w:color w:val="000000"/>
                <w:sz w:val="23"/>
                <w:lang w:val="ru-RU"/>
              </w:rPr>
              <w:t xml:space="preserve">Самооценка с </w:t>
            </w:r>
            <w:r w:rsidRPr="007924E7">
              <w:rPr>
                <w:lang w:val="ru-RU"/>
              </w:rPr>
              <w:br/>
            </w:r>
            <w:proofErr w:type="spellStart"/>
            <w:r w:rsidRPr="007924E7">
              <w:rPr>
                <w:rFonts w:ascii="Times New Roman" w:eastAsia="Times New Roman" w:hAnsi="Times New Roman"/>
                <w:color w:val="000000"/>
                <w:sz w:val="23"/>
                <w:lang w:val="ru-RU"/>
              </w:rPr>
              <w:t>использованием</w:t>
            </w:r>
            <w:proofErr w:type="gramStart"/>
            <w:r w:rsidRPr="007924E7">
              <w:rPr>
                <w:rFonts w:ascii="Times New Roman" w:eastAsia="Times New Roman" w:hAnsi="Times New Roman"/>
                <w:color w:val="000000"/>
                <w:sz w:val="23"/>
                <w:lang w:val="ru-RU"/>
              </w:rPr>
              <w:t>«О</w:t>
            </w:r>
            <w:proofErr w:type="gramEnd"/>
            <w:r w:rsidRPr="007924E7">
              <w:rPr>
                <w:rFonts w:ascii="Times New Roman" w:eastAsia="Times New Roman" w:hAnsi="Times New Roman"/>
                <w:color w:val="000000"/>
                <w:sz w:val="23"/>
                <w:lang w:val="ru-RU"/>
              </w:rPr>
              <w:t>ценочного</w:t>
            </w:r>
            <w:proofErr w:type="spellEnd"/>
            <w:r w:rsidRPr="007924E7">
              <w:rPr>
                <w:rFonts w:ascii="Times New Roman" w:eastAsia="Times New Roman" w:hAnsi="Times New Roman"/>
                <w:color w:val="000000"/>
                <w:sz w:val="23"/>
                <w:lang w:val="ru-RU"/>
              </w:rPr>
              <w:t xml:space="preserve"> </w:t>
            </w:r>
            <w:r w:rsidRPr="007924E7">
              <w:rPr>
                <w:lang w:val="ru-RU"/>
              </w:rPr>
              <w:br/>
            </w:r>
            <w:r w:rsidRPr="007924E7">
              <w:rPr>
                <w:rFonts w:ascii="Times New Roman" w:eastAsia="Times New Roman" w:hAnsi="Times New Roman"/>
                <w:color w:val="000000"/>
                <w:sz w:val="23"/>
                <w:lang w:val="ru-RU"/>
              </w:rPr>
              <w:t>листа»;</w:t>
            </w:r>
          </w:p>
        </w:tc>
      </w:tr>
      <w:tr w:rsidR="00C76F25">
        <w:trPr>
          <w:trHeight w:hRule="exact" w:val="112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5.</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71" w:lineRule="auto"/>
              <w:ind w:left="70" w:right="432"/>
              <w:rPr>
                <w:lang w:val="ru-RU"/>
              </w:rPr>
            </w:pPr>
            <w:r w:rsidRPr="007924E7">
              <w:rPr>
                <w:rFonts w:ascii="Times New Roman" w:eastAsia="Times New Roman" w:hAnsi="Times New Roman"/>
                <w:color w:val="000000"/>
                <w:sz w:val="23"/>
                <w:lang w:val="ru-RU"/>
              </w:rPr>
              <w:t>Малые жанры фольклора. Загадка как метафора, вид словесной игры.</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12.09.2022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6.</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144"/>
              <w:rPr>
                <w:lang w:val="ru-RU"/>
              </w:rPr>
            </w:pPr>
            <w:r w:rsidRPr="007924E7">
              <w:rPr>
                <w:rFonts w:ascii="Times New Roman" w:eastAsia="Times New Roman" w:hAnsi="Times New Roman"/>
                <w:color w:val="000000"/>
                <w:sz w:val="23"/>
                <w:lang w:val="ru-RU"/>
              </w:rPr>
              <w:t xml:space="preserve">Пословицы и поговорки как воплощение житейской </w:t>
            </w:r>
            <w:r w:rsidRPr="007924E7">
              <w:rPr>
                <w:lang w:val="ru-RU"/>
              </w:rPr>
              <w:br/>
            </w:r>
            <w:r w:rsidRPr="007924E7">
              <w:rPr>
                <w:rFonts w:ascii="Times New Roman" w:eastAsia="Times New Roman" w:hAnsi="Times New Roman"/>
                <w:color w:val="000000"/>
                <w:sz w:val="23"/>
                <w:lang w:val="ru-RU"/>
              </w:rPr>
              <w:t>мудрости.</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14.09.2022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rsidRPr="007A4A81">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7.</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70" w:right="144"/>
            </w:pPr>
            <w:proofErr w:type="spellStart"/>
            <w:r>
              <w:rPr>
                <w:rFonts w:ascii="Times New Roman" w:eastAsia="Times New Roman" w:hAnsi="Times New Roman"/>
                <w:color w:val="000000"/>
                <w:sz w:val="23"/>
              </w:rPr>
              <w:t>Развитие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речи</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Литературная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игра</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16.09.2022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68" w:right="144"/>
              <w:rPr>
                <w:lang w:val="ru-RU"/>
              </w:rPr>
            </w:pPr>
            <w:r w:rsidRPr="007924E7">
              <w:rPr>
                <w:rFonts w:ascii="Times New Roman" w:eastAsia="Times New Roman" w:hAnsi="Times New Roman"/>
                <w:color w:val="000000"/>
                <w:sz w:val="23"/>
                <w:lang w:val="ru-RU"/>
              </w:rPr>
              <w:t xml:space="preserve">Самооценка с </w:t>
            </w:r>
            <w:r w:rsidRPr="007924E7">
              <w:rPr>
                <w:lang w:val="ru-RU"/>
              </w:rPr>
              <w:br/>
            </w:r>
            <w:proofErr w:type="spellStart"/>
            <w:r w:rsidRPr="007924E7">
              <w:rPr>
                <w:rFonts w:ascii="Times New Roman" w:eastAsia="Times New Roman" w:hAnsi="Times New Roman"/>
                <w:color w:val="000000"/>
                <w:sz w:val="23"/>
                <w:lang w:val="ru-RU"/>
              </w:rPr>
              <w:t>использованием</w:t>
            </w:r>
            <w:proofErr w:type="gramStart"/>
            <w:r w:rsidRPr="007924E7">
              <w:rPr>
                <w:rFonts w:ascii="Times New Roman" w:eastAsia="Times New Roman" w:hAnsi="Times New Roman"/>
                <w:color w:val="000000"/>
                <w:sz w:val="23"/>
                <w:lang w:val="ru-RU"/>
              </w:rPr>
              <w:t>«О</w:t>
            </w:r>
            <w:proofErr w:type="gramEnd"/>
            <w:r w:rsidRPr="007924E7">
              <w:rPr>
                <w:rFonts w:ascii="Times New Roman" w:eastAsia="Times New Roman" w:hAnsi="Times New Roman"/>
                <w:color w:val="000000"/>
                <w:sz w:val="23"/>
                <w:lang w:val="ru-RU"/>
              </w:rPr>
              <w:t>ценочного</w:t>
            </w:r>
            <w:proofErr w:type="spellEnd"/>
            <w:r w:rsidRPr="007924E7">
              <w:rPr>
                <w:rFonts w:ascii="Times New Roman" w:eastAsia="Times New Roman" w:hAnsi="Times New Roman"/>
                <w:color w:val="000000"/>
                <w:sz w:val="23"/>
                <w:lang w:val="ru-RU"/>
              </w:rPr>
              <w:t xml:space="preserve"> </w:t>
            </w:r>
            <w:r w:rsidRPr="007924E7">
              <w:rPr>
                <w:lang w:val="ru-RU"/>
              </w:rPr>
              <w:br/>
            </w:r>
            <w:r w:rsidRPr="007924E7">
              <w:rPr>
                <w:rFonts w:ascii="Times New Roman" w:eastAsia="Times New Roman" w:hAnsi="Times New Roman"/>
                <w:color w:val="000000"/>
                <w:sz w:val="23"/>
                <w:lang w:val="ru-RU"/>
              </w:rPr>
              <w:t>листа»;</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8.</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71" w:lineRule="auto"/>
              <w:ind w:left="70" w:right="144"/>
            </w:pPr>
            <w:r w:rsidRPr="007924E7">
              <w:rPr>
                <w:rFonts w:ascii="Times New Roman" w:eastAsia="Times New Roman" w:hAnsi="Times New Roman"/>
                <w:color w:val="000000"/>
                <w:sz w:val="23"/>
                <w:lang w:val="ru-RU"/>
              </w:rPr>
              <w:t xml:space="preserve">Сказка как выражение </w:t>
            </w:r>
            <w:r w:rsidRPr="007924E7">
              <w:rPr>
                <w:lang w:val="ru-RU"/>
              </w:rPr>
              <w:br/>
            </w:r>
            <w:r w:rsidRPr="007924E7">
              <w:rPr>
                <w:rFonts w:ascii="Times New Roman" w:eastAsia="Times New Roman" w:hAnsi="Times New Roman"/>
                <w:color w:val="000000"/>
                <w:sz w:val="23"/>
                <w:lang w:val="ru-RU"/>
              </w:rPr>
              <w:t xml:space="preserve">мудрости и нравственных </w:t>
            </w:r>
            <w:r w:rsidRPr="007924E7">
              <w:rPr>
                <w:lang w:val="ru-RU"/>
              </w:rPr>
              <w:br/>
            </w:r>
            <w:r w:rsidRPr="007924E7">
              <w:rPr>
                <w:rFonts w:ascii="Times New Roman" w:eastAsia="Times New Roman" w:hAnsi="Times New Roman"/>
                <w:color w:val="000000"/>
                <w:sz w:val="23"/>
                <w:lang w:val="ru-RU"/>
              </w:rPr>
              <w:t xml:space="preserve">представлений. </w:t>
            </w:r>
            <w:proofErr w:type="spellStart"/>
            <w:r>
              <w:rPr>
                <w:rFonts w:ascii="Times New Roman" w:eastAsia="Times New Roman" w:hAnsi="Times New Roman"/>
                <w:color w:val="000000"/>
                <w:sz w:val="23"/>
              </w:rPr>
              <w:t>Виды</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сказок</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19.09.2022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9.</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Pr>
                <w:lang w:val="ru-RU"/>
              </w:rPr>
            </w:pPr>
            <w:r w:rsidRPr="007924E7">
              <w:rPr>
                <w:rFonts w:ascii="Times New Roman" w:eastAsia="Times New Roman" w:hAnsi="Times New Roman"/>
                <w:color w:val="000000"/>
                <w:sz w:val="23"/>
                <w:lang w:val="ru-RU"/>
              </w:rPr>
              <w:t>«Царевна-лягушка». Сюжет в волшебной сказке. Поединок со злой силой и победа.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21.09.2022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79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10.</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70" w:right="144"/>
            </w:pPr>
            <w:proofErr w:type="spellStart"/>
            <w:r>
              <w:rPr>
                <w:rFonts w:ascii="Times New Roman" w:eastAsia="Times New Roman" w:hAnsi="Times New Roman"/>
                <w:color w:val="000000"/>
                <w:sz w:val="23"/>
              </w:rPr>
              <w:t>Нравственная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проблематика</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Сказочные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образы</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23.09.2022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68" w:right="432"/>
            </w:pPr>
            <w:proofErr w:type="spellStart"/>
            <w:r>
              <w:rPr>
                <w:rFonts w:ascii="Times New Roman" w:eastAsia="Times New Roman" w:hAnsi="Times New Roman"/>
                <w:color w:val="000000"/>
                <w:sz w:val="23"/>
              </w:rPr>
              <w:t>Письменный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контроль</w:t>
            </w:r>
            <w:proofErr w:type="spellEnd"/>
            <w:r>
              <w:rPr>
                <w:rFonts w:ascii="Times New Roman" w:eastAsia="Times New Roman" w:hAnsi="Times New Roman"/>
                <w:color w:val="000000"/>
                <w:sz w:val="23"/>
              </w:rPr>
              <w:t>;</w:t>
            </w:r>
          </w:p>
        </w:tc>
      </w:tr>
      <w:tr w:rsidR="00C76F25">
        <w:trPr>
          <w:trHeight w:hRule="exact" w:val="142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70" w:right="288"/>
              <w:rPr>
                <w:lang w:val="ru-RU"/>
              </w:rPr>
            </w:pPr>
            <w:r w:rsidRPr="007924E7">
              <w:rPr>
                <w:rFonts w:ascii="Times New Roman" w:eastAsia="Times New Roman" w:hAnsi="Times New Roman"/>
                <w:color w:val="000000"/>
                <w:sz w:val="23"/>
                <w:lang w:val="ru-RU"/>
              </w:rPr>
              <w:t>Бытовая сказка «Чего на свете не бывает». Сюжет и реальная основа бытовых сказок.</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26.09.2022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bl>
    <w:p w:rsidR="00C76F25" w:rsidRDefault="00C76F25">
      <w:pPr>
        <w:autoSpaceDE w:val="0"/>
        <w:autoSpaceDN w:val="0"/>
        <w:spacing w:after="0" w:line="14" w:lineRule="exact"/>
      </w:pPr>
    </w:p>
    <w:p w:rsidR="00C76F25" w:rsidRDefault="00C76F25">
      <w:pPr>
        <w:sectPr w:rsidR="00C76F25">
          <w:pgSz w:w="11900" w:h="16840"/>
          <w:pgMar w:top="298" w:right="556" w:bottom="550" w:left="662" w:header="720" w:footer="720" w:gutter="0"/>
          <w:cols w:space="720" w:equalWidth="0">
            <w:col w:w="10682" w:space="0"/>
          </w:cols>
          <w:docGrid w:linePitch="360"/>
        </w:sectPr>
      </w:pPr>
    </w:p>
    <w:p w:rsidR="00C76F25" w:rsidRDefault="00C76F25">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54"/>
        <w:gridCol w:w="3120"/>
        <w:gridCol w:w="704"/>
        <w:gridCol w:w="1560"/>
        <w:gridCol w:w="1606"/>
        <w:gridCol w:w="1190"/>
        <w:gridCol w:w="1918"/>
      </w:tblGrid>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70" w:right="144"/>
              <w:rPr>
                <w:lang w:val="ru-RU"/>
              </w:rPr>
            </w:pPr>
            <w:r w:rsidRPr="007924E7">
              <w:rPr>
                <w:rFonts w:ascii="Times New Roman" w:eastAsia="Times New Roman" w:hAnsi="Times New Roman"/>
                <w:color w:val="000000"/>
                <w:sz w:val="23"/>
                <w:lang w:val="ru-RU"/>
              </w:rPr>
              <w:t xml:space="preserve">Художественные </w:t>
            </w:r>
            <w:r w:rsidRPr="007924E7">
              <w:rPr>
                <w:lang w:val="ru-RU"/>
              </w:rPr>
              <w:br/>
            </w:r>
            <w:r w:rsidRPr="007924E7">
              <w:rPr>
                <w:rFonts w:ascii="Times New Roman" w:eastAsia="Times New Roman" w:hAnsi="Times New Roman"/>
                <w:color w:val="000000"/>
                <w:sz w:val="23"/>
                <w:lang w:val="ru-RU"/>
              </w:rPr>
              <w:t>особенности сказок: зачин, повтор, постоянные эпитеты, иносказание.</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28.09.2022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13.</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71" w:lineRule="auto"/>
              <w:ind w:left="70"/>
            </w:pPr>
            <w:r w:rsidRPr="007924E7">
              <w:rPr>
                <w:rFonts w:ascii="Times New Roman" w:eastAsia="Times New Roman" w:hAnsi="Times New Roman"/>
                <w:color w:val="000000"/>
                <w:sz w:val="23"/>
                <w:lang w:val="ru-RU"/>
              </w:rPr>
              <w:t xml:space="preserve">Внеклассное чтение. Сказки народов </w:t>
            </w:r>
            <w:proofErr w:type="spellStart"/>
            <w:r w:rsidRPr="007924E7">
              <w:rPr>
                <w:rFonts w:ascii="Times New Roman" w:eastAsia="Times New Roman" w:hAnsi="Times New Roman"/>
                <w:color w:val="000000"/>
                <w:sz w:val="23"/>
                <w:lang w:val="ru-RU"/>
              </w:rPr>
              <w:t>России</w:t>
            </w:r>
            <w:proofErr w:type="gramStart"/>
            <w:r w:rsidRPr="007924E7">
              <w:rPr>
                <w:rFonts w:ascii="Times New Roman" w:eastAsia="Times New Roman" w:hAnsi="Times New Roman"/>
                <w:color w:val="000000"/>
                <w:sz w:val="23"/>
                <w:lang w:val="ru-RU"/>
              </w:rPr>
              <w:t>.«</w:t>
            </w:r>
            <w:proofErr w:type="gramEnd"/>
            <w:r w:rsidRPr="007924E7">
              <w:rPr>
                <w:rFonts w:ascii="Times New Roman" w:eastAsia="Times New Roman" w:hAnsi="Times New Roman"/>
                <w:color w:val="000000"/>
                <w:sz w:val="23"/>
                <w:lang w:val="ru-RU"/>
              </w:rPr>
              <w:t>Падчерица</w:t>
            </w:r>
            <w:proofErr w:type="spellEnd"/>
            <w:r w:rsidRPr="007924E7">
              <w:rPr>
                <w:rFonts w:ascii="Times New Roman" w:eastAsia="Times New Roman" w:hAnsi="Times New Roman"/>
                <w:color w:val="000000"/>
                <w:sz w:val="23"/>
                <w:lang w:val="ru-RU"/>
              </w:rPr>
              <w:t xml:space="preserve">». </w:t>
            </w:r>
            <w:proofErr w:type="spellStart"/>
            <w:r>
              <w:rPr>
                <w:rFonts w:ascii="Times New Roman" w:eastAsia="Times New Roman" w:hAnsi="Times New Roman"/>
                <w:color w:val="000000"/>
                <w:sz w:val="23"/>
              </w:rPr>
              <w:t>Нравственные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уроки</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сказки</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30.09.2022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Письменный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контроль</w:t>
            </w:r>
            <w:proofErr w:type="spellEnd"/>
            <w:r>
              <w:rPr>
                <w:rFonts w:ascii="Times New Roman" w:eastAsia="Times New Roman" w:hAnsi="Times New Roman"/>
                <w:color w:val="000000"/>
                <w:sz w:val="23"/>
              </w:rPr>
              <w:t>;</w:t>
            </w:r>
          </w:p>
        </w:tc>
      </w:tr>
      <w:tr w:rsidR="00C76F25">
        <w:trPr>
          <w:trHeight w:hRule="exact" w:val="176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14.</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81" w:lineRule="auto"/>
              <w:ind w:left="70" w:right="288"/>
              <w:rPr>
                <w:lang w:val="ru-RU"/>
              </w:rPr>
            </w:pPr>
            <w:r w:rsidRPr="007924E7">
              <w:rPr>
                <w:rFonts w:ascii="Times New Roman" w:eastAsia="Times New Roman" w:hAnsi="Times New Roman"/>
                <w:color w:val="000000"/>
                <w:sz w:val="23"/>
                <w:lang w:val="ru-RU"/>
              </w:rPr>
              <w:t xml:space="preserve">Басня как литературный жанр. Истоки басенного жанра (Эзоп, Лафонтен, </w:t>
            </w:r>
            <w:r w:rsidRPr="007924E7">
              <w:rPr>
                <w:lang w:val="ru-RU"/>
              </w:rPr>
              <w:br/>
            </w:r>
            <w:r w:rsidRPr="007924E7">
              <w:rPr>
                <w:rFonts w:ascii="Times New Roman" w:eastAsia="Times New Roman" w:hAnsi="Times New Roman"/>
                <w:color w:val="000000"/>
                <w:sz w:val="23"/>
                <w:lang w:val="ru-RU"/>
              </w:rPr>
              <w:t xml:space="preserve">русские баснописцы </w:t>
            </w:r>
            <w:r>
              <w:rPr>
                <w:rFonts w:ascii="Times New Roman" w:eastAsia="Times New Roman" w:hAnsi="Times New Roman"/>
                <w:color w:val="000000"/>
                <w:sz w:val="23"/>
              </w:rPr>
              <w:t>XVIII</w:t>
            </w:r>
            <w:r w:rsidRPr="007924E7">
              <w:rPr>
                <w:rFonts w:ascii="Times New Roman" w:eastAsia="Times New Roman" w:hAnsi="Times New Roman"/>
                <w:color w:val="000000"/>
                <w:sz w:val="23"/>
                <w:lang w:val="ru-RU"/>
              </w:rPr>
              <w:t xml:space="preserve"> века).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03.10.2022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15.</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ind w:left="70" w:right="144"/>
            </w:pPr>
            <w:r w:rsidRPr="007924E7">
              <w:rPr>
                <w:rFonts w:ascii="Times New Roman" w:eastAsia="Times New Roman" w:hAnsi="Times New Roman"/>
                <w:color w:val="000000"/>
                <w:sz w:val="23"/>
                <w:lang w:val="ru-RU"/>
              </w:rPr>
              <w:t xml:space="preserve">И. А. Крылов. Слово о </w:t>
            </w:r>
            <w:r w:rsidRPr="007924E7">
              <w:rPr>
                <w:lang w:val="ru-RU"/>
              </w:rPr>
              <w:br/>
            </w:r>
            <w:r w:rsidRPr="007924E7">
              <w:rPr>
                <w:rFonts w:ascii="Times New Roman" w:eastAsia="Times New Roman" w:hAnsi="Times New Roman"/>
                <w:color w:val="000000"/>
                <w:sz w:val="23"/>
                <w:lang w:val="ru-RU"/>
              </w:rPr>
              <w:t xml:space="preserve">баснописце. Обличение </w:t>
            </w:r>
            <w:r w:rsidRPr="007924E7">
              <w:rPr>
                <w:lang w:val="ru-RU"/>
              </w:rPr>
              <w:br/>
            </w:r>
            <w:r w:rsidRPr="007924E7">
              <w:rPr>
                <w:rFonts w:ascii="Times New Roman" w:eastAsia="Times New Roman" w:hAnsi="Times New Roman"/>
                <w:color w:val="000000"/>
                <w:sz w:val="23"/>
                <w:lang w:val="ru-RU"/>
              </w:rPr>
              <w:t xml:space="preserve">человеческих пороков в </w:t>
            </w:r>
            <w:r w:rsidRPr="007924E7">
              <w:rPr>
                <w:lang w:val="ru-RU"/>
              </w:rPr>
              <w:br/>
            </w:r>
            <w:r w:rsidRPr="007924E7">
              <w:rPr>
                <w:rFonts w:ascii="Times New Roman" w:eastAsia="Times New Roman" w:hAnsi="Times New Roman"/>
                <w:color w:val="000000"/>
                <w:sz w:val="23"/>
                <w:lang w:val="ru-RU"/>
              </w:rPr>
              <w:t xml:space="preserve">баснях. </w:t>
            </w:r>
            <w:r>
              <w:rPr>
                <w:rFonts w:ascii="Times New Roman" w:eastAsia="Times New Roman" w:hAnsi="Times New Roman"/>
                <w:color w:val="000000"/>
                <w:sz w:val="23"/>
              </w:rPr>
              <w:t>«</w:t>
            </w:r>
            <w:proofErr w:type="spellStart"/>
            <w:r>
              <w:rPr>
                <w:rFonts w:ascii="Times New Roman" w:eastAsia="Times New Roman" w:hAnsi="Times New Roman"/>
                <w:color w:val="000000"/>
                <w:sz w:val="23"/>
              </w:rPr>
              <w:t>Свинья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под</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дубом</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05.10.2022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16.</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576"/>
              <w:rPr>
                <w:lang w:val="ru-RU"/>
              </w:rPr>
            </w:pPr>
            <w:r w:rsidRPr="007924E7">
              <w:rPr>
                <w:rFonts w:ascii="Times New Roman" w:eastAsia="Times New Roman" w:hAnsi="Times New Roman"/>
                <w:color w:val="000000"/>
                <w:sz w:val="23"/>
                <w:lang w:val="ru-RU"/>
              </w:rPr>
              <w:t xml:space="preserve">И. А. Крылов «Ворона и Лисица». Понятие об </w:t>
            </w:r>
            <w:r w:rsidRPr="007924E7">
              <w:rPr>
                <w:lang w:val="ru-RU"/>
              </w:rPr>
              <w:br/>
            </w:r>
            <w:r w:rsidRPr="007924E7">
              <w:rPr>
                <w:rFonts w:ascii="Times New Roman" w:eastAsia="Times New Roman" w:hAnsi="Times New Roman"/>
                <w:color w:val="000000"/>
                <w:sz w:val="23"/>
                <w:lang w:val="ru-RU"/>
              </w:rPr>
              <w:t xml:space="preserve">аллегории и морали.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07.10.2022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17.</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70"/>
              <w:rPr>
                <w:lang w:val="ru-RU"/>
              </w:rPr>
            </w:pPr>
            <w:r w:rsidRPr="007924E7">
              <w:rPr>
                <w:rFonts w:ascii="Times New Roman" w:eastAsia="Times New Roman" w:hAnsi="Times New Roman"/>
                <w:color w:val="000000"/>
                <w:sz w:val="23"/>
                <w:lang w:val="ru-RU"/>
              </w:rPr>
              <w:t xml:space="preserve">Аллегорическое отражение исторических событий в </w:t>
            </w:r>
            <w:r w:rsidRPr="007924E7">
              <w:rPr>
                <w:lang w:val="ru-RU"/>
              </w:rPr>
              <w:br/>
            </w:r>
            <w:r w:rsidRPr="007924E7">
              <w:rPr>
                <w:rFonts w:ascii="Times New Roman" w:eastAsia="Times New Roman" w:hAnsi="Times New Roman"/>
                <w:color w:val="000000"/>
                <w:sz w:val="23"/>
                <w:lang w:val="ru-RU"/>
              </w:rPr>
              <w:t>баснях. «Волк на псарне» как басня о войне 1812 года.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10.10.2022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jc w:val="center"/>
            </w:pPr>
            <w:proofErr w:type="spellStart"/>
            <w:r>
              <w:rPr>
                <w:rFonts w:ascii="Times New Roman" w:eastAsia="Times New Roman" w:hAnsi="Times New Roman"/>
                <w:color w:val="000000"/>
                <w:sz w:val="23"/>
              </w:rPr>
              <w:t>Чтение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по</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ролям</w:t>
            </w:r>
            <w:proofErr w:type="spellEnd"/>
            <w:r>
              <w:rPr>
                <w:rFonts w:ascii="Times New Roman" w:eastAsia="Times New Roman" w:hAnsi="Times New Roman"/>
                <w:color w:val="000000"/>
                <w:sz w:val="23"/>
              </w:rPr>
              <w:t>;</w:t>
            </w:r>
          </w:p>
        </w:tc>
      </w:tr>
      <w:tr w:rsidR="00C76F25" w:rsidRPr="007A4A81">
        <w:trPr>
          <w:trHeight w:hRule="exact" w:val="209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18.</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288"/>
              <w:rPr>
                <w:lang w:val="ru-RU"/>
              </w:rPr>
            </w:pPr>
            <w:r w:rsidRPr="007924E7">
              <w:rPr>
                <w:rFonts w:ascii="Times New Roman" w:eastAsia="Times New Roman" w:hAnsi="Times New Roman"/>
                <w:color w:val="000000"/>
                <w:sz w:val="23"/>
                <w:lang w:val="ru-RU"/>
              </w:rPr>
              <w:t xml:space="preserve">Развитие речи. Чтение </w:t>
            </w:r>
            <w:r w:rsidRPr="007924E7">
              <w:rPr>
                <w:lang w:val="ru-RU"/>
              </w:rPr>
              <w:br/>
            </w:r>
            <w:r w:rsidRPr="007924E7">
              <w:rPr>
                <w:rFonts w:ascii="Times New Roman" w:eastAsia="Times New Roman" w:hAnsi="Times New Roman"/>
                <w:color w:val="000000"/>
                <w:sz w:val="23"/>
                <w:lang w:val="ru-RU"/>
              </w:rPr>
              <w:t xml:space="preserve">наизусть и </w:t>
            </w:r>
            <w:proofErr w:type="spellStart"/>
            <w:r w:rsidRPr="007924E7">
              <w:rPr>
                <w:rFonts w:ascii="Times New Roman" w:eastAsia="Times New Roman" w:hAnsi="Times New Roman"/>
                <w:color w:val="000000"/>
                <w:sz w:val="23"/>
                <w:lang w:val="ru-RU"/>
              </w:rPr>
              <w:t>инсценирование</w:t>
            </w:r>
            <w:proofErr w:type="spellEnd"/>
            <w:r w:rsidRPr="007924E7">
              <w:rPr>
                <w:rFonts w:ascii="Times New Roman" w:eastAsia="Times New Roman" w:hAnsi="Times New Roman"/>
                <w:color w:val="000000"/>
                <w:sz w:val="23"/>
                <w:lang w:val="ru-RU"/>
              </w:rPr>
              <w:t xml:space="preserve"> басен.</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12.10.2022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83" w:lineRule="auto"/>
              <w:ind w:left="68"/>
              <w:rPr>
                <w:lang w:val="ru-RU"/>
              </w:rPr>
            </w:pPr>
            <w:r w:rsidRPr="007924E7">
              <w:rPr>
                <w:rFonts w:ascii="Times New Roman" w:eastAsia="Times New Roman" w:hAnsi="Times New Roman"/>
                <w:color w:val="000000"/>
                <w:sz w:val="23"/>
                <w:lang w:val="ru-RU"/>
              </w:rPr>
              <w:t xml:space="preserve">Выразительное; </w:t>
            </w:r>
            <w:r w:rsidRPr="007924E7">
              <w:rPr>
                <w:lang w:val="ru-RU"/>
              </w:rPr>
              <w:br/>
            </w:r>
            <w:r w:rsidRPr="007924E7">
              <w:rPr>
                <w:rFonts w:ascii="Times New Roman" w:eastAsia="Times New Roman" w:hAnsi="Times New Roman"/>
                <w:color w:val="000000"/>
                <w:sz w:val="23"/>
                <w:lang w:val="ru-RU"/>
              </w:rPr>
              <w:t xml:space="preserve">чтение наизусть (индивидуально/в рамках; </w:t>
            </w:r>
            <w:r w:rsidRPr="007924E7">
              <w:rPr>
                <w:lang w:val="ru-RU"/>
              </w:rPr>
              <w:br/>
            </w:r>
            <w:r w:rsidRPr="007924E7">
              <w:rPr>
                <w:rFonts w:ascii="Times New Roman" w:eastAsia="Times New Roman" w:hAnsi="Times New Roman"/>
                <w:color w:val="000000"/>
                <w:sz w:val="23"/>
                <w:lang w:val="ru-RU"/>
              </w:rPr>
              <w:t>инсценировки</w:t>
            </w:r>
            <w:proofErr w:type="gramStart"/>
            <w:r w:rsidRPr="007924E7">
              <w:rPr>
                <w:rFonts w:ascii="Times New Roman" w:eastAsia="Times New Roman" w:hAnsi="Times New Roman"/>
                <w:color w:val="000000"/>
                <w:sz w:val="23"/>
                <w:lang w:val="ru-RU"/>
              </w:rPr>
              <w:t xml:space="preserve">); </w:t>
            </w:r>
            <w:r w:rsidRPr="007924E7">
              <w:rPr>
                <w:lang w:val="ru-RU"/>
              </w:rPr>
              <w:br/>
            </w:r>
            <w:r w:rsidRPr="007924E7">
              <w:rPr>
                <w:rFonts w:ascii="Times New Roman" w:eastAsia="Times New Roman" w:hAnsi="Times New Roman"/>
                <w:color w:val="000000"/>
                <w:sz w:val="23"/>
                <w:lang w:val="ru-RU"/>
              </w:rPr>
              <w:t>;</w:t>
            </w:r>
            <w:proofErr w:type="gramEnd"/>
          </w:p>
        </w:tc>
      </w:tr>
      <w:tr w:rsidR="00C76F25">
        <w:trPr>
          <w:trHeight w:hRule="exact" w:val="176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19.</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62" w:lineRule="auto"/>
              <w:ind w:left="70" w:right="288"/>
              <w:rPr>
                <w:lang w:val="ru-RU"/>
              </w:rPr>
            </w:pPr>
            <w:r w:rsidRPr="007924E7">
              <w:rPr>
                <w:rFonts w:ascii="Times New Roman" w:eastAsia="Times New Roman" w:hAnsi="Times New Roman"/>
                <w:color w:val="000000"/>
                <w:sz w:val="23"/>
                <w:lang w:val="ru-RU"/>
              </w:rPr>
              <w:t>Краткие сведения о детстве А.С. Пушкина.</w:t>
            </w:r>
          </w:p>
          <w:p w:rsidR="00C76F25" w:rsidRPr="007924E7" w:rsidRDefault="0044668A">
            <w:pPr>
              <w:autoSpaceDE w:val="0"/>
              <w:autoSpaceDN w:val="0"/>
              <w:spacing w:before="68" w:after="0" w:line="271" w:lineRule="auto"/>
              <w:ind w:left="70" w:right="288"/>
              <w:rPr>
                <w:lang w:val="ru-RU"/>
              </w:rPr>
            </w:pPr>
            <w:r w:rsidRPr="007924E7">
              <w:rPr>
                <w:rFonts w:ascii="Times New Roman" w:eastAsia="Times New Roman" w:hAnsi="Times New Roman"/>
                <w:color w:val="000000"/>
                <w:sz w:val="23"/>
                <w:lang w:val="ru-RU"/>
              </w:rPr>
              <w:t>Стихотворение «Няне» как поэтизация образа Арины Родионовны.</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14.10.2022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20.</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71" w:lineRule="auto"/>
              <w:ind w:left="70" w:right="576"/>
              <w:rPr>
                <w:lang w:val="ru-RU"/>
              </w:rPr>
            </w:pPr>
            <w:r w:rsidRPr="007924E7">
              <w:rPr>
                <w:rFonts w:ascii="Times New Roman" w:eastAsia="Times New Roman" w:hAnsi="Times New Roman"/>
                <w:color w:val="000000"/>
                <w:sz w:val="23"/>
                <w:lang w:val="ru-RU"/>
              </w:rPr>
              <w:t xml:space="preserve">Образы природы в </w:t>
            </w:r>
            <w:r w:rsidRPr="007924E7">
              <w:rPr>
                <w:lang w:val="ru-RU"/>
              </w:rPr>
              <w:br/>
            </w:r>
            <w:r w:rsidRPr="007924E7">
              <w:rPr>
                <w:rFonts w:ascii="Times New Roman" w:eastAsia="Times New Roman" w:hAnsi="Times New Roman"/>
                <w:color w:val="000000"/>
                <w:sz w:val="23"/>
                <w:lang w:val="ru-RU"/>
              </w:rPr>
              <w:t>стихотворении «Зимний вечер».</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17.10.2022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55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21.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ind w:left="70"/>
            </w:pPr>
            <w:r w:rsidRPr="007924E7">
              <w:rPr>
                <w:rFonts w:ascii="Times New Roman" w:eastAsia="Times New Roman" w:hAnsi="Times New Roman"/>
                <w:color w:val="000000"/>
                <w:sz w:val="23"/>
                <w:lang w:val="ru-RU"/>
              </w:rPr>
              <w:t xml:space="preserve">В мире художественного </w:t>
            </w:r>
            <w:r w:rsidRPr="007924E7">
              <w:rPr>
                <w:lang w:val="ru-RU"/>
              </w:rPr>
              <w:br/>
            </w:r>
            <w:r w:rsidRPr="007924E7">
              <w:rPr>
                <w:rFonts w:ascii="Times New Roman" w:eastAsia="Times New Roman" w:hAnsi="Times New Roman"/>
                <w:color w:val="000000"/>
                <w:sz w:val="23"/>
                <w:lang w:val="ru-RU"/>
              </w:rPr>
              <w:t xml:space="preserve">слова А.С. Пушкина. Ритм. Стихотворная и прозаическая речь. </w:t>
            </w:r>
            <w:proofErr w:type="spellStart"/>
            <w:r>
              <w:rPr>
                <w:rFonts w:ascii="Times New Roman" w:eastAsia="Times New Roman" w:hAnsi="Times New Roman"/>
                <w:color w:val="000000"/>
                <w:sz w:val="23"/>
              </w:rPr>
              <w:t>Эпитет</w:t>
            </w:r>
            <w:proofErr w:type="spellEnd"/>
            <w:r>
              <w:rPr>
                <w:rFonts w:ascii="Times New Roman" w:eastAsia="Times New Roman" w:hAnsi="Times New Roman"/>
                <w:color w:val="000000"/>
                <w:sz w:val="23"/>
              </w:rPr>
              <w:t>. «</w:t>
            </w:r>
            <w:proofErr w:type="spellStart"/>
            <w:r>
              <w:rPr>
                <w:rFonts w:ascii="Times New Roman" w:eastAsia="Times New Roman" w:hAnsi="Times New Roman"/>
                <w:color w:val="000000"/>
                <w:sz w:val="23"/>
              </w:rPr>
              <w:t>Зимнее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утро</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19.10.2022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bl>
    <w:p w:rsidR="00C76F25" w:rsidRDefault="00C76F25">
      <w:pPr>
        <w:autoSpaceDE w:val="0"/>
        <w:autoSpaceDN w:val="0"/>
        <w:spacing w:after="0" w:line="14" w:lineRule="exact"/>
      </w:pPr>
    </w:p>
    <w:p w:rsidR="00C76F25" w:rsidRDefault="00C76F25">
      <w:pPr>
        <w:sectPr w:rsidR="00C76F25">
          <w:pgSz w:w="11900" w:h="16840"/>
          <w:pgMar w:top="284" w:right="556" w:bottom="684" w:left="662" w:header="720" w:footer="720" w:gutter="0"/>
          <w:cols w:space="720" w:equalWidth="0">
            <w:col w:w="10682" w:space="0"/>
          </w:cols>
          <w:docGrid w:linePitch="360"/>
        </w:sectPr>
      </w:pPr>
    </w:p>
    <w:p w:rsidR="00C76F25" w:rsidRDefault="00C76F25">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54"/>
        <w:gridCol w:w="3120"/>
        <w:gridCol w:w="704"/>
        <w:gridCol w:w="1560"/>
        <w:gridCol w:w="1606"/>
        <w:gridCol w:w="1190"/>
        <w:gridCol w:w="1918"/>
      </w:tblGrid>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22.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ind w:left="70" w:right="432"/>
            </w:pPr>
            <w:proofErr w:type="spellStart"/>
            <w:r w:rsidRPr="007924E7">
              <w:rPr>
                <w:rFonts w:ascii="Times New Roman" w:eastAsia="Times New Roman" w:hAnsi="Times New Roman"/>
                <w:color w:val="000000"/>
                <w:sz w:val="23"/>
                <w:lang w:val="ru-RU"/>
              </w:rPr>
              <w:t>А.С.Пушкин</w:t>
            </w:r>
            <w:proofErr w:type="spellEnd"/>
            <w:r w:rsidRPr="007924E7">
              <w:rPr>
                <w:rFonts w:ascii="Times New Roman" w:eastAsia="Times New Roman" w:hAnsi="Times New Roman"/>
                <w:color w:val="000000"/>
                <w:sz w:val="23"/>
                <w:lang w:val="ru-RU"/>
              </w:rPr>
              <w:t xml:space="preserve">. «Сказка о мертвой царевне и о семи богатырях». </w:t>
            </w:r>
            <w:proofErr w:type="spellStart"/>
            <w:r>
              <w:rPr>
                <w:rFonts w:ascii="Times New Roman" w:eastAsia="Times New Roman" w:hAnsi="Times New Roman"/>
                <w:color w:val="000000"/>
                <w:sz w:val="23"/>
              </w:rPr>
              <w:t>Истоки</w:t>
            </w:r>
            <w:proofErr w:type="spellEnd"/>
            <w:r>
              <w:rPr>
                <w:rFonts w:ascii="Times New Roman" w:eastAsia="Times New Roman" w:hAnsi="Times New Roman"/>
                <w:color w:val="000000"/>
                <w:sz w:val="23"/>
              </w:rPr>
              <w:t xml:space="preserve"> </w:t>
            </w:r>
            <w:r>
              <w:br/>
            </w:r>
            <w:proofErr w:type="spellStart"/>
            <w:r>
              <w:rPr>
                <w:rFonts w:ascii="Times New Roman" w:eastAsia="Times New Roman" w:hAnsi="Times New Roman"/>
                <w:color w:val="000000"/>
                <w:sz w:val="23"/>
              </w:rPr>
              <w:t>рождения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сюжета</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сказки</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21.10.2022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23.</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70" w:right="144"/>
              <w:rPr>
                <w:lang w:val="ru-RU"/>
              </w:rPr>
            </w:pPr>
            <w:proofErr w:type="spellStart"/>
            <w:r w:rsidRPr="007924E7">
              <w:rPr>
                <w:rFonts w:ascii="Times New Roman" w:eastAsia="Times New Roman" w:hAnsi="Times New Roman"/>
                <w:color w:val="000000"/>
                <w:sz w:val="23"/>
                <w:lang w:val="ru-RU"/>
              </w:rPr>
              <w:t>А.С.Пушкин</w:t>
            </w:r>
            <w:proofErr w:type="spellEnd"/>
            <w:r w:rsidRPr="007924E7">
              <w:rPr>
                <w:rFonts w:ascii="Times New Roman" w:eastAsia="Times New Roman" w:hAnsi="Times New Roman"/>
                <w:color w:val="000000"/>
                <w:sz w:val="23"/>
                <w:lang w:val="ru-RU"/>
              </w:rPr>
              <w:t xml:space="preserve">. «Сказка о </w:t>
            </w:r>
            <w:r w:rsidRPr="007924E7">
              <w:rPr>
                <w:lang w:val="ru-RU"/>
              </w:rPr>
              <w:br/>
            </w:r>
            <w:r w:rsidRPr="007924E7">
              <w:rPr>
                <w:rFonts w:ascii="Times New Roman" w:eastAsia="Times New Roman" w:hAnsi="Times New Roman"/>
                <w:color w:val="000000"/>
                <w:sz w:val="23"/>
                <w:lang w:val="ru-RU"/>
              </w:rPr>
              <w:t xml:space="preserve">мертвой царевне и о семи </w:t>
            </w:r>
            <w:r w:rsidRPr="007924E7">
              <w:rPr>
                <w:lang w:val="ru-RU"/>
              </w:rPr>
              <w:br/>
            </w:r>
            <w:r w:rsidRPr="007924E7">
              <w:rPr>
                <w:rFonts w:ascii="Times New Roman" w:eastAsia="Times New Roman" w:hAnsi="Times New Roman"/>
                <w:color w:val="000000"/>
                <w:sz w:val="23"/>
                <w:lang w:val="ru-RU"/>
              </w:rPr>
              <w:t>богатырях». Противостояние добрых и злых сил.</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24.10.2022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24.</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ind w:left="70"/>
            </w:pPr>
            <w:proofErr w:type="spellStart"/>
            <w:r w:rsidRPr="007924E7">
              <w:rPr>
                <w:rFonts w:ascii="Times New Roman" w:eastAsia="Times New Roman" w:hAnsi="Times New Roman"/>
                <w:color w:val="000000"/>
                <w:sz w:val="23"/>
                <w:lang w:val="ru-RU"/>
              </w:rPr>
              <w:t>А.С.Пушкин</w:t>
            </w:r>
            <w:proofErr w:type="spellEnd"/>
            <w:r w:rsidRPr="007924E7">
              <w:rPr>
                <w:rFonts w:ascii="Times New Roman" w:eastAsia="Times New Roman" w:hAnsi="Times New Roman"/>
                <w:color w:val="000000"/>
                <w:sz w:val="23"/>
                <w:lang w:val="ru-RU"/>
              </w:rPr>
              <w:t xml:space="preserve">. «Сказка о </w:t>
            </w:r>
            <w:r w:rsidRPr="007924E7">
              <w:rPr>
                <w:lang w:val="ru-RU"/>
              </w:rPr>
              <w:br/>
            </w:r>
            <w:r w:rsidRPr="007924E7">
              <w:rPr>
                <w:rFonts w:ascii="Times New Roman" w:eastAsia="Times New Roman" w:hAnsi="Times New Roman"/>
                <w:color w:val="000000"/>
                <w:sz w:val="23"/>
                <w:lang w:val="ru-RU"/>
              </w:rPr>
              <w:t xml:space="preserve">мертвой царевне и о семи </w:t>
            </w:r>
            <w:r w:rsidRPr="007924E7">
              <w:rPr>
                <w:lang w:val="ru-RU"/>
              </w:rPr>
              <w:br/>
            </w:r>
            <w:r w:rsidRPr="007924E7">
              <w:rPr>
                <w:rFonts w:ascii="Times New Roman" w:eastAsia="Times New Roman" w:hAnsi="Times New Roman"/>
                <w:color w:val="000000"/>
                <w:sz w:val="23"/>
                <w:lang w:val="ru-RU"/>
              </w:rPr>
              <w:t xml:space="preserve">богатырях». </w:t>
            </w:r>
            <w:proofErr w:type="spellStart"/>
            <w:r>
              <w:rPr>
                <w:rFonts w:ascii="Times New Roman" w:eastAsia="Times New Roman" w:hAnsi="Times New Roman"/>
                <w:color w:val="000000"/>
                <w:sz w:val="23"/>
              </w:rPr>
              <w:t>Система</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образов</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сказки</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26.10.2022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76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25.</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1008"/>
              <w:rPr>
                <w:lang w:val="ru-RU"/>
              </w:rPr>
            </w:pPr>
            <w:r w:rsidRPr="007924E7">
              <w:rPr>
                <w:rFonts w:ascii="Times New Roman" w:eastAsia="Times New Roman" w:hAnsi="Times New Roman"/>
                <w:color w:val="000000"/>
                <w:sz w:val="23"/>
                <w:lang w:val="ru-RU"/>
              </w:rPr>
              <w:t xml:space="preserve">Краткие сведения о </w:t>
            </w:r>
            <w:proofErr w:type="spellStart"/>
            <w:r w:rsidRPr="007924E7">
              <w:rPr>
                <w:rFonts w:ascii="Times New Roman" w:eastAsia="Times New Roman" w:hAnsi="Times New Roman"/>
                <w:color w:val="000000"/>
                <w:sz w:val="23"/>
                <w:lang w:val="ru-RU"/>
              </w:rPr>
              <w:t>М.Ю.Лермонтове</w:t>
            </w:r>
            <w:proofErr w:type="spellEnd"/>
            <w:r w:rsidRPr="007924E7">
              <w:rPr>
                <w:rFonts w:ascii="Times New Roman" w:eastAsia="Times New Roman" w:hAnsi="Times New Roman"/>
                <w:color w:val="000000"/>
                <w:sz w:val="23"/>
                <w:lang w:val="ru-RU"/>
              </w:rPr>
              <w:t>.</w:t>
            </w:r>
          </w:p>
          <w:p w:rsidR="00C76F25" w:rsidRPr="007924E7" w:rsidRDefault="0044668A">
            <w:pPr>
              <w:autoSpaceDE w:val="0"/>
              <w:autoSpaceDN w:val="0"/>
              <w:spacing w:before="66" w:after="0" w:line="230" w:lineRule="auto"/>
              <w:ind w:left="70"/>
              <w:rPr>
                <w:lang w:val="ru-RU"/>
              </w:rPr>
            </w:pPr>
            <w:proofErr w:type="spellStart"/>
            <w:r w:rsidRPr="007924E7">
              <w:rPr>
                <w:rFonts w:ascii="Times New Roman" w:eastAsia="Times New Roman" w:hAnsi="Times New Roman"/>
                <w:color w:val="000000"/>
                <w:sz w:val="23"/>
                <w:lang w:val="ru-RU"/>
              </w:rPr>
              <w:t>Стихотворени</w:t>
            </w:r>
            <w:proofErr w:type="gramStart"/>
            <w:r w:rsidRPr="007924E7">
              <w:rPr>
                <w:rFonts w:ascii="Times New Roman" w:eastAsia="Times New Roman" w:hAnsi="Times New Roman"/>
                <w:color w:val="000000"/>
                <w:sz w:val="23"/>
                <w:lang w:val="ru-RU"/>
              </w:rPr>
              <w:t>е«</w:t>
            </w:r>
            <w:proofErr w:type="gramEnd"/>
            <w:r w:rsidRPr="007924E7">
              <w:rPr>
                <w:rFonts w:ascii="Times New Roman" w:eastAsia="Times New Roman" w:hAnsi="Times New Roman"/>
                <w:color w:val="000000"/>
                <w:sz w:val="23"/>
                <w:lang w:val="ru-RU"/>
              </w:rPr>
              <w:t>Бородино</w:t>
            </w:r>
            <w:proofErr w:type="spellEnd"/>
            <w:r w:rsidRPr="007924E7">
              <w:rPr>
                <w:rFonts w:ascii="Times New Roman" w:eastAsia="Times New Roman" w:hAnsi="Times New Roman"/>
                <w:color w:val="000000"/>
                <w:sz w:val="23"/>
                <w:lang w:val="ru-RU"/>
              </w:rPr>
              <w:t>».</w:t>
            </w:r>
          </w:p>
          <w:p w:rsidR="00C76F25" w:rsidRPr="007924E7" w:rsidRDefault="0044668A">
            <w:pPr>
              <w:autoSpaceDE w:val="0"/>
              <w:autoSpaceDN w:val="0"/>
              <w:spacing w:before="68" w:after="0" w:line="262" w:lineRule="auto"/>
              <w:ind w:left="70" w:right="720"/>
              <w:rPr>
                <w:lang w:val="ru-RU"/>
              </w:rPr>
            </w:pPr>
            <w:r w:rsidRPr="007924E7">
              <w:rPr>
                <w:rFonts w:ascii="Times New Roman" w:eastAsia="Times New Roman" w:hAnsi="Times New Roman"/>
                <w:color w:val="000000"/>
                <w:sz w:val="23"/>
                <w:lang w:val="ru-RU"/>
              </w:rPr>
              <w:t xml:space="preserve">Историческая основа и прототипы героев.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28.10.2022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26.</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432"/>
              <w:rPr>
                <w:lang w:val="ru-RU"/>
              </w:rPr>
            </w:pPr>
            <w:r w:rsidRPr="007924E7">
              <w:rPr>
                <w:rFonts w:ascii="Times New Roman" w:eastAsia="Times New Roman" w:hAnsi="Times New Roman"/>
                <w:color w:val="000000"/>
                <w:sz w:val="23"/>
                <w:lang w:val="ru-RU"/>
              </w:rPr>
              <w:t xml:space="preserve">Средства художественной выразительности в </w:t>
            </w:r>
            <w:r w:rsidRPr="007924E7">
              <w:rPr>
                <w:lang w:val="ru-RU"/>
              </w:rPr>
              <w:br/>
            </w:r>
            <w:r w:rsidRPr="007924E7">
              <w:rPr>
                <w:rFonts w:ascii="Times New Roman" w:eastAsia="Times New Roman" w:hAnsi="Times New Roman"/>
                <w:color w:val="000000"/>
                <w:sz w:val="23"/>
                <w:lang w:val="ru-RU"/>
              </w:rPr>
              <w:t>стихотворении М.Ю.</w:t>
            </w:r>
          </w:p>
          <w:p w:rsidR="00C76F25" w:rsidRDefault="0044668A">
            <w:pPr>
              <w:autoSpaceDE w:val="0"/>
              <w:autoSpaceDN w:val="0"/>
              <w:spacing w:before="68" w:after="0" w:line="230" w:lineRule="auto"/>
              <w:ind w:left="70"/>
            </w:pPr>
            <w:proofErr w:type="spellStart"/>
            <w:r>
              <w:rPr>
                <w:rFonts w:ascii="Times New Roman" w:eastAsia="Times New Roman" w:hAnsi="Times New Roman"/>
                <w:color w:val="000000"/>
                <w:sz w:val="23"/>
              </w:rPr>
              <w:t>Лермонтова</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Бородино</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07.11.2022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Письменный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контроль</w:t>
            </w:r>
            <w:proofErr w:type="spellEnd"/>
            <w:r>
              <w:rPr>
                <w:rFonts w:ascii="Times New Roman" w:eastAsia="Times New Roman" w:hAnsi="Times New Roman"/>
                <w:color w:val="000000"/>
                <w:sz w:val="23"/>
              </w:rPr>
              <w:t>;</w:t>
            </w:r>
          </w:p>
        </w:tc>
      </w:tr>
      <w:tr w:rsidR="00C76F25">
        <w:trPr>
          <w:trHeight w:hRule="exact" w:val="177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70"/>
            </w:pPr>
            <w:r>
              <w:rPr>
                <w:rFonts w:ascii="Times New Roman" w:eastAsia="Times New Roman" w:hAnsi="Times New Roman"/>
                <w:color w:val="000000"/>
                <w:sz w:val="23"/>
              </w:rPr>
              <w:t>27.</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8" w:after="0" w:line="262" w:lineRule="auto"/>
              <w:ind w:left="70" w:right="864"/>
              <w:rPr>
                <w:lang w:val="ru-RU"/>
              </w:rPr>
            </w:pPr>
            <w:r w:rsidRPr="007924E7">
              <w:rPr>
                <w:rFonts w:ascii="Times New Roman" w:eastAsia="Times New Roman" w:hAnsi="Times New Roman"/>
                <w:color w:val="000000"/>
                <w:sz w:val="23"/>
                <w:lang w:val="ru-RU"/>
              </w:rPr>
              <w:t>Н. В. Гоголь. Краткие сведения о писателе.</w:t>
            </w:r>
          </w:p>
          <w:p w:rsidR="00C76F25" w:rsidRDefault="0044668A">
            <w:pPr>
              <w:autoSpaceDE w:val="0"/>
              <w:autoSpaceDN w:val="0"/>
              <w:spacing w:before="68" w:after="0" w:line="271" w:lineRule="auto"/>
              <w:ind w:left="70"/>
            </w:pPr>
            <w:r w:rsidRPr="007924E7">
              <w:rPr>
                <w:rFonts w:ascii="Times New Roman" w:eastAsia="Times New Roman" w:hAnsi="Times New Roman"/>
                <w:color w:val="000000"/>
                <w:sz w:val="23"/>
                <w:lang w:val="ru-RU"/>
              </w:rPr>
              <w:t xml:space="preserve">Малороссия в жизни и судьбе Н. В. Гоголя.  </w:t>
            </w:r>
            <w:r>
              <w:rPr>
                <w:rFonts w:ascii="Times New Roman" w:eastAsia="Times New Roman" w:hAnsi="Times New Roman"/>
                <w:color w:val="000000"/>
                <w:sz w:val="23"/>
              </w:rPr>
              <w:t>«</w:t>
            </w:r>
            <w:proofErr w:type="spellStart"/>
            <w:r>
              <w:rPr>
                <w:rFonts w:ascii="Times New Roman" w:eastAsia="Times New Roman" w:hAnsi="Times New Roman"/>
                <w:color w:val="000000"/>
                <w:sz w:val="23"/>
              </w:rPr>
              <w:t>Ночь</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перед</w:t>
            </w:r>
            <w:proofErr w:type="spellEnd"/>
            <w:r>
              <w:rPr>
                <w:rFonts w:ascii="Times New Roman" w:eastAsia="Times New Roman" w:hAnsi="Times New Roman"/>
                <w:color w:val="000000"/>
                <w:sz w:val="23"/>
              </w:rPr>
              <w:t xml:space="preserve"> </w:t>
            </w:r>
            <w:r>
              <w:br/>
            </w:r>
            <w:proofErr w:type="spellStart"/>
            <w:r>
              <w:rPr>
                <w:rFonts w:ascii="Times New Roman" w:eastAsia="Times New Roman" w:hAnsi="Times New Roman"/>
                <w:color w:val="000000"/>
                <w:sz w:val="23"/>
              </w:rPr>
              <w:t>Рождеством</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68"/>
            </w:pPr>
            <w:r>
              <w:rPr>
                <w:rFonts w:ascii="Times New Roman" w:eastAsia="Times New Roman" w:hAnsi="Times New Roman"/>
                <w:color w:val="000000"/>
                <w:sz w:val="23"/>
              </w:rPr>
              <w:t xml:space="preserve">09.11.2022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28.</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71" w:lineRule="auto"/>
              <w:ind w:left="70" w:right="144"/>
              <w:rPr>
                <w:lang w:val="ru-RU"/>
              </w:rPr>
            </w:pPr>
            <w:r w:rsidRPr="007924E7">
              <w:rPr>
                <w:rFonts w:ascii="Times New Roman" w:eastAsia="Times New Roman" w:hAnsi="Times New Roman"/>
                <w:color w:val="000000"/>
                <w:sz w:val="23"/>
                <w:lang w:val="ru-RU"/>
              </w:rPr>
              <w:t xml:space="preserve">Образы и события в повести </w:t>
            </w:r>
            <w:proofErr w:type="spellStart"/>
            <w:r w:rsidRPr="007924E7">
              <w:rPr>
                <w:rFonts w:ascii="Times New Roman" w:eastAsia="Times New Roman" w:hAnsi="Times New Roman"/>
                <w:color w:val="000000"/>
                <w:sz w:val="23"/>
                <w:lang w:val="ru-RU"/>
              </w:rPr>
              <w:t>Н.В.Гоголя</w:t>
            </w:r>
            <w:proofErr w:type="gramStart"/>
            <w:r w:rsidRPr="007924E7">
              <w:rPr>
                <w:rFonts w:ascii="Times New Roman" w:eastAsia="Times New Roman" w:hAnsi="Times New Roman"/>
                <w:color w:val="000000"/>
                <w:sz w:val="23"/>
                <w:lang w:val="ru-RU"/>
              </w:rPr>
              <w:t>«Н</w:t>
            </w:r>
            <w:proofErr w:type="gramEnd"/>
            <w:r w:rsidRPr="007924E7">
              <w:rPr>
                <w:rFonts w:ascii="Times New Roman" w:eastAsia="Times New Roman" w:hAnsi="Times New Roman"/>
                <w:color w:val="000000"/>
                <w:sz w:val="23"/>
                <w:lang w:val="ru-RU"/>
              </w:rPr>
              <w:t>очь</w:t>
            </w:r>
            <w:proofErr w:type="spellEnd"/>
            <w:r w:rsidRPr="007924E7">
              <w:rPr>
                <w:rFonts w:ascii="Times New Roman" w:eastAsia="Times New Roman" w:hAnsi="Times New Roman"/>
                <w:color w:val="000000"/>
                <w:sz w:val="23"/>
                <w:lang w:val="ru-RU"/>
              </w:rPr>
              <w:t xml:space="preserve"> перед </w:t>
            </w:r>
            <w:r w:rsidRPr="007924E7">
              <w:rPr>
                <w:lang w:val="ru-RU"/>
              </w:rPr>
              <w:br/>
            </w:r>
            <w:r w:rsidRPr="007924E7">
              <w:rPr>
                <w:rFonts w:ascii="Times New Roman" w:eastAsia="Times New Roman" w:hAnsi="Times New Roman"/>
                <w:color w:val="000000"/>
                <w:sz w:val="23"/>
                <w:lang w:val="ru-RU"/>
              </w:rPr>
              <w:t xml:space="preserve">Рождеством».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11.11.2022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29.</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71" w:lineRule="auto"/>
              <w:ind w:left="70" w:right="390"/>
              <w:jc w:val="both"/>
              <w:rPr>
                <w:lang w:val="ru-RU"/>
              </w:rPr>
            </w:pPr>
            <w:r w:rsidRPr="007924E7">
              <w:rPr>
                <w:rFonts w:ascii="Times New Roman" w:eastAsia="Times New Roman" w:hAnsi="Times New Roman"/>
                <w:color w:val="000000"/>
                <w:sz w:val="23"/>
                <w:lang w:val="ru-RU"/>
              </w:rPr>
              <w:t xml:space="preserve">Фантастика и реальность в повести </w:t>
            </w:r>
            <w:proofErr w:type="spellStart"/>
            <w:r w:rsidRPr="007924E7">
              <w:rPr>
                <w:rFonts w:ascii="Times New Roman" w:eastAsia="Times New Roman" w:hAnsi="Times New Roman"/>
                <w:color w:val="000000"/>
                <w:sz w:val="23"/>
                <w:lang w:val="ru-RU"/>
              </w:rPr>
              <w:t>Н.В.Гоголя</w:t>
            </w:r>
            <w:proofErr w:type="spellEnd"/>
            <w:r w:rsidRPr="007924E7">
              <w:rPr>
                <w:rFonts w:ascii="Times New Roman" w:eastAsia="Times New Roman" w:hAnsi="Times New Roman"/>
                <w:color w:val="000000"/>
                <w:sz w:val="23"/>
                <w:lang w:val="ru-RU"/>
              </w:rPr>
              <w:t xml:space="preserve"> «Ночь перед  Рождеством».</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14.11.2022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76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30.</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30" w:lineRule="auto"/>
              <w:ind w:left="70"/>
              <w:rPr>
                <w:lang w:val="ru-RU"/>
              </w:rPr>
            </w:pPr>
            <w:r w:rsidRPr="007924E7">
              <w:rPr>
                <w:rFonts w:ascii="Times New Roman" w:eastAsia="Times New Roman" w:hAnsi="Times New Roman"/>
                <w:color w:val="000000"/>
                <w:sz w:val="23"/>
                <w:lang w:val="ru-RU"/>
              </w:rPr>
              <w:t>«Ночь перед Рождеством».</w:t>
            </w:r>
          </w:p>
          <w:p w:rsidR="00C76F25" w:rsidRPr="007924E7" w:rsidRDefault="0044668A">
            <w:pPr>
              <w:autoSpaceDE w:val="0"/>
              <w:autoSpaceDN w:val="0"/>
              <w:spacing w:before="68" w:after="0"/>
              <w:ind w:left="70" w:right="288"/>
              <w:rPr>
                <w:lang w:val="ru-RU"/>
              </w:rPr>
            </w:pPr>
            <w:r w:rsidRPr="007924E7">
              <w:rPr>
                <w:rFonts w:ascii="Times New Roman" w:eastAsia="Times New Roman" w:hAnsi="Times New Roman"/>
                <w:color w:val="000000"/>
                <w:sz w:val="23"/>
                <w:lang w:val="ru-RU"/>
              </w:rPr>
              <w:t xml:space="preserve">Отражение в повести </w:t>
            </w:r>
            <w:r w:rsidRPr="007924E7">
              <w:rPr>
                <w:lang w:val="ru-RU"/>
              </w:rPr>
              <w:br/>
            </w:r>
            <w:r w:rsidRPr="007924E7">
              <w:rPr>
                <w:rFonts w:ascii="Times New Roman" w:eastAsia="Times New Roman" w:hAnsi="Times New Roman"/>
                <w:color w:val="000000"/>
                <w:sz w:val="23"/>
                <w:lang w:val="ru-RU"/>
              </w:rPr>
              <w:t xml:space="preserve">славянских преданий и </w:t>
            </w:r>
            <w:r w:rsidRPr="007924E7">
              <w:rPr>
                <w:lang w:val="ru-RU"/>
              </w:rPr>
              <w:br/>
            </w:r>
            <w:proofErr w:type="spellStart"/>
            <w:r w:rsidRPr="007924E7">
              <w:rPr>
                <w:rFonts w:ascii="Times New Roman" w:eastAsia="Times New Roman" w:hAnsi="Times New Roman"/>
                <w:color w:val="000000"/>
                <w:sz w:val="23"/>
                <w:lang w:val="ru-RU"/>
              </w:rPr>
              <w:t>легенд</w:t>
            </w:r>
            <w:proofErr w:type="gramStart"/>
            <w:r w:rsidRPr="007924E7">
              <w:rPr>
                <w:rFonts w:ascii="Times New Roman" w:eastAsia="Times New Roman" w:hAnsi="Times New Roman"/>
                <w:color w:val="000000"/>
                <w:sz w:val="23"/>
                <w:lang w:val="ru-RU"/>
              </w:rPr>
              <w:t>.С</w:t>
            </w:r>
            <w:proofErr w:type="gramEnd"/>
            <w:r w:rsidRPr="007924E7">
              <w:rPr>
                <w:rFonts w:ascii="Times New Roman" w:eastAsia="Times New Roman" w:hAnsi="Times New Roman"/>
                <w:color w:val="000000"/>
                <w:sz w:val="23"/>
                <w:lang w:val="ru-RU"/>
              </w:rPr>
              <w:t>уеверие</w:t>
            </w:r>
            <w:proofErr w:type="spellEnd"/>
            <w:r w:rsidRPr="007924E7">
              <w:rPr>
                <w:rFonts w:ascii="Times New Roman" w:eastAsia="Times New Roman" w:hAnsi="Times New Roman"/>
                <w:color w:val="000000"/>
                <w:sz w:val="23"/>
                <w:lang w:val="ru-RU"/>
              </w:rPr>
              <w:t>, злая сила, добро и зло в повести.</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16.11.2022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Письменный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контроль</w:t>
            </w:r>
            <w:proofErr w:type="spellEnd"/>
            <w:r>
              <w:rPr>
                <w:rFonts w:ascii="Times New Roman" w:eastAsia="Times New Roman" w:hAnsi="Times New Roman"/>
                <w:color w:val="000000"/>
                <w:sz w:val="23"/>
              </w:rPr>
              <w:t>;</w:t>
            </w:r>
          </w:p>
        </w:tc>
      </w:tr>
      <w:tr w:rsidR="00C76F25">
        <w:trPr>
          <w:trHeight w:hRule="exact" w:val="174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31.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81" w:lineRule="auto"/>
              <w:ind w:left="70"/>
            </w:pPr>
            <w:r w:rsidRPr="007924E7">
              <w:rPr>
                <w:rFonts w:ascii="Times New Roman" w:eastAsia="Times New Roman" w:hAnsi="Times New Roman"/>
                <w:color w:val="000000"/>
                <w:sz w:val="23"/>
                <w:lang w:val="ru-RU"/>
              </w:rPr>
              <w:t xml:space="preserve">Внеклассное чтение. Моя </w:t>
            </w:r>
            <w:r w:rsidRPr="007924E7">
              <w:rPr>
                <w:lang w:val="ru-RU"/>
              </w:rPr>
              <w:br/>
            </w:r>
            <w:r w:rsidRPr="007924E7">
              <w:rPr>
                <w:rFonts w:ascii="Times New Roman" w:eastAsia="Times New Roman" w:hAnsi="Times New Roman"/>
                <w:color w:val="000000"/>
                <w:sz w:val="23"/>
                <w:lang w:val="ru-RU"/>
              </w:rPr>
              <w:t xml:space="preserve">любимая повесть из </w:t>
            </w:r>
            <w:proofErr w:type="spellStart"/>
            <w:r w:rsidRPr="007924E7">
              <w:rPr>
                <w:rFonts w:ascii="Times New Roman" w:eastAsia="Times New Roman" w:hAnsi="Times New Roman"/>
                <w:color w:val="000000"/>
                <w:sz w:val="23"/>
                <w:lang w:val="ru-RU"/>
              </w:rPr>
              <w:t>сборника</w:t>
            </w:r>
            <w:proofErr w:type="gramStart"/>
            <w:r w:rsidRPr="007924E7">
              <w:rPr>
                <w:rFonts w:ascii="Times New Roman" w:eastAsia="Times New Roman" w:hAnsi="Times New Roman"/>
                <w:color w:val="000000"/>
                <w:sz w:val="23"/>
                <w:lang w:val="ru-RU"/>
              </w:rPr>
              <w:t>«В</w:t>
            </w:r>
            <w:proofErr w:type="gramEnd"/>
            <w:r w:rsidRPr="007924E7">
              <w:rPr>
                <w:rFonts w:ascii="Times New Roman" w:eastAsia="Times New Roman" w:hAnsi="Times New Roman"/>
                <w:color w:val="000000"/>
                <w:sz w:val="23"/>
                <w:lang w:val="ru-RU"/>
              </w:rPr>
              <w:t>ечера</w:t>
            </w:r>
            <w:proofErr w:type="spellEnd"/>
            <w:r w:rsidRPr="007924E7">
              <w:rPr>
                <w:rFonts w:ascii="Times New Roman" w:eastAsia="Times New Roman" w:hAnsi="Times New Roman"/>
                <w:color w:val="000000"/>
                <w:sz w:val="23"/>
                <w:lang w:val="ru-RU"/>
              </w:rPr>
              <w:t xml:space="preserve"> на хуторе близ </w:t>
            </w:r>
            <w:r w:rsidRPr="007924E7">
              <w:rPr>
                <w:lang w:val="ru-RU"/>
              </w:rPr>
              <w:br/>
            </w:r>
            <w:r w:rsidRPr="007924E7">
              <w:rPr>
                <w:rFonts w:ascii="Times New Roman" w:eastAsia="Times New Roman" w:hAnsi="Times New Roman"/>
                <w:color w:val="000000"/>
                <w:sz w:val="23"/>
                <w:lang w:val="ru-RU"/>
              </w:rPr>
              <w:t xml:space="preserve">Диканьки». </w:t>
            </w:r>
            <w:proofErr w:type="spellStart"/>
            <w:r>
              <w:rPr>
                <w:rFonts w:ascii="Times New Roman" w:eastAsia="Times New Roman" w:hAnsi="Times New Roman"/>
                <w:color w:val="000000"/>
                <w:sz w:val="23"/>
              </w:rPr>
              <w:t>Пересказ</w:t>
            </w:r>
            <w:proofErr w:type="spellEnd"/>
            <w:r>
              <w:rPr>
                <w:rFonts w:ascii="Times New Roman" w:eastAsia="Times New Roman" w:hAnsi="Times New Roman"/>
                <w:color w:val="000000"/>
                <w:sz w:val="23"/>
              </w:rPr>
              <w:t xml:space="preserve"> </w:t>
            </w:r>
            <w:r>
              <w:br/>
            </w:r>
            <w:proofErr w:type="spellStart"/>
            <w:r>
              <w:rPr>
                <w:rFonts w:ascii="Times New Roman" w:eastAsia="Times New Roman" w:hAnsi="Times New Roman"/>
                <w:color w:val="000000"/>
                <w:sz w:val="23"/>
              </w:rPr>
              <w:t>эпизода</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18.11.2022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bl>
    <w:p w:rsidR="00C76F25" w:rsidRDefault="00C76F25">
      <w:pPr>
        <w:autoSpaceDE w:val="0"/>
        <w:autoSpaceDN w:val="0"/>
        <w:spacing w:after="0" w:line="14" w:lineRule="exact"/>
      </w:pPr>
    </w:p>
    <w:p w:rsidR="00C76F25" w:rsidRDefault="00C76F25">
      <w:pPr>
        <w:sectPr w:rsidR="00C76F25">
          <w:pgSz w:w="11900" w:h="16840"/>
          <w:pgMar w:top="284" w:right="556" w:bottom="586" w:left="662" w:header="720" w:footer="720" w:gutter="0"/>
          <w:cols w:space="720" w:equalWidth="0">
            <w:col w:w="10682" w:space="0"/>
          </w:cols>
          <w:docGrid w:linePitch="360"/>
        </w:sectPr>
      </w:pPr>
    </w:p>
    <w:p w:rsidR="00C76F25" w:rsidRDefault="00C76F25">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54"/>
        <w:gridCol w:w="3120"/>
        <w:gridCol w:w="704"/>
        <w:gridCol w:w="1560"/>
        <w:gridCol w:w="1606"/>
        <w:gridCol w:w="1190"/>
        <w:gridCol w:w="1918"/>
      </w:tblGrid>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32.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70" w:right="720"/>
              <w:rPr>
                <w:lang w:val="ru-RU"/>
              </w:rPr>
            </w:pPr>
            <w:proofErr w:type="spellStart"/>
            <w:r w:rsidRPr="007924E7">
              <w:rPr>
                <w:rFonts w:ascii="Times New Roman" w:eastAsia="Times New Roman" w:hAnsi="Times New Roman"/>
                <w:color w:val="000000"/>
                <w:sz w:val="23"/>
                <w:lang w:val="ru-RU"/>
              </w:rPr>
              <w:t>И.С.Тургенев</w:t>
            </w:r>
            <w:proofErr w:type="spellEnd"/>
            <w:r w:rsidRPr="007924E7">
              <w:rPr>
                <w:rFonts w:ascii="Times New Roman" w:eastAsia="Times New Roman" w:hAnsi="Times New Roman"/>
                <w:color w:val="000000"/>
                <w:sz w:val="23"/>
                <w:lang w:val="ru-RU"/>
              </w:rPr>
              <w:t xml:space="preserve">. Слово о писателе. Историко-культурный контекст рассказа «Муму».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21.11.2022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79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33.</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proofErr w:type="spellStart"/>
            <w:r>
              <w:rPr>
                <w:rFonts w:ascii="Times New Roman" w:eastAsia="Times New Roman" w:hAnsi="Times New Roman"/>
                <w:color w:val="000000"/>
                <w:sz w:val="23"/>
              </w:rPr>
              <w:t>Портрет</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Герасима</w:t>
            </w:r>
            <w:proofErr w:type="spellEnd"/>
            <w:r>
              <w:rPr>
                <w:rFonts w:ascii="Times New Roman" w:eastAsia="Times New Roman" w:hAnsi="Times New Roman"/>
                <w:color w:val="000000"/>
                <w:sz w:val="23"/>
              </w:rPr>
              <w:t>.</w:t>
            </w:r>
          </w:p>
          <w:p w:rsidR="00C76F25" w:rsidRDefault="0044668A">
            <w:pPr>
              <w:autoSpaceDE w:val="0"/>
              <w:autoSpaceDN w:val="0"/>
              <w:spacing w:before="68" w:after="0" w:line="230" w:lineRule="auto"/>
              <w:ind w:left="70"/>
            </w:pPr>
            <w:proofErr w:type="spellStart"/>
            <w:r>
              <w:rPr>
                <w:rFonts w:ascii="Times New Roman" w:eastAsia="Times New Roman" w:hAnsi="Times New Roman"/>
                <w:color w:val="000000"/>
                <w:sz w:val="23"/>
              </w:rPr>
              <w:t>Сравнение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гипербола</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23.11.2022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79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34.</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62" w:lineRule="auto"/>
              <w:ind w:right="864"/>
              <w:jc w:val="center"/>
              <w:rPr>
                <w:lang w:val="ru-RU"/>
              </w:rPr>
            </w:pPr>
            <w:r w:rsidRPr="007924E7">
              <w:rPr>
                <w:rFonts w:ascii="Times New Roman" w:eastAsia="Times New Roman" w:hAnsi="Times New Roman"/>
                <w:color w:val="000000"/>
                <w:sz w:val="23"/>
                <w:lang w:val="ru-RU"/>
              </w:rPr>
              <w:t>История отношений Герасима и Татьяны.</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25.11.2022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79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35.</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proofErr w:type="spellStart"/>
            <w:r>
              <w:rPr>
                <w:rFonts w:ascii="Times New Roman" w:eastAsia="Times New Roman" w:hAnsi="Times New Roman"/>
                <w:color w:val="000000"/>
                <w:sz w:val="23"/>
              </w:rPr>
              <w:t>Герасим</w:t>
            </w:r>
            <w:proofErr w:type="spellEnd"/>
            <w:r>
              <w:rPr>
                <w:rFonts w:ascii="Times New Roman" w:eastAsia="Times New Roman" w:hAnsi="Times New Roman"/>
                <w:color w:val="000000"/>
                <w:sz w:val="23"/>
              </w:rPr>
              <w:t xml:space="preserve"> и </w:t>
            </w:r>
            <w:proofErr w:type="spellStart"/>
            <w:r>
              <w:rPr>
                <w:rFonts w:ascii="Times New Roman" w:eastAsia="Times New Roman" w:hAnsi="Times New Roman"/>
                <w:color w:val="000000"/>
                <w:sz w:val="23"/>
              </w:rPr>
              <w:t>барыня</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28.11.2022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79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36.</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62" w:lineRule="auto"/>
              <w:ind w:left="70" w:right="288"/>
              <w:rPr>
                <w:lang w:val="ru-RU"/>
              </w:rPr>
            </w:pPr>
            <w:r w:rsidRPr="007924E7">
              <w:rPr>
                <w:rFonts w:ascii="Times New Roman" w:eastAsia="Times New Roman" w:hAnsi="Times New Roman"/>
                <w:color w:val="000000"/>
                <w:sz w:val="23"/>
                <w:lang w:val="ru-RU"/>
              </w:rPr>
              <w:t>«Многочисленная дворня». Осада каморки Герасима.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30.11.2022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37.</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30" w:lineRule="auto"/>
              <w:ind w:left="70"/>
              <w:rPr>
                <w:lang w:val="ru-RU"/>
              </w:rPr>
            </w:pPr>
            <w:r w:rsidRPr="007924E7">
              <w:rPr>
                <w:rFonts w:ascii="Times New Roman" w:eastAsia="Times New Roman" w:hAnsi="Times New Roman"/>
                <w:color w:val="000000"/>
                <w:sz w:val="23"/>
                <w:lang w:val="ru-RU"/>
              </w:rPr>
              <w:t>Прощание с Муму.</w:t>
            </w:r>
          </w:p>
          <w:p w:rsidR="00C76F25" w:rsidRPr="007924E7" w:rsidRDefault="0044668A">
            <w:pPr>
              <w:autoSpaceDE w:val="0"/>
              <w:autoSpaceDN w:val="0"/>
              <w:spacing w:before="68" w:after="0" w:line="262" w:lineRule="auto"/>
              <w:ind w:left="70" w:right="432"/>
              <w:rPr>
                <w:lang w:val="ru-RU"/>
              </w:rPr>
            </w:pPr>
            <w:r w:rsidRPr="007924E7">
              <w:rPr>
                <w:rFonts w:ascii="Times New Roman" w:eastAsia="Times New Roman" w:hAnsi="Times New Roman"/>
                <w:color w:val="000000"/>
                <w:sz w:val="23"/>
                <w:lang w:val="ru-RU"/>
              </w:rPr>
              <w:t>Возвращение Герасима в деревню.</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02.12.2022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Письменный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контроль</w:t>
            </w:r>
            <w:proofErr w:type="spellEnd"/>
            <w:r>
              <w:rPr>
                <w:rFonts w:ascii="Times New Roman" w:eastAsia="Times New Roman" w:hAnsi="Times New Roman"/>
                <w:color w:val="000000"/>
                <w:sz w:val="23"/>
              </w:rPr>
              <w:t>;</w:t>
            </w:r>
          </w:p>
        </w:tc>
      </w:tr>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38.</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8" w:lineRule="auto"/>
              <w:ind w:left="70" w:right="144"/>
              <w:rPr>
                <w:lang w:val="ru-RU"/>
              </w:rPr>
            </w:pPr>
            <w:r w:rsidRPr="007924E7">
              <w:rPr>
                <w:rFonts w:ascii="Times New Roman" w:eastAsia="Times New Roman" w:hAnsi="Times New Roman"/>
                <w:color w:val="000000"/>
                <w:sz w:val="23"/>
                <w:lang w:val="ru-RU"/>
              </w:rPr>
              <w:t xml:space="preserve">Духовные и нравственные качества Герасима. Протест героя против отношений </w:t>
            </w:r>
            <w:r w:rsidRPr="007924E7">
              <w:rPr>
                <w:lang w:val="ru-RU"/>
              </w:rPr>
              <w:br/>
            </w:r>
            <w:r w:rsidRPr="007924E7">
              <w:rPr>
                <w:rFonts w:ascii="Times New Roman" w:eastAsia="Times New Roman" w:hAnsi="Times New Roman"/>
                <w:color w:val="000000"/>
                <w:sz w:val="23"/>
                <w:lang w:val="ru-RU"/>
              </w:rPr>
              <w:t>барства и рабства.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05.12.2022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39.</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288"/>
              <w:rPr>
                <w:lang w:val="ru-RU"/>
              </w:rPr>
            </w:pPr>
            <w:r w:rsidRPr="007924E7">
              <w:rPr>
                <w:rFonts w:ascii="Times New Roman" w:eastAsia="Times New Roman" w:hAnsi="Times New Roman"/>
                <w:color w:val="000000"/>
                <w:sz w:val="23"/>
                <w:lang w:val="ru-RU"/>
              </w:rPr>
              <w:t>Контрольное сочинение по рассказу И.С. Тургенева</w:t>
            </w:r>
            <w:r w:rsidRPr="007924E7">
              <w:rPr>
                <w:lang w:val="ru-RU"/>
              </w:rPr>
              <w:br/>
            </w:r>
            <w:r w:rsidRPr="007924E7">
              <w:rPr>
                <w:rFonts w:ascii="Times New Roman" w:eastAsia="Times New Roman" w:hAnsi="Times New Roman"/>
                <w:color w:val="000000"/>
                <w:sz w:val="23"/>
                <w:lang w:val="ru-RU"/>
              </w:rPr>
              <w:t>«Муму».</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07.12.2022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Сочинение</w:t>
            </w:r>
            <w:proofErr w:type="spellEnd"/>
            <w:r>
              <w:rPr>
                <w:rFonts w:ascii="Times New Roman" w:eastAsia="Times New Roman" w:hAnsi="Times New Roman"/>
                <w:color w:val="000000"/>
                <w:sz w:val="23"/>
              </w:rPr>
              <w:t>;</w:t>
            </w:r>
          </w:p>
        </w:tc>
      </w:tr>
      <w:tr w:rsidR="00C76F25">
        <w:trPr>
          <w:trHeight w:hRule="exact" w:val="144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40.</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62" w:lineRule="auto"/>
              <w:ind w:left="70" w:right="576"/>
              <w:rPr>
                <w:lang w:val="ru-RU"/>
              </w:rPr>
            </w:pPr>
            <w:r w:rsidRPr="007924E7">
              <w:rPr>
                <w:rFonts w:ascii="Times New Roman" w:eastAsia="Times New Roman" w:hAnsi="Times New Roman"/>
                <w:color w:val="000000"/>
                <w:sz w:val="23"/>
                <w:lang w:val="ru-RU"/>
              </w:rPr>
              <w:t>Н.А. Некрасов. Слово о поэте.</w:t>
            </w:r>
          </w:p>
          <w:p w:rsidR="00C76F25" w:rsidRDefault="0044668A">
            <w:pPr>
              <w:autoSpaceDE w:val="0"/>
              <w:autoSpaceDN w:val="0"/>
              <w:spacing w:before="68" w:after="0" w:line="262" w:lineRule="auto"/>
              <w:ind w:left="70"/>
            </w:pPr>
            <w:proofErr w:type="spellStart"/>
            <w:r>
              <w:rPr>
                <w:rFonts w:ascii="Times New Roman" w:eastAsia="Times New Roman" w:hAnsi="Times New Roman"/>
                <w:color w:val="000000"/>
                <w:sz w:val="23"/>
              </w:rPr>
              <w:t>Стихотворение«Крестьянские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дети</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09.12.2022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79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41.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62" w:lineRule="auto"/>
              <w:ind w:left="70"/>
              <w:rPr>
                <w:lang w:val="ru-RU"/>
              </w:rPr>
            </w:pPr>
            <w:r w:rsidRPr="007924E7">
              <w:rPr>
                <w:rFonts w:ascii="Times New Roman" w:eastAsia="Times New Roman" w:hAnsi="Times New Roman"/>
                <w:color w:val="000000"/>
                <w:sz w:val="23"/>
                <w:lang w:val="ru-RU"/>
              </w:rPr>
              <w:t>Поэма «Мороз, Красный нос</w:t>
            </w:r>
            <w:proofErr w:type="gramStart"/>
            <w:r w:rsidRPr="007924E7">
              <w:rPr>
                <w:rFonts w:ascii="Times New Roman" w:eastAsia="Times New Roman" w:hAnsi="Times New Roman"/>
                <w:color w:val="000000"/>
                <w:sz w:val="23"/>
                <w:lang w:val="ru-RU"/>
              </w:rPr>
              <w:t>»(</w:t>
            </w:r>
            <w:proofErr w:type="gramEnd"/>
            <w:r w:rsidRPr="007924E7">
              <w:rPr>
                <w:rFonts w:ascii="Times New Roman" w:eastAsia="Times New Roman" w:hAnsi="Times New Roman"/>
                <w:color w:val="000000"/>
                <w:sz w:val="23"/>
                <w:lang w:val="ru-RU"/>
              </w:rPr>
              <w:t>фрагмент)</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12.12.2022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12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42.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71" w:lineRule="auto"/>
              <w:ind w:left="70" w:right="144"/>
            </w:pPr>
            <w:r w:rsidRPr="007924E7">
              <w:rPr>
                <w:rFonts w:ascii="Times New Roman" w:eastAsia="Times New Roman" w:hAnsi="Times New Roman"/>
                <w:color w:val="000000"/>
                <w:sz w:val="23"/>
                <w:lang w:val="ru-RU"/>
              </w:rPr>
              <w:t xml:space="preserve">Основная тема и способы ее раскрытия. </w:t>
            </w:r>
            <w:proofErr w:type="spellStart"/>
            <w:r>
              <w:rPr>
                <w:rFonts w:ascii="Times New Roman" w:eastAsia="Times New Roman" w:hAnsi="Times New Roman"/>
                <w:color w:val="000000"/>
                <w:sz w:val="23"/>
              </w:rPr>
              <w:t>Любовь</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поэта</w:t>
            </w:r>
            <w:proofErr w:type="spellEnd"/>
            <w:r>
              <w:rPr>
                <w:rFonts w:ascii="Times New Roman" w:eastAsia="Times New Roman" w:hAnsi="Times New Roman"/>
                <w:color w:val="000000"/>
                <w:sz w:val="23"/>
              </w:rPr>
              <w:t xml:space="preserve"> к </w:t>
            </w:r>
            <w:proofErr w:type="spellStart"/>
            <w:r>
              <w:rPr>
                <w:rFonts w:ascii="Times New Roman" w:eastAsia="Times New Roman" w:hAnsi="Times New Roman"/>
                <w:color w:val="000000"/>
                <w:sz w:val="23"/>
              </w:rPr>
              <w:t>народу</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14.12.2022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79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43.</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62" w:lineRule="auto"/>
              <w:ind w:left="70" w:right="432"/>
              <w:rPr>
                <w:lang w:val="ru-RU"/>
              </w:rPr>
            </w:pPr>
            <w:r w:rsidRPr="007924E7">
              <w:rPr>
                <w:rFonts w:ascii="Times New Roman" w:eastAsia="Times New Roman" w:hAnsi="Times New Roman"/>
                <w:color w:val="000000"/>
                <w:sz w:val="23"/>
                <w:lang w:val="ru-RU"/>
              </w:rPr>
              <w:t xml:space="preserve">Л.Н. Толстой. Сведения о писателе.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16.12.2022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66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44.</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70" w:right="288" w:firstLine="58"/>
              <w:rPr>
                <w:lang w:val="ru-RU"/>
              </w:rPr>
            </w:pPr>
            <w:r w:rsidRPr="007924E7">
              <w:rPr>
                <w:rFonts w:ascii="Times New Roman" w:eastAsia="Times New Roman" w:hAnsi="Times New Roman"/>
                <w:color w:val="000000"/>
                <w:sz w:val="23"/>
                <w:lang w:val="ru-RU"/>
              </w:rPr>
              <w:t xml:space="preserve"> Историко – литературная основа рассказа </w:t>
            </w:r>
            <w:r w:rsidRPr="007924E7">
              <w:rPr>
                <w:lang w:val="ru-RU"/>
              </w:rPr>
              <w:br/>
            </w:r>
            <w:proofErr w:type="spellStart"/>
            <w:r w:rsidRPr="007924E7">
              <w:rPr>
                <w:rFonts w:ascii="Times New Roman" w:eastAsia="Times New Roman" w:hAnsi="Times New Roman"/>
                <w:color w:val="000000"/>
                <w:sz w:val="23"/>
                <w:lang w:val="ru-RU"/>
              </w:rPr>
              <w:t>Л.Н.Толстого</w:t>
            </w:r>
            <w:proofErr w:type="gramStart"/>
            <w:r w:rsidRPr="007924E7">
              <w:rPr>
                <w:rFonts w:ascii="Times New Roman" w:eastAsia="Times New Roman" w:hAnsi="Times New Roman"/>
                <w:color w:val="000000"/>
                <w:sz w:val="23"/>
                <w:lang w:val="ru-RU"/>
              </w:rPr>
              <w:t>«К</w:t>
            </w:r>
            <w:proofErr w:type="gramEnd"/>
            <w:r w:rsidRPr="007924E7">
              <w:rPr>
                <w:rFonts w:ascii="Times New Roman" w:eastAsia="Times New Roman" w:hAnsi="Times New Roman"/>
                <w:color w:val="000000"/>
                <w:sz w:val="23"/>
                <w:lang w:val="ru-RU"/>
              </w:rPr>
              <w:t>авказский</w:t>
            </w:r>
            <w:proofErr w:type="spellEnd"/>
            <w:r w:rsidRPr="007924E7">
              <w:rPr>
                <w:rFonts w:ascii="Times New Roman" w:eastAsia="Times New Roman" w:hAnsi="Times New Roman"/>
                <w:color w:val="000000"/>
                <w:sz w:val="23"/>
                <w:lang w:val="ru-RU"/>
              </w:rPr>
              <w:t xml:space="preserve"> пленник».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19.12.2022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Тестирование</w:t>
            </w:r>
            <w:proofErr w:type="spellEnd"/>
            <w:r>
              <w:rPr>
                <w:rFonts w:ascii="Times New Roman" w:eastAsia="Times New Roman" w:hAnsi="Times New Roman"/>
                <w:color w:val="000000"/>
                <w:sz w:val="23"/>
              </w:rPr>
              <w:t>;</w:t>
            </w:r>
          </w:p>
        </w:tc>
      </w:tr>
      <w:tr w:rsidR="00C76F25">
        <w:trPr>
          <w:trHeight w:hRule="exact" w:val="142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45.</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70" w:right="288"/>
              <w:rPr>
                <w:lang w:val="ru-RU"/>
              </w:rPr>
            </w:pPr>
            <w:proofErr w:type="spellStart"/>
            <w:r w:rsidRPr="007924E7">
              <w:rPr>
                <w:rFonts w:ascii="Times New Roman" w:eastAsia="Times New Roman" w:hAnsi="Times New Roman"/>
                <w:color w:val="000000"/>
                <w:sz w:val="23"/>
                <w:lang w:val="ru-RU"/>
              </w:rPr>
              <w:t>Л.Н.Толстой</w:t>
            </w:r>
            <w:proofErr w:type="spellEnd"/>
            <w:r w:rsidRPr="007924E7">
              <w:rPr>
                <w:rFonts w:ascii="Times New Roman" w:eastAsia="Times New Roman" w:hAnsi="Times New Roman"/>
                <w:color w:val="000000"/>
                <w:sz w:val="23"/>
                <w:lang w:val="ru-RU"/>
              </w:rPr>
              <w:t xml:space="preserve">. «Кавказский пленник». Жилин и </w:t>
            </w:r>
            <w:r w:rsidRPr="007924E7">
              <w:rPr>
                <w:lang w:val="ru-RU"/>
              </w:rPr>
              <w:br/>
            </w:r>
            <w:proofErr w:type="spellStart"/>
            <w:r w:rsidRPr="007924E7">
              <w:rPr>
                <w:rFonts w:ascii="Times New Roman" w:eastAsia="Times New Roman" w:hAnsi="Times New Roman"/>
                <w:color w:val="000000"/>
                <w:sz w:val="23"/>
                <w:lang w:val="ru-RU"/>
              </w:rPr>
              <w:t>Костылин</w:t>
            </w:r>
            <w:proofErr w:type="spellEnd"/>
            <w:r w:rsidRPr="007924E7">
              <w:rPr>
                <w:rFonts w:ascii="Times New Roman" w:eastAsia="Times New Roman" w:hAnsi="Times New Roman"/>
                <w:color w:val="000000"/>
                <w:sz w:val="23"/>
                <w:lang w:val="ru-RU"/>
              </w:rPr>
              <w:t>. Две жизненные позиции в рассказе.</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21.12.2022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bl>
    <w:p w:rsidR="00C76F25" w:rsidRDefault="00C76F25">
      <w:pPr>
        <w:autoSpaceDE w:val="0"/>
        <w:autoSpaceDN w:val="0"/>
        <w:spacing w:after="0" w:line="14" w:lineRule="exact"/>
      </w:pPr>
    </w:p>
    <w:p w:rsidR="00C76F25" w:rsidRDefault="00C76F25">
      <w:pPr>
        <w:sectPr w:rsidR="00C76F25">
          <w:pgSz w:w="11900" w:h="16840"/>
          <w:pgMar w:top="284" w:right="556" w:bottom="338" w:left="662" w:header="720" w:footer="720" w:gutter="0"/>
          <w:cols w:space="720" w:equalWidth="0">
            <w:col w:w="10682" w:space="0"/>
          </w:cols>
          <w:docGrid w:linePitch="360"/>
        </w:sectPr>
      </w:pPr>
    </w:p>
    <w:p w:rsidR="00C76F25" w:rsidRDefault="00C76F25">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54"/>
        <w:gridCol w:w="3120"/>
        <w:gridCol w:w="704"/>
        <w:gridCol w:w="1560"/>
        <w:gridCol w:w="1606"/>
        <w:gridCol w:w="1190"/>
        <w:gridCol w:w="1918"/>
      </w:tblGrid>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46.</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432"/>
              <w:rPr>
                <w:lang w:val="ru-RU"/>
              </w:rPr>
            </w:pPr>
            <w:r w:rsidRPr="007924E7">
              <w:rPr>
                <w:rFonts w:ascii="Times New Roman" w:eastAsia="Times New Roman" w:hAnsi="Times New Roman"/>
                <w:color w:val="000000"/>
                <w:sz w:val="23"/>
                <w:lang w:val="ru-RU"/>
              </w:rPr>
              <w:t xml:space="preserve">"Кавказский пленник": </w:t>
            </w:r>
            <w:r w:rsidRPr="007924E7">
              <w:rPr>
                <w:lang w:val="ru-RU"/>
              </w:rPr>
              <w:br/>
            </w:r>
            <w:r w:rsidRPr="007924E7">
              <w:rPr>
                <w:rFonts w:ascii="Times New Roman" w:eastAsia="Times New Roman" w:hAnsi="Times New Roman"/>
                <w:color w:val="000000"/>
                <w:sz w:val="23"/>
                <w:lang w:val="ru-RU"/>
              </w:rPr>
              <w:t xml:space="preserve">русский офицер в плену у горцев.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23.12.2022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Письменный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контроль</w:t>
            </w:r>
            <w:proofErr w:type="spellEnd"/>
            <w:r>
              <w:rPr>
                <w:rFonts w:ascii="Times New Roman" w:eastAsia="Times New Roman" w:hAnsi="Times New Roman"/>
                <w:color w:val="000000"/>
                <w:sz w:val="23"/>
              </w:rPr>
              <w:t>;</w:t>
            </w:r>
          </w:p>
        </w:tc>
      </w:tr>
      <w:tr w:rsidR="00C76F25">
        <w:trPr>
          <w:trHeight w:hRule="exact" w:val="79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47.</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720"/>
              <w:rPr>
                <w:lang w:val="ru-RU"/>
              </w:rPr>
            </w:pPr>
            <w:r w:rsidRPr="007924E7">
              <w:rPr>
                <w:rFonts w:ascii="Times New Roman" w:eastAsia="Times New Roman" w:hAnsi="Times New Roman"/>
                <w:color w:val="000000"/>
                <w:sz w:val="23"/>
                <w:lang w:val="ru-RU"/>
              </w:rPr>
              <w:t>"Кавказский пленник". Жилин и Дина.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26.12.2022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Письменный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контроль</w:t>
            </w:r>
            <w:proofErr w:type="spellEnd"/>
            <w:r>
              <w:rPr>
                <w:rFonts w:ascii="Times New Roman" w:eastAsia="Times New Roman" w:hAnsi="Times New Roman"/>
                <w:color w:val="000000"/>
                <w:sz w:val="23"/>
              </w:rPr>
              <w:t>;</w:t>
            </w:r>
          </w:p>
        </w:tc>
      </w:tr>
      <w:tr w:rsidR="00C76F25">
        <w:trPr>
          <w:trHeight w:hRule="exact" w:val="79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48.</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720"/>
              <w:rPr>
                <w:lang w:val="ru-RU"/>
              </w:rPr>
            </w:pPr>
            <w:r w:rsidRPr="007924E7">
              <w:rPr>
                <w:rFonts w:ascii="Times New Roman" w:eastAsia="Times New Roman" w:hAnsi="Times New Roman"/>
                <w:color w:val="000000"/>
                <w:sz w:val="23"/>
                <w:lang w:val="ru-RU"/>
              </w:rPr>
              <w:t>"Кавказский пленник". Сюжет и фабула.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28.12.2022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49.</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720"/>
              <w:rPr>
                <w:lang w:val="ru-RU"/>
              </w:rPr>
            </w:pPr>
            <w:r w:rsidRPr="007924E7">
              <w:rPr>
                <w:rFonts w:ascii="Times New Roman" w:eastAsia="Times New Roman" w:hAnsi="Times New Roman"/>
                <w:color w:val="000000"/>
                <w:sz w:val="23"/>
                <w:lang w:val="ru-RU"/>
              </w:rPr>
              <w:t xml:space="preserve">«Кавказский пленник». Художественная идея рассказа.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09.01.2023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50.</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71" w:lineRule="auto"/>
              <w:ind w:left="70" w:right="144"/>
              <w:rPr>
                <w:lang w:val="ru-RU"/>
              </w:rPr>
            </w:pPr>
            <w:r w:rsidRPr="007924E7">
              <w:rPr>
                <w:rFonts w:ascii="Times New Roman" w:eastAsia="Times New Roman" w:hAnsi="Times New Roman"/>
                <w:color w:val="000000"/>
                <w:sz w:val="23"/>
                <w:lang w:val="ru-RU"/>
              </w:rPr>
              <w:t xml:space="preserve">Подготовка к сочинению по рассказу </w:t>
            </w:r>
            <w:proofErr w:type="spellStart"/>
            <w:r w:rsidRPr="007924E7">
              <w:rPr>
                <w:rFonts w:ascii="Times New Roman" w:eastAsia="Times New Roman" w:hAnsi="Times New Roman"/>
                <w:color w:val="000000"/>
                <w:sz w:val="23"/>
                <w:lang w:val="ru-RU"/>
              </w:rPr>
              <w:t>Л.Н.Толстого</w:t>
            </w:r>
            <w:proofErr w:type="spellEnd"/>
            <w:r w:rsidRPr="007924E7">
              <w:rPr>
                <w:rFonts w:ascii="Times New Roman" w:eastAsia="Times New Roman" w:hAnsi="Times New Roman"/>
                <w:color w:val="000000"/>
                <w:sz w:val="23"/>
                <w:lang w:val="ru-RU"/>
              </w:rPr>
              <w:t xml:space="preserve"> </w:t>
            </w:r>
            <w:r w:rsidRPr="007924E7">
              <w:rPr>
                <w:lang w:val="ru-RU"/>
              </w:rPr>
              <w:br/>
            </w:r>
            <w:r w:rsidRPr="007924E7">
              <w:rPr>
                <w:rFonts w:ascii="Times New Roman" w:eastAsia="Times New Roman" w:hAnsi="Times New Roman"/>
                <w:color w:val="000000"/>
                <w:sz w:val="23"/>
                <w:lang w:val="ru-RU"/>
              </w:rPr>
              <w:t>Кавказский пленник".</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11.01.2023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71" w:lineRule="auto"/>
              <w:ind w:left="68" w:right="432"/>
            </w:pPr>
            <w:proofErr w:type="spellStart"/>
            <w:r>
              <w:rPr>
                <w:rFonts w:ascii="Times New Roman" w:eastAsia="Times New Roman" w:hAnsi="Times New Roman"/>
                <w:color w:val="000000"/>
                <w:sz w:val="23"/>
              </w:rPr>
              <w:t>Собирание</w:t>
            </w:r>
            <w:proofErr w:type="spellEnd"/>
            <w:r>
              <w:rPr>
                <w:rFonts w:ascii="Times New Roman" w:eastAsia="Times New Roman" w:hAnsi="Times New Roman"/>
                <w:color w:val="000000"/>
                <w:sz w:val="23"/>
              </w:rPr>
              <w:t xml:space="preserve"> </w:t>
            </w:r>
            <w:r>
              <w:br/>
            </w:r>
            <w:proofErr w:type="spellStart"/>
            <w:r>
              <w:rPr>
                <w:rFonts w:ascii="Times New Roman" w:eastAsia="Times New Roman" w:hAnsi="Times New Roman"/>
                <w:color w:val="000000"/>
                <w:sz w:val="23"/>
              </w:rPr>
              <w:t>материалов</w:t>
            </w:r>
            <w:proofErr w:type="spellEnd"/>
            <w:r>
              <w:rPr>
                <w:rFonts w:ascii="Times New Roman" w:eastAsia="Times New Roman" w:hAnsi="Times New Roman"/>
                <w:color w:val="000000"/>
                <w:sz w:val="23"/>
              </w:rPr>
              <w:t xml:space="preserve"> к </w:t>
            </w:r>
            <w:proofErr w:type="spellStart"/>
            <w:r>
              <w:rPr>
                <w:rFonts w:ascii="Times New Roman" w:eastAsia="Times New Roman" w:hAnsi="Times New Roman"/>
                <w:color w:val="000000"/>
                <w:sz w:val="23"/>
              </w:rPr>
              <w:t>сочинению</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51.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288"/>
              <w:rPr>
                <w:lang w:val="ru-RU"/>
              </w:rPr>
            </w:pPr>
            <w:r w:rsidRPr="007924E7">
              <w:rPr>
                <w:rFonts w:ascii="Times New Roman" w:eastAsia="Times New Roman" w:hAnsi="Times New Roman"/>
                <w:color w:val="000000"/>
                <w:sz w:val="23"/>
                <w:lang w:val="ru-RU"/>
              </w:rPr>
              <w:t>Контрольное сочинение по рассказу Л.Н. Толстого</w:t>
            </w:r>
            <w:r w:rsidRPr="007924E7">
              <w:rPr>
                <w:lang w:val="ru-RU"/>
              </w:rPr>
              <w:br/>
            </w:r>
            <w:r w:rsidRPr="007924E7">
              <w:rPr>
                <w:rFonts w:ascii="Times New Roman" w:eastAsia="Times New Roman" w:hAnsi="Times New Roman"/>
                <w:color w:val="000000"/>
                <w:sz w:val="23"/>
                <w:lang w:val="ru-RU"/>
              </w:rPr>
              <w:t>«Кавказский пленник»</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13.01.2023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Сочинение</w:t>
            </w:r>
            <w:proofErr w:type="spellEnd"/>
            <w:r>
              <w:rPr>
                <w:rFonts w:ascii="Times New Roman" w:eastAsia="Times New Roman" w:hAnsi="Times New Roman"/>
                <w:color w:val="000000"/>
                <w:sz w:val="23"/>
              </w:rPr>
              <w:t>;</w:t>
            </w:r>
          </w:p>
        </w:tc>
      </w:tr>
      <w:tr w:rsidR="00C76F25" w:rsidRPr="007A4A81">
        <w:trPr>
          <w:trHeight w:hRule="exact" w:val="176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52.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30" w:lineRule="auto"/>
              <w:ind w:left="70"/>
              <w:rPr>
                <w:lang w:val="ru-RU"/>
              </w:rPr>
            </w:pPr>
            <w:r w:rsidRPr="007924E7">
              <w:rPr>
                <w:rFonts w:ascii="Times New Roman" w:eastAsia="Times New Roman" w:hAnsi="Times New Roman"/>
                <w:color w:val="000000"/>
                <w:sz w:val="23"/>
                <w:lang w:val="ru-RU"/>
              </w:rPr>
              <w:t>Внеклассное чтение.</w:t>
            </w:r>
          </w:p>
          <w:p w:rsidR="00C76F25" w:rsidRPr="007924E7" w:rsidRDefault="0044668A">
            <w:pPr>
              <w:autoSpaceDE w:val="0"/>
              <w:autoSpaceDN w:val="0"/>
              <w:spacing w:before="68" w:after="0" w:line="230" w:lineRule="auto"/>
              <w:ind w:left="70"/>
              <w:rPr>
                <w:lang w:val="ru-RU"/>
              </w:rPr>
            </w:pPr>
            <w:proofErr w:type="spellStart"/>
            <w:r w:rsidRPr="007924E7">
              <w:rPr>
                <w:rFonts w:ascii="Times New Roman" w:eastAsia="Times New Roman" w:hAnsi="Times New Roman"/>
                <w:color w:val="000000"/>
                <w:sz w:val="23"/>
                <w:lang w:val="ru-RU"/>
              </w:rPr>
              <w:t>Л.Н.Толстой</w:t>
            </w:r>
            <w:proofErr w:type="spellEnd"/>
            <w:r w:rsidRPr="007924E7">
              <w:rPr>
                <w:rFonts w:ascii="Times New Roman" w:eastAsia="Times New Roman" w:hAnsi="Times New Roman"/>
                <w:color w:val="000000"/>
                <w:sz w:val="23"/>
                <w:lang w:val="ru-RU"/>
              </w:rPr>
              <w:t xml:space="preserve"> «Метель».</w:t>
            </w:r>
          </w:p>
          <w:p w:rsidR="00C76F25" w:rsidRPr="007924E7" w:rsidRDefault="0044668A">
            <w:pPr>
              <w:autoSpaceDE w:val="0"/>
              <w:autoSpaceDN w:val="0"/>
              <w:spacing w:before="68" w:after="0" w:line="271" w:lineRule="auto"/>
              <w:ind w:left="70" w:right="720"/>
              <w:rPr>
                <w:lang w:val="ru-RU"/>
              </w:rPr>
            </w:pPr>
            <w:r w:rsidRPr="007924E7">
              <w:rPr>
                <w:rFonts w:ascii="Times New Roman" w:eastAsia="Times New Roman" w:hAnsi="Times New Roman"/>
                <w:color w:val="000000"/>
                <w:sz w:val="23"/>
                <w:lang w:val="ru-RU"/>
              </w:rPr>
              <w:t xml:space="preserve">Любовь как высшая </w:t>
            </w:r>
            <w:r w:rsidRPr="007924E7">
              <w:rPr>
                <w:lang w:val="ru-RU"/>
              </w:rPr>
              <w:br/>
            </w:r>
            <w:r w:rsidRPr="007924E7">
              <w:rPr>
                <w:rFonts w:ascii="Times New Roman" w:eastAsia="Times New Roman" w:hAnsi="Times New Roman"/>
                <w:color w:val="000000"/>
                <w:sz w:val="23"/>
                <w:lang w:val="ru-RU"/>
              </w:rPr>
              <w:t>нравственная основа в человеке.</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16.01.2023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68" w:right="144"/>
              <w:rPr>
                <w:lang w:val="ru-RU"/>
              </w:rPr>
            </w:pPr>
            <w:r w:rsidRPr="007924E7">
              <w:rPr>
                <w:rFonts w:ascii="Times New Roman" w:eastAsia="Times New Roman" w:hAnsi="Times New Roman"/>
                <w:color w:val="000000"/>
                <w:sz w:val="23"/>
                <w:lang w:val="ru-RU"/>
              </w:rPr>
              <w:t xml:space="preserve">Самооценка с </w:t>
            </w:r>
            <w:r w:rsidRPr="007924E7">
              <w:rPr>
                <w:lang w:val="ru-RU"/>
              </w:rPr>
              <w:br/>
            </w:r>
            <w:proofErr w:type="spellStart"/>
            <w:r w:rsidRPr="007924E7">
              <w:rPr>
                <w:rFonts w:ascii="Times New Roman" w:eastAsia="Times New Roman" w:hAnsi="Times New Roman"/>
                <w:color w:val="000000"/>
                <w:sz w:val="23"/>
                <w:lang w:val="ru-RU"/>
              </w:rPr>
              <w:t>использованием</w:t>
            </w:r>
            <w:proofErr w:type="gramStart"/>
            <w:r w:rsidRPr="007924E7">
              <w:rPr>
                <w:rFonts w:ascii="Times New Roman" w:eastAsia="Times New Roman" w:hAnsi="Times New Roman"/>
                <w:color w:val="000000"/>
                <w:sz w:val="23"/>
                <w:lang w:val="ru-RU"/>
              </w:rPr>
              <w:t>«О</w:t>
            </w:r>
            <w:proofErr w:type="gramEnd"/>
            <w:r w:rsidRPr="007924E7">
              <w:rPr>
                <w:rFonts w:ascii="Times New Roman" w:eastAsia="Times New Roman" w:hAnsi="Times New Roman"/>
                <w:color w:val="000000"/>
                <w:sz w:val="23"/>
                <w:lang w:val="ru-RU"/>
              </w:rPr>
              <w:t>ценочного</w:t>
            </w:r>
            <w:proofErr w:type="spellEnd"/>
            <w:r w:rsidRPr="007924E7">
              <w:rPr>
                <w:rFonts w:ascii="Times New Roman" w:eastAsia="Times New Roman" w:hAnsi="Times New Roman"/>
                <w:color w:val="000000"/>
                <w:sz w:val="23"/>
                <w:lang w:val="ru-RU"/>
              </w:rPr>
              <w:t xml:space="preserve"> </w:t>
            </w:r>
            <w:r w:rsidRPr="007924E7">
              <w:rPr>
                <w:lang w:val="ru-RU"/>
              </w:rPr>
              <w:br/>
            </w:r>
            <w:r w:rsidRPr="007924E7">
              <w:rPr>
                <w:rFonts w:ascii="Times New Roman" w:eastAsia="Times New Roman" w:hAnsi="Times New Roman"/>
                <w:color w:val="000000"/>
                <w:sz w:val="23"/>
                <w:lang w:val="ru-RU"/>
              </w:rPr>
              <w:t>листа»;</w:t>
            </w:r>
          </w:p>
        </w:tc>
      </w:tr>
      <w:tr w:rsidR="00C76F25">
        <w:trPr>
          <w:trHeight w:hRule="exact" w:val="176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53.</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81" w:lineRule="auto"/>
              <w:ind w:left="70"/>
              <w:rPr>
                <w:lang w:val="ru-RU"/>
              </w:rPr>
            </w:pPr>
            <w:proofErr w:type="spellStart"/>
            <w:r w:rsidRPr="007924E7">
              <w:rPr>
                <w:rFonts w:ascii="Times New Roman" w:eastAsia="Times New Roman" w:hAnsi="Times New Roman"/>
                <w:color w:val="000000"/>
                <w:sz w:val="23"/>
                <w:lang w:val="ru-RU"/>
              </w:rPr>
              <w:t>А.П.Чехов</w:t>
            </w:r>
            <w:proofErr w:type="spellEnd"/>
            <w:r w:rsidRPr="007924E7">
              <w:rPr>
                <w:rFonts w:ascii="Times New Roman" w:eastAsia="Times New Roman" w:hAnsi="Times New Roman"/>
                <w:color w:val="000000"/>
                <w:sz w:val="23"/>
                <w:lang w:val="ru-RU"/>
              </w:rPr>
              <w:t xml:space="preserve">. Слово о </w:t>
            </w:r>
            <w:proofErr w:type="spellStart"/>
            <w:r w:rsidRPr="007924E7">
              <w:rPr>
                <w:rFonts w:ascii="Times New Roman" w:eastAsia="Times New Roman" w:hAnsi="Times New Roman"/>
                <w:color w:val="000000"/>
                <w:sz w:val="23"/>
                <w:lang w:val="ru-RU"/>
              </w:rPr>
              <w:t>писателе</w:t>
            </w:r>
            <w:proofErr w:type="gramStart"/>
            <w:r w:rsidRPr="007924E7">
              <w:rPr>
                <w:rFonts w:ascii="Times New Roman" w:eastAsia="Times New Roman" w:hAnsi="Times New Roman"/>
                <w:color w:val="000000"/>
                <w:sz w:val="23"/>
                <w:lang w:val="ru-RU"/>
              </w:rPr>
              <w:t>.«</w:t>
            </w:r>
            <w:proofErr w:type="gramEnd"/>
            <w:r w:rsidRPr="007924E7">
              <w:rPr>
                <w:rFonts w:ascii="Times New Roman" w:eastAsia="Times New Roman" w:hAnsi="Times New Roman"/>
                <w:color w:val="000000"/>
                <w:sz w:val="23"/>
                <w:lang w:val="ru-RU"/>
              </w:rPr>
              <w:t>Злоумышленник</w:t>
            </w:r>
            <w:proofErr w:type="spellEnd"/>
            <w:r w:rsidRPr="007924E7">
              <w:rPr>
                <w:rFonts w:ascii="Times New Roman" w:eastAsia="Times New Roman" w:hAnsi="Times New Roman"/>
                <w:color w:val="000000"/>
                <w:sz w:val="23"/>
                <w:lang w:val="ru-RU"/>
              </w:rPr>
              <w:t xml:space="preserve">». Приемы создания характеров и </w:t>
            </w:r>
            <w:r w:rsidRPr="007924E7">
              <w:rPr>
                <w:lang w:val="ru-RU"/>
              </w:rPr>
              <w:br/>
            </w:r>
            <w:r w:rsidRPr="007924E7">
              <w:rPr>
                <w:rFonts w:ascii="Times New Roman" w:eastAsia="Times New Roman" w:hAnsi="Times New Roman"/>
                <w:color w:val="000000"/>
                <w:sz w:val="23"/>
                <w:lang w:val="ru-RU"/>
              </w:rPr>
              <w:t xml:space="preserve">ситуаций; отношение </w:t>
            </w:r>
            <w:r w:rsidRPr="007924E7">
              <w:rPr>
                <w:lang w:val="ru-RU"/>
              </w:rPr>
              <w:br/>
            </w:r>
            <w:r w:rsidRPr="007924E7">
              <w:rPr>
                <w:rFonts w:ascii="Times New Roman" w:eastAsia="Times New Roman" w:hAnsi="Times New Roman"/>
                <w:color w:val="000000"/>
                <w:sz w:val="23"/>
                <w:lang w:val="ru-RU"/>
              </w:rPr>
              <w:t xml:space="preserve">писателя к персонажам.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18.01.2023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54.</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30" w:lineRule="auto"/>
              <w:ind w:left="70"/>
              <w:rPr>
                <w:lang w:val="ru-RU"/>
              </w:rPr>
            </w:pPr>
            <w:r w:rsidRPr="007924E7">
              <w:rPr>
                <w:rFonts w:ascii="Times New Roman" w:eastAsia="Times New Roman" w:hAnsi="Times New Roman"/>
                <w:color w:val="000000"/>
                <w:sz w:val="23"/>
                <w:lang w:val="ru-RU"/>
              </w:rPr>
              <w:t>Рассказ А.П.</w:t>
            </w:r>
          </w:p>
          <w:p w:rsidR="00C76F25" w:rsidRPr="00E12B73" w:rsidRDefault="0044668A">
            <w:pPr>
              <w:autoSpaceDE w:val="0"/>
              <w:autoSpaceDN w:val="0"/>
              <w:spacing w:before="66" w:after="0" w:line="262" w:lineRule="auto"/>
              <w:ind w:left="70"/>
              <w:rPr>
                <w:lang w:val="ru-RU"/>
              </w:rPr>
            </w:pPr>
            <w:proofErr w:type="spellStart"/>
            <w:r w:rsidRPr="007924E7">
              <w:rPr>
                <w:rFonts w:ascii="Times New Roman" w:eastAsia="Times New Roman" w:hAnsi="Times New Roman"/>
                <w:color w:val="000000"/>
                <w:sz w:val="23"/>
                <w:lang w:val="ru-RU"/>
              </w:rPr>
              <w:t>Чехов</w:t>
            </w:r>
            <w:proofErr w:type="gramStart"/>
            <w:r w:rsidRPr="007924E7">
              <w:rPr>
                <w:rFonts w:ascii="Times New Roman" w:eastAsia="Times New Roman" w:hAnsi="Times New Roman"/>
                <w:color w:val="000000"/>
                <w:sz w:val="23"/>
                <w:lang w:val="ru-RU"/>
              </w:rPr>
              <w:t>а«</w:t>
            </w:r>
            <w:proofErr w:type="gramEnd"/>
            <w:r w:rsidRPr="007924E7">
              <w:rPr>
                <w:rFonts w:ascii="Times New Roman" w:eastAsia="Times New Roman" w:hAnsi="Times New Roman"/>
                <w:color w:val="000000"/>
                <w:sz w:val="23"/>
                <w:lang w:val="ru-RU"/>
              </w:rPr>
              <w:t>Пересолил</w:t>
            </w:r>
            <w:proofErr w:type="spellEnd"/>
            <w:r w:rsidRPr="007924E7">
              <w:rPr>
                <w:rFonts w:ascii="Times New Roman" w:eastAsia="Times New Roman" w:hAnsi="Times New Roman"/>
                <w:color w:val="000000"/>
                <w:sz w:val="23"/>
                <w:lang w:val="ru-RU"/>
              </w:rPr>
              <w:t xml:space="preserve">». </w:t>
            </w:r>
            <w:r w:rsidRPr="00E12B73">
              <w:rPr>
                <w:rFonts w:ascii="Times New Roman" w:eastAsia="Times New Roman" w:hAnsi="Times New Roman"/>
                <w:color w:val="000000"/>
                <w:sz w:val="23"/>
                <w:lang w:val="ru-RU"/>
              </w:rPr>
              <w:t>Приемы создания характеров</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20.01.2023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55.</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288"/>
              <w:rPr>
                <w:lang w:val="ru-RU"/>
              </w:rPr>
            </w:pPr>
            <w:r w:rsidRPr="007924E7">
              <w:rPr>
                <w:rFonts w:ascii="Times New Roman" w:eastAsia="Times New Roman" w:hAnsi="Times New Roman"/>
                <w:color w:val="000000"/>
                <w:sz w:val="23"/>
                <w:lang w:val="ru-RU"/>
              </w:rPr>
              <w:t xml:space="preserve">Поэзия  </w:t>
            </w:r>
            <w:r>
              <w:rPr>
                <w:rFonts w:ascii="Times New Roman" w:eastAsia="Times New Roman" w:hAnsi="Times New Roman"/>
                <w:color w:val="000000"/>
                <w:sz w:val="23"/>
              </w:rPr>
              <w:t>XIX</w:t>
            </w:r>
            <w:r w:rsidRPr="007924E7">
              <w:rPr>
                <w:rFonts w:ascii="Times New Roman" w:eastAsia="Times New Roman" w:hAnsi="Times New Roman"/>
                <w:color w:val="000000"/>
                <w:sz w:val="23"/>
                <w:lang w:val="ru-RU"/>
              </w:rPr>
              <w:t xml:space="preserve"> века о родной природе. Ф. И. Тютчев. </w:t>
            </w:r>
            <w:r w:rsidRPr="007924E7">
              <w:rPr>
                <w:lang w:val="ru-RU"/>
              </w:rPr>
              <w:br/>
            </w:r>
            <w:r w:rsidRPr="007924E7">
              <w:rPr>
                <w:rFonts w:ascii="Times New Roman" w:eastAsia="Times New Roman" w:hAnsi="Times New Roman"/>
                <w:color w:val="000000"/>
                <w:sz w:val="23"/>
                <w:lang w:val="ru-RU"/>
              </w:rPr>
              <w:t>"Весенняя гроза".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23.01.2023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27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56.</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288"/>
              <w:rPr>
                <w:lang w:val="ru-RU"/>
              </w:rPr>
            </w:pPr>
            <w:r w:rsidRPr="007924E7">
              <w:rPr>
                <w:rFonts w:ascii="Times New Roman" w:eastAsia="Times New Roman" w:hAnsi="Times New Roman"/>
                <w:color w:val="000000"/>
                <w:sz w:val="23"/>
                <w:lang w:val="ru-RU"/>
              </w:rPr>
              <w:t xml:space="preserve">Поэзия  </w:t>
            </w:r>
            <w:r>
              <w:rPr>
                <w:rFonts w:ascii="Times New Roman" w:eastAsia="Times New Roman" w:hAnsi="Times New Roman"/>
                <w:color w:val="000000"/>
                <w:sz w:val="23"/>
              </w:rPr>
              <w:t>XIX</w:t>
            </w:r>
            <w:r w:rsidRPr="007924E7">
              <w:rPr>
                <w:rFonts w:ascii="Times New Roman" w:eastAsia="Times New Roman" w:hAnsi="Times New Roman"/>
                <w:color w:val="000000"/>
                <w:sz w:val="23"/>
                <w:lang w:val="ru-RU"/>
              </w:rPr>
              <w:t xml:space="preserve"> века о родной природе. А. А. Фет "Чудная картина".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25.01.2023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57.</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62" w:lineRule="auto"/>
              <w:ind w:left="70" w:right="432"/>
              <w:rPr>
                <w:lang w:val="ru-RU"/>
              </w:rPr>
            </w:pPr>
            <w:r w:rsidRPr="007924E7">
              <w:rPr>
                <w:rFonts w:ascii="Times New Roman" w:eastAsia="Times New Roman" w:hAnsi="Times New Roman"/>
                <w:color w:val="000000"/>
                <w:sz w:val="23"/>
                <w:lang w:val="ru-RU"/>
              </w:rPr>
              <w:t xml:space="preserve">Поэзия  </w:t>
            </w:r>
            <w:r>
              <w:rPr>
                <w:rFonts w:ascii="Times New Roman" w:eastAsia="Times New Roman" w:hAnsi="Times New Roman"/>
                <w:color w:val="000000"/>
                <w:sz w:val="23"/>
              </w:rPr>
              <w:t>XX</w:t>
            </w:r>
            <w:r w:rsidRPr="007924E7">
              <w:rPr>
                <w:rFonts w:ascii="Times New Roman" w:eastAsia="Times New Roman" w:hAnsi="Times New Roman"/>
                <w:color w:val="000000"/>
                <w:sz w:val="23"/>
                <w:lang w:val="ru-RU"/>
              </w:rPr>
              <w:t xml:space="preserve"> века о родной природе. И. А. Бунин.</w:t>
            </w:r>
          </w:p>
          <w:p w:rsidR="00C76F25" w:rsidRPr="007924E7" w:rsidRDefault="0044668A">
            <w:pPr>
              <w:autoSpaceDE w:val="0"/>
              <w:autoSpaceDN w:val="0"/>
              <w:spacing w:before="68" w:after="0" w:line="262" w:lineRule="auto"/>
              <w:ind w:left="70" w:right="432"/>
              <w:rPr>
                <w:lang w:val="ru-RU"/>
              </w:rPr>
            </w:pPr>
            <w:r w:rsidRPr="007924E7">
              <w:rPr>
                <w:rFonts w:ascii="Times New Roman" w:eastAsia="Times New Roman" w:hAnsi="Times New Roman"/>
                <w:color w:val="000000"/>
                <w:sz w:val="23"/>
                <w:lang w:val="ru-RU"/>
              </w:rPr>
              <w:t>"Густой зеленый ельник у дороги..."</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27.01.2023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10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58.</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71" w:lineRule="auto"/>
              <w:ind w:left="70" w:right="144"/>
              <w:rPr>
                <w:lang w:val="ru-RU"/>
              </w:rPr>
            </w:pPr>
            <w:r w:rsidRPr="007924E7">
              <w:rPr>
                <w:rFonts w:ascii="Times New Roman" w:eastAsia="Times New Roman" w:hAnsi="Times New Roman"/>
                <w:color w:val="000000"/>
                <w:sz w:val="23"/>
                <w:lang w:val="ru-RU"/>
              </w:rPr>
              <w:t xml:space="preserve">Поэзия  </w:t>
            </w:r>
            <w:r>
              <w:rPr>
                <w:rFonts w:ascii="Times New Roman" w:eastAsia="Times New Roman" w:hAnsi="Times New Roman"/>
                <w:color w:val="000000"/>
                <w:sz w:val="23"/>
              </w:rPr>
              <w:t>XX</w:t>
            </w:r>
            <w:r w:rsidRPr="007924E7">
              <w:rPr>
                <w:rFonts w:ascii="Times New Roman" w:eastAsia="Times New Roman" w:hAnsi="Times New Roman"/>
                <w:color w:val="000000"/>
                <w:sz w:val="23"/>
                <w:lang w:val="ru-RU"/>
              </w:rPr>
              <w:t xml:space="preserve"> века о родной </w:t>
            </w:r>
            <w:proofErr w:type="spellStart"/>
            <w:r w:rsidRPr="007924E7">
              <w:rPr>
                <w:rFonts w:ascii="Times New Roman" w:eastAsia="Times New Roman" w:hAnsi="Times New Roman"/>
                <w:color w:val="000000"/>
                <w:sz w:val="23"/>
                <w:lang w:val="ru-RU"/>
              </w:rPr>
              <w:t>природе</w:t>
            </w:r>
            <w:proofErr w:type="gramStart"/>
            <w:r w:rsidRPr="007924E7">
              <w:rPr>
                <w:rFonts w:ascii="Times New Roman" w:eastAsia="Times New Roman" w:hAnsi="Times New Roman"/>
                <w:color w:val="000000"/>
                <w:sz w:val="23"/>
                <w:lang w:val="ru-RU"/>
              </w:rPr>
              <w:t>.А</w:t>
            </w:r>
            <w:proofErr w:type="gramEnd"/>
            <w:r w:rsidRPr="007924E7">
              <w:rPr>
                <w:rFonts w:ascii="Times New Roman" w:eastAsia="Times New Roman" w:hAnsi="Times New Roman"/>
                <w:color w:val="000000"/>
                <w:sz w:val="23"/>
                <w:lang w:val="ru-RU"/>
              </w:rPr>
              <w:t>.А.Блок</w:t>
            </w:r>
            <w:proofErr w:type="spellEnd"/>
            <w:r w:rsidRPr="007924E7">
              <w:rPr>
                <w:rFonts w:ascii="Times New Roman" w:eastAsia="Times New Roman" w:hAnsi="Times New Roman"/>
                <w:color w:val="000000"/>
                <w:sz w:val="23"/>
                <w:lang w:val="ru-RU"/>
              </w:rPr>
              <w:t>. "Полный месяц встал над лугом..."</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30.01.2023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71" w:lineRule="auto"/>
              <w:ind w:left="68" w:right="288"/>
            </w:pPr>
            <w:proofErr w:type="spellStart"/>
            <w:r>
              <w:rPr>
                <w:rFonts w:ascii="Times New Roman" w:eastAsia="Times New Roman" w:hAnsi="Times New Roman"/>
                <w:color w:val="000000"/>
                <w:sz w:val="23"/>
              </w:rPr>
              <w:t>Выразительное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чтение</w:t>
            </w:r>
            <w:proofErr w:type="spellEnd"/>
            <w:r>
              <w:rPr>
                <w:rFonts w:ascii="Times New Roman" w:eastAsia="Times New Roman" w:hAnsi="Times New Roman"/>
                <w:color w:val="000000"/>
                <w:sz w:val="23"/>
              </w:rPr>
              <w:t xml:space="preserve"> </w:t>
            </w:r>
            <w:r>
              <w:br/>
            </w:r>
            <w:proofErr w:type="spellStart"/>
            <w:r>
              <w:rPr>
                <w:rFonts w:ascii="Times New Roman" w:eastAsia="Times New Roman" w:hAnsi="Times New Roman"/>
                <w:color w:val="000000"/>
                <w:sz w:val="23"/>
              </w:rPr>
              <w:t>стихотворений</w:t>
            </w:r>
            <w:proofErr w:type="spellEnd"/>
            <w:r>
              <w:rPr>
                <w:rFonts w:ascii="Times New Roman" w:eastAsia="Times New Roman" w:hAnsi="Times New Roman"/>
                <w:color w:val="000000"/>
                <w:sz w:val="23"/>
              </w:rPr>
              <w:t>;</w:t>
            </w:r>
          </w:p>
        </w:tc>
      </w:tr>
    </w:tbl>
    <w:p w:rsidR="00C76F25" w:rsidRDefault="00C76F25">
      <w:pPr>
        <w:autoSpaceDE w:val="0"/>
        <w:autoSpaceDN w:val="0"/>
        <w:spacing w:after="0" w:line="14" w:lineRule="exact"/>
      </w:pPr>
    </w:p>
    <w:p w:rsidR="00C76F25" w:rsidRDefault="00C76F25">
      <w:pPr>
        <w:sectPr w:rsidR="00C76F25">
          <w:pgSz w:w="11900" w:h="16840"/>
          <w:pgMar w:top="284" w:right="556" w:bottom="284" w:left="662" w:header="720" w:footer="720" w:gutter="0"/>
          <w:cols w:space="720" w:equalWidth="0">
            <w:col w:w="10682" w:space="0"/>
          </w:cols>
          <w:docGrid w:linePitch="360"/>
        </w:sectPr>
      </w:pPr>
    </w:p>
    <w:p w:rsidR="00C76F25" w:rsidRDefault="00C76F25">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54"/>
        <w:gridCol w:w="3120"/>
        <w:gridCol w:w="704"/>
        <w:gridCol w:w="1560"/>
        <w:gridCol w:w="1606"/>
        <w:gridCol w:w="1190"/>
        <w:gridCol w:w="1918"/>
      </w:tblGrid>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59.</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Pr>
                <w:lang w:val="ru-RU"/>
              </w:rPr>
            </w:pPr>
            <w:r w:rsidRPr="007924E7">
              <w:rPr>
                <w:rFonts w:ascii="Times New Roman" w:eastAsia="Times New Roman" w:hAnsi="Times New Roman"/>
                <w:color w:val="000000"/>
                <w:sz w:val="23"/>
                <w:lang w:val="ru-RU"/>
              </w:rPr>
              <w:t xml:space="preserve">Поэзия  </w:t>
            </w:r>
            <w:r>
              <w:rPr>
                <w:rFonts w:ascii="Times New Roman" w:eastAsia="Times New Roman" w:hAnsi="Times New Roman"/>
                <w:color w:val="000000"/>
                <w:sz w:val="23"/>
              </w:rPr>
              <w:t>XX</w:t>
            </w:r>
            <w:r w:rsidRPr="007924E7">
              <w:rPr>
                <w:rFonts w:ascii="Times New Roman" w:eastAsia="Times New Roman" w:hAnsi="Times New Roman"/>
                <w:color w:val="000000"/>
                <w:sz w:val="23"/>
                <w:lang w:val="ru-RU"/>
              </w:rPr>
              <w:t xml:space="preserve"> века о родной </w:t>
            </w:r>
            <w:r w:rsidRPr="007924E7">
              <w:rPr>
                <w:lang w:val="ru-RU"/>
              </w:rPr>
              <w:br/>
            </w:r>
            <w:r w:rsidRPr="007924E7">
              <w:rPr>
                <w:rFonts w:ascii="Times New Roman" w:eastAsia="Times New Roman" w:hAnsi="Times New Roman"/>
                <w:color w:val="000000"/>
                <w:sz w:val="23"/>
                <w:lang w:val="ru-RU"/>
              </w:rPr>
              <w:t>природе. С. А. Есенин. "Нивы сжаты, рощи голы..."</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01.02.2023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Чтение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наизусть</w:t>
            </w:r>
            <w:proofErr w:type="spellEnd"/>
            <w:r>
              <w:rPr>
                <w:rFonts w:ascii="Times New Roman" w:eastAsia="Times New Roman" w:hAnsi="Times New Roman"/>
                <w:color w:val="000000"/>
                <w:sz w:val="23"/>
              </w:rPr>
              <w:t>;</w:t>
            </w:r>
          </w:p>
        </w:tc>
      </w:tr>
      <w:tr w:rsidR="00C76F25">
        <w:trPr>
          <w:trHeight w:hRule="exact" w:val="79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60.</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70" w:right="576"/>
            </w:pPr>
            <w:proofErr w:type="spellStart"/>
            <w:r>
              <w:rPr>
                <w:rFonts w:ascii="Times New Roman" w:eastAsia="Times New Roman" w:hAnsi="Times New Roman"/>
                <w:color w:val="000000"/>
                <w:sz w:val="23"/>
              </w:rPr>
              <w:t>Развитие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речи</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Конкурс</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чтецов</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03.02.2023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79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61.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70" w:right="576"/>
            </w:pPr>
            <w:r w:rsidRPr="007924E7">
              <w:rPr>
                <w:rFonts w:ascii="Times New Roman" w:eastAsia="Times New Roman" w:hAnsi="Times New Roman"/>
                <w:color w:val="000000"/>
                <w:sz w:val="23"/>
                <w:lang w:val="ru-RU"/>
              </w:rPr>
              <w:t xml:space="preserve">М. М. Зощенко. Слово о писателе. </w:t>
            </w:r>
            <w:r>
              <w:rPr>
                <w:rFonts w:ascii="Times New Roman" w:eastAsia="Times New Roman" w:hAnsi="Times New Roman"/>
                <w:color w:val="000000"/>
                <w:sz w:val="23"/>
              </w:rPr>
              <w:t>«</w:t>
            </w:r>
            <w:proofErr w:type="spellStart"/>
            <w:r>
              <w:rPr>
                <w:rFonts w:ascii="Times New Roman" w:eastAsia="Times New Roman" w:hAnsi="Times New Roman"/>
                <w:color w:val="000000"/>
                <w:sz w:val="23"/>
              </w:rPr>
              <w:t>Галоша</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06.02.2023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right="864"/>
              <w:jc w:val="center"/>
            </w:pPr>
            <w:proofErr w:type="spellStart"/>
            <w:r>
              <w:rPr>
                <w:rFonts w:ascii="Times New Roman" w:eastAsia="Times New Roman" w:hAnsi="Times New Roman"/>
                <w:color w:val="000000"/>
                <w:sz w:val="23"/>
              </w:rPr>
              <w:t>Рассказ</w:t>
            </w:r>
            <w:proofErr w:type="spellEnd"/>
            <w:r>
              <w:rPr>
                <w:rFonts w:ascii="Times New Roman" w:eastAsia="Times New Roman" w:hAnsi="Times New Roman"/>
                <w:color w:val="000000"/>
                <w:sz w:val="23"/>
              </w:rPr>
              <w:t xml:space="preserve"> о </w:t>
            </w:r>
            <w:r>
              <w:br/>
            </w:r>
            <w:proofErr w:type="spellStart"/>
            <w:r>
              <w:rPr>
                <w:rFonts w:ascii="Times New Roman" w:eastAsia="Times New Roman" w:hAnsi="Times New Roman"/>
                <w:color w:val="000000"/>
                <w:sz w:val="23"/>
              </w:rPr>
              <w:t>писателе</w:t>
            </w:r>
            <w:proofErr w:type="spellEnd"/>
            <w:r>
              <w:rPr>
                <w:rFonts w:ascii="Times New Roman" w:eastAsia="Times New Roman" w:hAnsi="Times New Roman"/>
                <w:color w:val="000000"/>
                <w:sz w:val="23"/>
              </w:rPr>
              <w:t>;</w:t>
            </w:r>
          </w:p>
        </w:tc>
      </w:tr>
      <w:tr w:rsidR="00C76F25">
        <w:trPr>
          <w:trHeight w:hRule="exact" w:val="79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62.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30" w:lineRule="auto"/>
              <w:ind w:left="70"/>
              <w:rPr>
                <w:lang w:val="ru-RU"/>
              </w:rPr>
            </w:pPr>
            <w:r w:rsidRPr="007924E7">
              <w:rPr>
                <w:rFonts w:ascii="Times New Roman" w:eastAsia="Times New Roman" w:hAnsi="Times New Roman"/>
                <w:color w:val="000000"/>
                <w:sz w:val="23"/>
                <w:lang w:val="ru-RU"/>
              </w:rPr>
              <w:t>М. М. Зощенко.</w:t>
            </w:r>
          </w:p>
          <w:p w:rsidR="00C76F25" w:rsidRPr="007924E7" w:rsidRDefault="0044668A">
            <w:pPr>
              <w:autoSpaceDE w:val="0"/>
              <w:autoSpaceDN w:val="0"/>
              <w:spacing w:before="68" w:after="0" w:line="230" w:lineRule="auto"/>
              <w:ind w:left="70"/>
              <w:rPr>
                <w:lang w:val="ru-RU"/>
              </w:rPr>
            </w:pPr>
            <w:proofErr w:type="spellStart"/>
            <w:r w:rsidRPr="007924E7">
              <w:rPr>
                <w:rFonts w:ascii="Times New Roman" w:eastAsia="Times New Roman" w:hAnsi="Times New Roman"/>
                <w:color w:val="000000"/>
                <w:sz w:val="23"/>
                <w:lang w:val="ru-RU"/>
              </w:rPr>
              <w:t>Рассказ</w:t>
            </w:r>
            <w:proofErr w:type="gramStart"/>
            <w:r w:rsidRPr="007924E7">
              <w:rPr>
                <w:rFonts w:ascii="Times New Roman" w:eastAsia="Times New Roman" w:hAnsi="Times New Roman"/>
                <w:color w:val="000000"/>
                <w:sz w:val="23"/>
                <w:lang w:val="ru-RU"/>
              </w:rPr>
              <w:t>«З</w:t>
            </w:r>
            <w:proofErr w:type="gramEnd"/>
            <w:r w:rsidRPr="007924E7">
              <w:rPr>
                <w:rFonts w:ascii="Times New Roman" w:eastAsia="Times New Roman" w:hAnsi="Times New Roman"/>
                <w:color w:val="000000"/>
                <w:sz w:val="23"/>
                <w:lang w:val="ru-RU"/>
              </w:rPr>
              <w:t>олотые</w:t>
            </w:r>
            <w:proofErr w:type="spellEnd"/>
            <w:r w:rsidRPr="007924E7">
              <w:rPr>
                <w:rFonts w:ascii="Times New Roman" w:eastAsia="Times New Roman" w:hAnsi="Times New Roman"/>
                <w:color w:val="000000"/>
                <w:sz w:val="23"/>
                <w:lang w:val="ru-RU"/>
              </w:rPr>
              <w:t xml:space="preserve"> слова».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08.02.2023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63.</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71" w:lineRule="auto"/>
              <w:ind w:left="70" w:right="288"/>
            </w:pPr>
            <w:r w:rsidRPr="007924E7">
              <w:rPr>
                <w:rFonts w:ascii="Times New Roman" w:eastAsia="Times New Roman" w:hAnsi="Times New Roman"/>
                <w:color w:val="000000"/>
                <w:sz w:val="23"/>
                <w:lang w:val="ru-RU"/>
              </w:rPr>
              <w:t xml:space="preserve">А. И. Куприн. Слово о </w:t>
            </w:r>
            <w:r w:rsidRPr="007924E7">
              <w:rPr>
                <w:lang w:val="ru-RU"/>
              </w:rPr>
              <w:br/>
            </w:r>
            <w:r w:rsidRPr="007924E7">
              <w:rPr>
                <w:rFonts w:ascii="Times New Roman" w:eastAsia="Times New Roman" w:hAnsi="Times New Roman"/>
                <w:color w:val="000000"/>
                <w:sz w:val="23"/>
                <w:lang w:val="ru-RU"/>
              </w:rPr>
              <w:t xml:space="preserve">писателе. </w:t>
            </w:r>
            <w:proofErr w:type="spellStart"/>
            <w:r>
              <w:rPr>
                <w:rFonts w:ascii="Times New Roman" w:eastAsia="Times New Roman" w:hAnsi="Times New Roman"/>
                <w:color w:val="000000"/>
                <w:sz w:val="23"/>
              </w:rPr>
              <w:t>Рассказ</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Золотой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петух</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10.02.2023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right="864"/>
              <w:jc w:val="center"/>
            </w:pPr>
            <w:proofErr w:type="spellStart"/>
            <w:r>
              <w:rPr>
                <w:rFonts w:ascii="Times New Roman" w:eastAsia="Times New Roman" w:hAnsi="Times New Roman"/>
                <w:color w:val="000000"/>
                <w:sz w:val="23"/>
              </w:rPr>
              <w:t>Рассказ</w:t>
            </w:r>
            <w:proofErr w:type="spellEnd"/>
            <w:r>
              <w:rPr>
                <w:rFonts w:ascii="Times New Roman" w:eastAsia="Times New Roman" w:hAnsi="Times New Roman"/>
                <w:color w:val="000000"/>
                <w:sz w:val="23"/>
              </w:rPr>
              <w:t xml:space="preserve"> о </w:t>
            </w:r>
            <w:r>
              <w:br/>
            </w:r>
            <w:proofErr w:type="spellStart"/>
            <w:r>
              <w:rPr>
                <w:rFonts w:ascii="Times New Roman" w:eastAsia="Times New Roman" w:hAnsi="Times New Roman"/>
                <w:color w:val="000000"/>
                <w:sz w:val="23"/>
              </w:rPr>
              <w:t>писателе</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64.</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288"/>
              <w:rPr>
                <w:lang w:val="ru-RU"/>
              </w:rPr>
            </w:pPr>
            <w:r w:rsidRPr="007924E7">
              <w:rPr>
                <w:rFonts w:ascii="Times New Roman" w:eastAsia="Times New Roman" w:hAnsi="Times New Roman"/>
                <w:color w:val="000000"/>
                <w:sz w:val="23"/>
                <w:lang w:val="ru-RU"/>
              </w:rPr>
              <w:t>Средства художественной выразительности в рассказе "Золотой петух".</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13.02.2023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65.</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71" w:lineRule="auto"/>
              <w:ind w:left="70" w:right="576"/>
            </w:pPr>
            <w:proofErr w:type="spellStart"/>
            <w:r w:rsidRPr="007924E7">
              <w:rPr>
                <w:rFonts w:ascii="Times New Roman" w:eastAsia="Times New Roman" w:hAnsi="Times New Roman"/>
                <w:color w:val="000000"/>
                <w:sz w:val="23"/>
                <w:lang w:val="ru-RU"/>
              </w:rPr>
              <w:t>М.М.Пришвин</w:t>
            </w:r>
            <w:proofErr w:type="spellEnd"/>
            <w:r w:rsidRPr="007924E7">
              <w:rPr>
                <w:rFonts w:ascii="Times New Roman" w:eastAsia="Times New Roman" w:hAnsi="Times New Roman"/>
                <w:color w:val="000000"/>
                <w:sz w:val="23"/>
                <w:lang w:val="ru-RU"/>
              </w:rPr>
              <w:t xml:space="preserve">. Слово о писателе. </w:t>
            </w:r>
            <w:proofErr w:type="spellStart"/>
            <w:r>
              <w:rPr>
                <w:rFonts w:ascii="Times New Roman" w:eastAsia="Times New Roman" w:hAnsi="Times New Roman"/>
                <w:color w:val="000000"/>
                <w:sz w:val="23"/>
              </w:rPr>
              <w:t>Рассказ</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Моя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родина</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15.02.2023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66.</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right="432"/>
              <w:jc w:val="center"/>
              <w:rPr>
                <w:lang w:val="ru-RU"/>
              </w:rPr>
            </w:pPr>
            <w:proofErr w:type="spellStart"/>
            <w:r w:rsidRPr="007924E7">
              <w:rPr>
                <w:rFonts w:ascii="Times New Roman" w:eastAsia="Times New Roman" w:hAnsi="Times New Roman"/>
                <w:color w:val="000000"/>
                <w:sz w:val="23"/>
                <w:lang w:val="ru-RU"/>
              </w:rPr>
              <w:t>К.Г.Паустовский</w:t>
            </w:r>
            <w:proofErr w:type="spellEnd"/>
            <w:r w:rsidRPr="007924E7">
              <w:rPr>
                <w:rFonts w:ascii="Times New Roman" w:eastAsia="Times New Roman" w:hAnsi="Times New Roman"/>
                <w:color w:val="000000"/>
                <w:sz w:val="23"/>
                <w:lang w:val="ru-RU"/>
              </w:rPr>
              <w:t>. Слово о писателе. "Тёплый хлеб".</w:t>
            </w:r>
          </w:p>
          <w:p w:rsidR="00C76F25" w:rsidRPr="007924E7" w:rsidRDefault="0044668A">
            <w:pPr>
              <w:autoSpaceDE w:val="0"/>
              <w:autoSpaceDN w:val="0"/>
              <w:spacing w:before="68" w:after="0" w:line="262" w:lineRule="auto"/>
              <w:ind w:left="70" w:right="864"/>
              <w:rPr>
                <w:lang w:val="ru-RU"/>
              </w:rPr>
            </w:pPr>
            <w:r w:rsidRPr="007924E7">
              <w:rPr>
                <w:rFonts w:ascii="Times New Roman" w:eastAsia="Times New Roman" w:hAnsi="Times New Roman"/>
                <w:color w:val="000000"/>
                <w:sz w:val="23"/>
                <w:lang w:val="ru-RU"/>
              </w:rPr>
              <w:t>Сюжет, композиция, особенность сказки</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17.02.2023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79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67.</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70" w:right="144"/>
            </w:pPr>
            <w:r w:rsidRPr="007924E7">
              <w:rPr>
                <w:rFonts w:ascii="Times New Roman" w:eastAsia="Times New Roman" w:hAnsi="Times New Roman"/>
                <w:color w:val="000000"/>
                <w:sz w:val="23"/>
                <w:lang w:val="ru-RU"/>
              </w:rPr>
              <w:t xml:space="preserve">А. П. Платонов. Слово о </w:t>
            </w:r>
            <w:r w:rsidRPr="007924E7">
              <w:rPr>
                <w:lang w:val="ru-RU"/>
              </w:rPr>
              <w:br/>
            </w:r>
            <w:r w:rsidRPr="007924E7">
              <w:rPr>
                <w:rFonts w:ascii="Times New Roman" w:eastAsia="Times New Roman" w:hAnsi="Times New Roman"/>
                <w:color w:val="000000"/>
                <w:sz w:val="23"/>
                <w:lang w:val="ru-RU"/>
              </w:rPr>
              <w:t xml:space="preserve">писателе. </w:t>
            </w:r>
            <w:proofErr w:type="spellStart"/>
            <w:r>
              <w:rPr>
                <w:rFonts w:ascii="Times New Roman" w:eastAsia="Times New Roman" w:hAnsi="Times New Roman"/>
                <w:color w:val="000000"/>
                <w:sz w:val="23"/>
              </w:rPr>
              <w:t>Рассказ</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Никита</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20.02.2023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68.</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70"/>
              <w:rPr>
                <w:lang w:val="ru-RU"/>
              </w:rPr>
            </w:pPr>
            <w:r w:rsidRPr="007924E7">
              <w:rPr>
                <w:rFonts w:ascii="Times New Roman" w:eastAsia="Times New Roman" w:hAnsi="Times New Roman"/>
                <w:color w:val="000000"/>
                <w:sz w:val="23"/>
                <w:lang w:val="ru-RU"/>
              </w:rPr>
              <w:t xml:space="preserve">Мир глазами ребёнка в </w:t>
            </w:r>
            <w:r w:rsidRPr="007924E7">
              <w:rPr>
                <w:lang w:val="ru-RU"/>
              </w:rPr>
              <w:br/>
            </w:r>
            <w:r w:rsidRPr="007924E7">
              <w:rPr>
                <w:rFonts w:ascii="Times New Roman" w:eastAsia="Times New Roman" w:hAnsi="Times New Roman"/>
                <w:color w:val="000000"/>
                <w:sz w:val="23"/>
                <w:lang w:val="ru-RU"/>
              </w:rPr>
              <w:t xml:space="preserve">рассказе "Никита" (беда и </w:t>
            </w:r>
            <w:r w:rsidRPr="007924E7">
              <w:rPr>
                <w:lang w:val="ru-RU"/>
              </w:rPr>
              <w:br/>
            </w:r>
            <w:r w:rsidRPr="007924E7">
              <w:rPr>
                <w:rFonts w:ascii="Times New Roman" w:eastAsia="Times New Roman" w:hAnsi="Times New Roman"/>
                <w:color w:val="000000"/>
                <w:sz w:val="23"/>
                <w:lang w:val="ru-RU"/>
              </w:rPr>
              <w:t>радость, злое и доброе начало в мире).</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22.02.2023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rsidRPr="007A4A81">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69.</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Pr>
                <w:lang w:val="ru-RU"/>
              </w:rPr>
            </w:pPr>
            <w:r w:rsidRPr="007924E7">
              <w:rPr>
                <w:rFonts w:ascii="Times New Roman" w:eastAsia="Times New Roman" w:hAnsi="Times New Roman"/>
                <w:color w:val="000000"/>
                <w:sz w:val="23"/>
                <w:lang w:val="ru-RU"/>
              </w:rPr>
              <w:t xml:space="preserve">Развитие речи. </w:t>
            </w:r>
            <w:proofErr w:type="spellStart"/>
            <w:r w:rsidRPr="007924E7">
              <w:rPr>
                <w:rFonts w:ascii="Times New Roman" w:eastAsia="Times New Roman" w:hAnsi="Times New Roman"/>
                <w:color w:val="000000"/>
                <w:sz w:val="23"/>
                <w:lang w:val="ru-RU"/>
              </w:rPr>
              <w:t>А.П.Платонов</w:t>
            </w:r>
            <w:proofErr w:type="spellEnd"/>
            <w:r w:rsidRPr="007924E7">
              <w:rPr>
                <w:rFonts w:ascii="Times New Roman" w:eastAsia="Times New Roman" w:hAnsi="Times New Roman"/>
                <w:color w:val="000000"/>
                <w:sz w:val="23"/>
                <w:lang w:val="ru-RU"/>
              </w:rPr>
              <w:t>. Рассказ "Цветок на земле".</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27.02.2023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68" w:right="144"/>
              <w:rPr>
                <w:lang w:val="ru-RU"/>
              </w:rPr>
            </w:pPr>
            <w:r w:rsidRPr="007924E7">
              <w:rPr>
                <w:rFonts w:ascii="Times New Roman" w:eastAsia="Times New Roman" w:hAnsi="Times New Roman"/>
                <w:color w:val="000000"/>
                <w:sz w:val="23"/>
                <w:lang w:val="ru-RU"/>
              </w:rPr>
              <w:t xml:space="preserve">Самооценка с </w:t>
            </w:r>
            <w:r w:rsidRPr="007924E7">
              <w:rPr>
                <w:lang w:val="ru-RU"/>
              </w:rPr>
              <w:br/>
            </w:r>
            <w:proofErr w:type="spellStart"/>
            <w:r w:rsidRPr="007924E7">
              <w:rPr>
                <w:rFonts w:ascii="Times New Roman" w:eastAsia="Times New Roman" w:hAnsi="Times New Roman"/>
                <w:color w:val="000000"/>
                <w:sz w:val="23"/>
                <w:lang w:val="ru-RU"/>
              </w:rPr>
              <w:t>использованием</w:t>
            </w:r>
            <w:proofErr w:type="gramStart"/>
            <w:r w:rsidRPr="007924E7">
              <w:rPr>
                <w:rFonts w:ascii="Times New Roman" w:eastAsia="Times New Roman" w:hAnsi="Times New Roman"/>
                <w:color w:val="000000"/>
                <w:sz w:val="23"/>
                <w:lang w:val="ru-RU"/>
              </w:rPr>
              <w:t>«О</w:t>
            </w:r>
            <w:proofErr w:type="gramEnd"/>
            <w:r w:rsidRPr="007924E7">
              <w:rPr>
                <w:rFonts w:ascii="Times New Roman" w:eastAsia="Times New Roman" w:hAnsi="Times New Roman"/>
                <w:color w:val="000000"/>
                <w:sz w:val="23"/>
                <w:lang w:val="ru-RU"/>
              </w:rPr>
              <w:t>ценочного</w:t>
            </w:r>
            <w:proofErr w:type="spellEnd"/>
            <w:r w:rsidRPr="007924E7">
              <w:rPr>
                <w:rFonts w:ascii="Times New Roman" w:eastAsia="Times New Roman" w:hAnsi="Times New Roman"/>
                <w:color w:val="000000"/>
                <w:sz w:val="23"/>
                <w:lang w:val="ru-RU"/>
              </w:rPr>
              <w:t xml:space="preserve"> </w:t>
            </w:r>
            <w:r w:rsidRPr="007924E7">
              <w:rPr>
                <w:lang w:val="ru-RU"/>
              </w:rPr>
              <w:br/>
            </w:r>
            <w:r w:rsidRPr="007924E7">
              <w:rPr>
                <w:rFonts w:ascii="Times New Roman" w:eastAsia="Times New Roman" w:hAnsi="Times New Roman"/>
                <w:color w:val="000000"/>
                <w:sz w:val="23"/>
                <w:lang w:val="ru-RU"/>
              </w:rPr>
              <w:t>листа»;</w:t>
            </w:r>
          </w:p>
        </w:tc>
      </w:tr>
      <w:tr w:rsidR="00C76F25">
        <w:trPr>
          <w:trHeight w:hRule="exact" w:val="117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70.</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144"/>
              <w:rPr>
                <w:lang w:val="ru-RU"/>
              </w:rPr>
            </w:pPr>
            <w:r w:rsidRPr="007924E7">
              <w:rPr>
                <w:rFonts w:ascii="Times New Roman" w:eastAsia="Times New Roman" w:hAnsi="Times New Roman"/>
                <w:color w:val="000000"/>
                <w:sz w:val="23"/>
                <w:lang w:val="ru-RU"/>
              </w:rPr>
              <w:t xml:space="preserve">В.П. Астафьев. Слово о </w:t>
            </w:r>
            <w:r w:rsidRPr="007924E7">
              <w:rPr>
                <w:lang w:val="ru-RU"/>
              </w:rPr>
              <w:br/>
            </w:r>
            <w:r w:rsidRPr="007924E7">
              <w:rPr>
                <w:rFonts w:ascii="Times New Roman" w:eastAsia="Times New Roman" w:hAnsi="Times New Roman"/>
                <w:color w:val="000000"/>
                <w:sz w:val="23"/>
                <w:lang w:val="ru-RU"/>
              </w:rPr>
              <w:t>писателе. История создания рассказа "</w:t>
            </w:r>
            <w:proofErr w:type="spellStart"/>
            <w:r w:rsidRPr="007924E7">
              <w:rPr>
                <w:rFonts w:ascii="Times New Roman" w:eastAsia="Times New Roman" w:hAnsi="Times New Roman"/>
                <w:color w:val="000000"/>
                <w:sz w:val="23"/>
                <w:lang w:val="ru-RU"/>
              </w:rPr>
              <w:t>Васюткино</w:t>
            </w:r>
            <w:proofErr w:type="spellEnd"/>
            <w:r w:rsidRPr="007924E7">
              <w:rPr>
                <w:rFonts w:ascii="Times New Roman" w:eastAsia="Times New Roman" w:hAnsi="Times New Roman"/>
                <w:color w:val="000000"/>
                <w:sz w:val="23"/>
                <w:lang w:val="ru-RU"/>
              </w:rPr>
              <w:t xml:space="preserve"> озеро".</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01.03.2023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12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71.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144"/>
              <w:rPr>
                <w:lang w:val="ru-RU"/>
              </w:rPr>
            </w:pPr>
            <w:r w:rsidRPr="007924E7">
              <w:rPr>
                <w:rFonts w:ascii="Times New Roman" w:eastAsia="Times New Roman" w:hAnsi="Times New Roman"/>
                <w:color w:val="000000"/>
                <w:sz w:val="23"/>
                <w:lang w:val="ru-RU"/>
              </w:rPr>
              <w:t>В.П. Астафьев. «</w:t>
            </w:r>
            <w:proofErr w:type="spellStart"/>
            <w:r w:rsidRPr="007924E7">
              <w:rPr>
                <w:rFonts w:ascii="Times New Roman" w:eastAsia="Times New Roman" w:hAnsi="Times New Roman"/>
                <w:color w:val="000000"/>
                <w:sz w:val="23"/>
                <w:lang w:val="ru-RU"/>
              </w:rPr>
              <w:t>Васюткино</w:t>
            </w:r>
            <w:proofErr w:type="spellEnd"/>
            <w:r w:rsidRPr="007924E7">
              <w:rPr>
                <w:rFonts w:ascii="Times New Roman" w:eastAsia="Times New Roman" w:hAnsi="Times New Roman"/>
                <w:color w:val="000000"/>
                <w:sz w:val="23"/>
                <w:lang w:val="ru-RU"/>
              </w:rPr>
              <w:t xml:space="preserve"> озеро». Черты характера </w:t>
            </w:r>
            <w:r w:rsidRPr="007924E7">
              <w:rPr>
                <w:lang w:val="ru-RU"/>
              </w:rPr>
              <w:br/>
            </w:r>
            <w:r w:rsidRPr="007924E7">
              <w:rPr>
                <w:rFonts w:ascii="Times New Roman" w:eastAsia="Times New Roman" w:hAnsi="Times New Roman"/>
                <w:color w:val="000000"/>
                <w:sz w:val="23"/>
                <w:lang w:val="ru-RU"/>
              </w:rPr>
              <w:t>героя и его поведение в лесу.</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03.03.2023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Письменный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контроль</w:t>
            </w:r>
            <w:proofErr w:type="spellEnd"/>
            <w:r>
              <w:rPr>
                <w:rFonts w:ascii="Times New Roman" w:eastAsia="Times New Roman" w:hAnsi="Times New Roman"/>
                <w:color w:val="000000"/>
                <w:sz w:val="23"/>
              </w:rPr>
              <w:t>;</w:t>
            </w:r>
          </w:p>
        </w:tc>
      </w:tr>
      <w:tr w:rsidR="00C76F25">
        <w:trPr>
          <w:trHeight w:hRule="exact" w:val="110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72.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71" w:lineRule="auto"/>
              <w:ind w:left="70" w:right="144"/>
              <w:rPr>
                <w:lang w:val="ru-RU"/>
              </w:rPr>
            </w:pPr>
            <w:r w:rsidRPr="007924E7">
              <w:rPr>
                <w:rFonts w:ascii="Times New Roman" w:eastAsia="Times New Roman" w:hAnsi="Times New Roman"/>
                <w:color w:val="000000"/>
                <w:sz w:val="23"/>
                <w:lang w:val="ru-RU"/>
              </w:rPr>
              <w:t>В.П. Астафьев «</w:t>
            </w:r>
            <w:proofErr w:type="spellStart"/>
            <w:r w:rsidRPr="007924E7">
              <w:rPr>
                <w:rFonts w:ascii="Times New Roman" w:eastAsia="Times New Roman" w:hAnsi="Times New Roman"/>
                <w:color w:val="000000"/>
                <w:sz w:val="23"/>
                <w:lang w:val="ru-RU"/>
              </w:rPr>
              <w:t>Васюткино</w:t>
            </w:r>
            <w:proofErr w:type="spellEnd"/>
            <w:r w:rsidRPr="007924E7">
              <w:rPr>
                <w:rFonts w:ascii="Times New Roman" w:eastAsia="Times New Roman" w:hAnsi="Times New Roman"/>
                <w:color w:val="000000"/>
                <w:sz w:val="23"/>
                <w:lang w:val="ru-RU"/>
              </w:rPr>
              <w:t xml:space="preserve"> озеро». Человек и природа в рассказе.</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06.03.2023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bl>
    <w:p w:rsidR="00C76F25" w:rsidRDefault="00C76F25">
      <w:pPr>
        <w:autoSpaceDE w:val="0"/>
        <w:autoSpaceDN w:val="0"/>
        <w:spacing w:after="0" w:line="14" w:lineRule="exact"/>
      </w:pPr>
    </w:p>
    <w:p w:rsidR="00C76F25" w:rsidRDefault="00C76F25">
      <w:pPr>
        <w:sectPr w:rsidR="00C76F25">
          <w:pgSz w:w="11900" w:h="16840"/>
          <w:pgMar w:top="284" w:right="556" w:bottom="418" w:left="662" w:header="720" w:footer="720" w:gutter="0"/>
          <w:cols w:space="720" w:equalWidth="0">
            <w:col w:w="10682" w:space="0"/>
          </w:cols>
          <w:docGrid w:linePitch="360"/>
        </w:sectPr>
      </w:pPr>
    </w:p>
    <w:p w:rsidR="00C76F25" w:rsidRDefault="00C76F25">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54"/>
        <w:gridCol w:w="3120"/>
        <w:gridCol w:w="704"/>
        <w:gridCol w:w="1560"/>
        <w:gridCol w:w="1606"/>
        <w:gridCol w:w="1190"/>
        <w:gridCol w:w="1918"/>
      </w:tblGrid>
      <w:tr w:rsidR="00C76F25">
        <w:trPr>
          <w:trHeight w:hRule="exact" w:val="79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73.</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right="576"/>
              <w:jc w:val="center"/>
              <w:rPr>
                <w:lang w:val="ru-RU"/>
              </w:rPr>
            </w:pPr>
            <w:r w:rsidRPr="007924E7">
              <w:rPr>
                <w:rFonts w:ascii="Times New Roman" w:eastAsia="Times New Roman" w:hAnsi="Times New Roman"/>
                <w:color w:val="000000"/>
                <w:sz w:val="23"/>
                <w:lang w:val="ru-RU"/>
              </w:rPr>
              <w:t>Контрольная работа по литературе 19-20 веков.</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10.03.2023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Контрольная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74.</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71" w:lineRule="auto"/>
              <w:ind w:left="70" w:right="144"/>
              <w:rPr>
                <w:lang w:val="ru-RU"/>
              </w:rPr>
            </w:pPr>
            <w:r w:rsidRPr="007924E7">
              <w:rPr>
                <w:rFonts w:ascii="Times New Roman" w:eastAsia="Times New Roman" w:hAnsi="Times New Roman"/>
                <w:color w:val="000000"/>
                <w:sz w:val="23"/>
                <w:lang w:val="ru-RU"/>
              </w:rPr>
              <w:t xml:space="preserve">Подготовка к сочинению по рассказу </w:t>
            </w:r>
            <w:proofErr w:type="spellStart"/>
            <w:r w:rsidRPr="007924E7">
              <w:rPr>
                <w:rFonts w:ascii="Times New Roman" w:eastAsia="Times New Roman" w:hAnsi="Times New Roman"/>
                <w:color w:val="000000"/>
                <w:sz w:val="23"/>
                <w:lang w:val="ru-RU"/>
              </w:rPr>
              <w:t>В.П.Астафьева</w:t>
            </w:r>
            <w:proofErr w:type="spellEnd"/>
            <w:r w:rsidRPr="007924E7">
              <w:rPr>
                <w:rFonts w:ascii="Times New Roman" w:eastAsia="Times New Roman" w:hAnsi="Times New Roman"/>
                <w:color w:val="000000"/>
                <w:sz w:val="23"/>
                <w:lang w:val="ru-RU"/>
              </w:rPr>
              <w:t xml:space="preserve"> </w:t>
            </w:r>
            <w:r w:rsidRPr="007924E7">
              <w:rPr>
                <w:lang w:val="ru-RU"/>
              </w:rPr>
              <w:br/>
            </w:r>
            <w:r w:rsidRPr="007924E7">
              <w:rPr>
                <w:rFonts w:ascii="Times New Roman" w:eastAsia="Times New Roman" w:hAnsi="Times New Roman"/>
                <w:color w:val="000000"/>
                <w:sz w:val="23"/>
                <w:lang w:val="ru-RU"/>
              </w:rPr>
              <w:t>"</w:t>
            </w:r>
            <w:proofErr w:type="spellStart"/>
            <w:r w:rsidRPr="007924E7">
              <w:rPr>
                <w:rFonts w:ascii="Times New Roman" w:eastAsia="Times New Roman" w:hAnsi="Times New Roman"/>
                <w:color w:val="000000"/>
                <w:sz w:val="23"/>
                <w:lang w:val="ru-RU"/>
              </w:rPr>
              <w:t>Васюткино</w:t>
            </w:r>
            <w:proofErr w:type="spellEnd"/>
            <w:r w:rsidRPr="007924E7">
              <w:rPr>
                <w:rFonts w:ascii="Times New Roman" w:eastAsia="Times New Roman" w:hAnsi="Times New Roman"/>
                <w:color w:val="000000"/>
                <w:sz w:val="23"/>
                <w:lang w:val="ru-RU"/>
              </w:rPr>
              <w:t xml:space="preserve"> озеро"</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13.03.2023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71" w:lineRule="auto"/>
              <w:ind w:left="68" w:right="432"/>
            </w:pPr>
            <w:proofErr w:type="spellStart"/>
            <w:r>
              <w:rPr>
                <w:rFonts w:ascii="Times New Roman" w:eastAsia="Times New Roman" w:hAnsi="Times New Roman"/>
                <w:color w:val="000000"/>
                <w:sz w:val="23"/>
              </w:rPr>
              <w:t>Собирание</w:t>
            </w:r>
            <w:proofErr w:type="spellEnd"/>
            <w:r>
              <w:rPr>
                <w:rFonts w:ascii="Times New Roman" w:eastAsia="Times New Roman" w:hAnsi="Times New Roman"/>
                <w:color w:val="000000"/>
                <w:sz w:val="23"/>
              </w:rPr>
              <w:t xml:space="preserve"> </w:t>
            </w:r>
            <w:r>
              <w:br/>
            </w:r>
            <w:proofErr w:type="spellStart"/>
            <w:r>
              <w:rPr>
                <w:rFonts w:ascii="Times New Roman" w:eastAsia="Times New Roman" w:hAnsi="Times New Roman"/>
                <w:color w:val="000000"/>
                <w:sz w:val="23"/>
              </w:rPr>
              <w:t>материалов</w:t>
            </w:r>
            <w:proofErr w:type="spellEnd"/>
            <w:r>
              <w:rPr>
                <w:rFonts w:ascii="Times New Roman" w:eastAsia="Times New Roman" w:hAnsi="Times New Roman"/>
                <w:color w:val="000000"/>
                <w:sz w:val="23"/>
              </w:rPr>
              <w:t xml:space="preserve"> к </w:t>
            </w:r>
            <w:proofErr w:type="spellStart"/>
            <w:r>
              <w:rPr>
                <w:rFonts w:ascii="Times New Roman" w:eastAsia="Times New Roman" w:hAnsi="Times New Roman"/>
                <w:color w:val="000000"/>
                <w:sz w:val="23"/>
              </w:rPr>
              <w:t>сочинению</w:t>
            </w:r>
            <w:proofErr w:type="spellEnd"/>
            <w:r>
              <w:rPr>
                <w:rFonts w:ascii="Times New Roman" w:eastAsia="Times New Roman" w:hAnsi="Times New Roman"/>
                <w:color w:val="000000"/>
                <w:sz w:val="23"/>
              </w:rPr>
              <w:t>;</w:t>
            </w:r>
          </w:p>
        </w:tc>
      </w:tr>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75.</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right="144"/>
              <w:jc w:val="center"/>
              <w:rPr>
                <w:lang w:val="ru-RU"/>
              </w:rPr>
            </w:pPr>
            <w:r w:rsidRPr="007924E7">
              <w:rPr>
                <w:rFonts w:ascii="Times New Roman" w:eastAsia="Times New Roman" w:hAnsi="Times New Roman"/>
                <w:color w:val="000000"/>
                <w:sz w:val="23"/>
                <w:lang w:val="ru-RU"/>
              </w:rPr>
              <w:t>Развитие речи. Контрольное сочинение по рассказу В.П.</w:t>
            </w:r>
          </w:p>
          <w:p w:rsidR="00C76F25" w:rsidRDefault="0044668A">
            <w:pPr>
              <w:autoSpaceDE w:val="0"/>
              <w:autoSpaceDN w:val="0"/>
              <w:spacing w:before="68" w:after="0" w:line="262" w:lineRule="auto"/>
              <w:ind w:left="70" w:right="720"/>
            </w:pPr>
            <w:proofErr w:type="spellStart"/>
            <w:r>
              <w:rPr>
                <w:rFonts w:ascii="Times New Roman" w:eastAsia="Times New Roman" w:hAnsi="Times New Roman"/>
                <w:color w:val="000000"/>
                <w:sz w:val="23"/>
              </w:rPr>
              <w:t>Астафьев</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Васюткино</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озеро</w:t>
            </w:r>
            <w:proofErr w:type="spellEnd"/>
            <w:r>
              <w:rPr>
                <w:rFonts w:ascii="Times New Roman" w:eastAsia="Times New Roman" w:hAnsi="Times New Roman"/>
                <w:color w:val="000000"/>
                <w:sz w:val="23"/>
              </w:rPr>
              <w:t xml:space="preserve">».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1</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15.03.2023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Сочинение</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76.</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71" w:lineRule="auto"/>
              <w:ind w:left="70" w:right="576"/>
            </w:pPr>
            <w:r w:rsidRPr="007924E7">
              <w:rPr>
                <w:rFonts w:ascii="Times New Roman" w:eastAsia="Times New Roman" w:hAnsi="Times New Roman"/>
                <w:color w:val="000000"/>
                <w:sz w:val="23"/>
                <w:lang w:val="ru-RU"/>
              </w:rPr>
              <w:t xml:space="preserve">Человек на войне. Л. А. Кассиль. </w:t>
            </w:r>
            <w:r>
              <w:rPr>
                <w:rFonts w:ascii="Times New Roman" w:eastAsia="Times New Roman" w:hAnsi="Times New Roman"/>
                <w:color w:val="000000"/>
                <w:sz w:val="23"/>
              </w:rPr>
              <w:t>«</w:t>
            </w:r>
            <w:proofErr w:type="spellStart"/>
            <w:r>
              <w:rPr>
                <w:rFonts w:ascii="Times New Roman" w:eastAsia="Times New Roman" w:hAnsi="Times New Roman"/>
                <w:color w:val="000000"/>
                <w:sz w:val="23"/>
              </w:rPr>
              <w:t>Дорогие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мои</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мальчишки</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17.03.2023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79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77.</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70" w:right="576"/>
            </w:pPr>
            <w:r w:rsidRPr="007924E7">
              <w:rPr>
                <w:rFonts w:ascii="Times New Roman" w:eastAsia="Times New Roman" w:hAnsi="Times New Roman"/>
                <w:color w:val="000000"/>
                <w:sz w:val="23"/>
                <w:lang w:val="ru-RU"/>
              </w:rPr>
              <w:t xml:space="preserve">Человек на войне. В. П. Катаев. </w:t>
            </w:r>
            <w:r>
              <w:rPr>
                <w:rFonts w:ascii="Times New Roman" w:eastAsia="Times New Roman" w:hAnsi="Times New Roman"/>
                <w:color w:val="000000"/>
                <w:sz w:val="23"/>
              </w:rPr>
              <w:t>«</w:t>
            </w:r>
            <w:proofErr w:type="spellStart"/>
            <w:r>
              <w:rPr>
                <w:rFonts w:ascii="Times New Roman" w:eastAsia="Times New Roman" w:hAnsi="Times New Roman"/>
                <w:color w:val="000000"/>
                <w:sz w:val="23"/>
              </w:rPr>
              <w:t>Сын</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полка</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31.03.2023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144"/>
            </w:pPr>
            <w:proofErr w:type="spellStart"/>
            <w:r>
              <w:rPr>
                <w:rFonts w:ascii="Times New Roman" w:eastAsia="Times New Roman" w:hAnsi="Times New Roman"/>
                <w:color w:val="000000"/>
                <w:sz w:val="23"/>
              </w:rPr>
              <w:t>Чтение</w:t>
            </w:r>
            <w:proofErr w:type="spellEnd"/>
            <w:r>
              <w:rPr>
                <w:rFonts w:ascii="Times New Roman" w:eastAsia="Times New Roman" w:hAnsi="Times New Roman"/>
                <w:color w:val="000000"/>
                <w:sz w:val="23"/>
              </w:rPr>
              <w:t xml:space="preserve"> и </w:t>
            </w:r>
            <w:proofErr w:type="spellStart"/>
            <w:r>
              <w:rPr>
                <w:rFonts w:ascii="Times New Roman" w:eastAsia="Times New Roman" w:hAnsi="Times New Roman"/>
                <w:color w:val="000000"/>
                <w:sz w:val="23"/>
              </w:rPr>
              <w:t>анализ</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эпизодов</w:t>
            </w:r>
            <w:proofErr w:type="spellEnd"/>
            <w:r>
              <w:rPr>
                <w:rFonts w:ascii="Times New Roman" w:eastAsia="Times New Roman" w:hAnsi="Times New Roman"/>
                <w:color w:val="000000"/>
                <w:sz w:val="23"/>
              </w:rPr>
              <w:t>;</w:t>
            </w:r>
          </w:p>
        </w:tc>
      </w:tr>
      <w:tr w:rsidR="00C76F25">
        <w:trPr>
          <w:trHeight w:hRule="exact" w:val="79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78.</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70" w:right="576"/>
            </w:pPr>
            <w:r w:rsidRPr="007924E7">
              <w:rPr>
                <w:rFonts w:ascii="Times New Roman" w:eastAsia="Times New Roman" w:hAnsi="Times New Roman"/>
                <w:color w:val="000000"/>
                <w:sz w:val="23"/>
                <w:lang w:val="ru-RU"/>
              </w:rPr>
              <w:t xml:space="preserve">Человек на войне. В. П. Катаев. </w:t>
            </w:r>
            <w:r>
              <w:rPr>
                <w:rFonts w:ascii="Times New Roman" w:eastAsia="Times New Roman" w:hAnsi="Times New Roman"/>
                <w:color w:val="000000"/>
                <w:sz w:val="23"/>
              </w:rPr>
              <w:t>«</w:t>
            </w:r>
            <w:proofErr w:type="spellStart"/>
            <w:r>
              <w:rPr>
                <w:rFonts w:ascii="Times New Roman" w:eastAsia="Times New Roman" w:hAnsi="Times New Roman"/>
                <w:color w:val="000000"/>
                <w:sz w:val="23"/>
              </w:rPr>
              <w:t>Сын</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полка</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03.04.2023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144"/>
            </w:pPr>
            <w:proofErr w:type="spellStart"/>
            <w:r>
              <w:rPr>
                <w:rFonts w:ascii="Times New Roman" w:eastAsia="Times New Roman" w:hAnsi="Times New Roman"/>
                <w:color w:val="000000"/>
                <w:sz w:val="23"/>
              </w:rPr>
              <w:t>Чтение</w:t>
            </w:r>
            <w:proofErr w:type="spellEnd"/>
            <w:r>
              <w:rPr>
                <w:rFonts w:ascii="Times New Roman" w:eastAsia="Times New Roman" w:hAnsi="Times New Roman"/>
                <w:color w:val="000000"/>
                <w:sz w:val="23"/>
              </w:rPr>
              <w:t xml:space="preserve"> и </w:t>
            </w:r>
            <w:proofErr w:type="spellStart"/>
            <w:r>
              <w:rPr>
                <w:rFonts w:ascii="Times New Roman" w:eastAsia="Times New Roman" w:hAnsi="Times New Roman"/>
                <w:color w:val="000000"/>
                <w:sz w:val="23"/>
              </w:rPr>
              <w:t>анализ</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эпизодов</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79.</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30" w:lineRule="auto"/>
              <w:ind w:left="70"/>
              <w:rPr>
                <w:lang w:val="ru-RU"/>
              </w:rPr>
            </w:pPr>
            <w:r w:rsidRPr="007924E7">
              <w:rPr>
                <w:rFonts w:ascii="Times New Roman" w:eastAsia="Times New Roman" w:hAnsi="Times New Roman"/>
                <w:color w:val="000000"/>
                <w:sz w:val="23"/>
                <w:lang w:val="ru-RU"/>
              </w:rPr>
              <w:t>Внеклассное чтение. Ю. Я.</w:t>
            </w:r>
          </w:p>
          <w:p w:rsidR="00C76F25" w:rsidRDefault="0044668A">
            <w:pPr>
              <w:autoSpaceDE w:val="0"/>
              <w:autoSpaceDN w:val="0"/>
              <w:spacing w:before="68" w:after="0" w:line="262" w:lineRule="auto"/>
              <w:ind w:left="70" w:right="576"/>
            </w:pPr>
            <w:r w:rsidRPr="007924E7">
              <w:rPr>
                <w:rFonts w:ascii="Times New Roman" w:eastAsia="Times New Roman" w:hAnsi="Times New Roman"/>
                <w:color w:val="000000"/>
                <w:sz w:val="23"/>
                <w:lang w:val="ru-RU"/>
              </w:rPr>
              <w:t xml:space="preserve">Яковлев. </w:t>
            </w:r>
            <w:r>
              <w:rPr>
                <w:rFonts w:ascii="Times New Roman" w:eastAsia="Times New Roman" w:hAnsi="Times New Roman"/>
                <w:color w:val="000000"/>
                <w:sz w:val="23"/>
              </w:rPr>
              <w:t>«</w:t>
            </w:r>
            <w:proofErr w:type="spellStart"/>
            <w:r>
              <w:rPr>
                <w:rFonts w:ascii="Times New Roman" w:eastAsia="Times New Roman" w:hAnsi="Times New Roman"/>
                <w:color w:val="000000"/>
                <w:sz w:val="23"/>
              </w:rPr>
              <w:t>Девочки</w:t>
            </w:r>
            <w:proofErr w:type="spellEnd"/>
            <w:r>
              <w:rPr>
                <w:rFonts w:ascii="Times New Roman" w:eastAsia="Times New Roman" w:hAnsi="Times New Roman"/>
                <w:color w:val="000000"/>
                <w:sz w:val="23"/>
              </w:rPr>
              <w:t xml:space="preserve"> с </w:t>
            </w:r>
            <w:r>
              <w:br/>
            </w:r>
            <w:proofErr w:type="spellStart"/>
            <w:r>
              <w:rPr>
                <w:rFonts w:ascii="Times New Roman" w:eastAsia="Times New Roman" w:hAnsi="Times New Roman"/>
                <w:color w:val="000000"/>
                <w:sz w:val="23"/>
              </w:rPr>
              <w:t>Васильевского</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острова</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05.04.2023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rsidRPr="007A4A81">
        <w:trPr>
          <w:trHeight w:hRule="exact" w:val="144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80.</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30" w:lineRule="auto"/>
              <w:ind w:left="70"/>
              <w:rPr>
                <w:lang w:val="ru-RU"/>
              </w:rPr>
            </w:pPr>
            <w:r w:rsidRPr="007924E7">
              <w:rPr>
                <w:rFonts w:ascii="Times New Roman" w:eastAsia="Times New Roman" w:hAnsi="Times New Roman"/>
                <w:color w:val="000000"/>
                <w:sz w:val="23"/>
                <w:lang w:val="ru-RU"/>
              </w:rPr>
              <w:t>Произведения о детстве.</w:t>
            </w:r>
          </w:p>
          <w:p w:rsidR="00C76F25" w:rsidRPr="007924E7" w:rsidRDefault="0044668A">
            <w:pPr>
              <w:autoSpaceDE w:val="0"/>
              <w:autoSpaceDN w:val="0"/>
              <w:spacing w:before="68" w:after="0" w:line="262" w:lineRule="auto"/>
              <w:ind w:left="70" w:right="288"/>
              <w:rPr>
                <w:lang w:val="ru-RU"/>
              </w:rPr>
            </w:pPr>
            <w:r w:rsidRPr="007924E7">
              <w:rPr>
                <w:rFonts w:ascii="Times New Roman" w:eastAsia="Times New Roman" w:hAnsi="Times New Roman"/>
                <w:color w:val="000000"/>
                <w:sz w:val="23"/>
                <w:lang w:val="ru-RU"/>
              </w:rPr>
              <w:t xml:space="preserve">Рассказ А. Г. Алексина </w:t>
            </w:r>
            <w:r w:rsidRPr="007924E7">
              <w:rPr>
                <w:lang w:val="ru-RU"/>
              </w:rPr>
              <w:br/>
            </w:r>
            <w:r w:rsidRPr="007924E7">
              <w:rPr>
                <w:rFonts w:ascii="Times New Roman" w:eastAsia="Times New Roman" w:hAnsi="Times New Roman"/>
                <w:color w:val="000000"/>
                <w:sz w:val="23"/>
                <w:lang w:val="ru-RU"/>
              </w:rPr>
              <w:t>"Самый счастливый день".</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07.04.2023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8" w:lineRule="auto"/>
              <w:ind w:left="68" w:right="144"/>
              <w:rPr>
                <w:lang w:val="ru-RU"/>
              </w:rPr>
            </w:pPr>
            <w:r w:rsidRPr="007924E7">
              <w:rPr>
                <w:rFonts w:ascii="Times New Roman" w:eastAsia="Times New Roman" w:hAnsi="Times New Roman"/>
                <w:color w:val="000000"/>
                <w:sz w:val="23"/>
                <w:lang w:val="ru-RU"/>
              </w:rPr>
              <w:t xml:space="preserve">Самооценка с </w:t>
            </w:r>
            <w:r w:rsidRPr="007924E7">
              <w:rPr>
                <w:lang w:val="ru-RU"/>
              </w:rPr>
              <w:br/>
            </w:r>
            <w:proofErr w:type="spellStart"/>
            <w:r w:rsidRPr="007924E7">
              <w:rPr>
                <w:rFonts w:ascii="Times New Roman" w:eastAsia="Times New Roman" w:hAnsi="Times New Roman"/>
                <w:color w:val="000000"/>
                <w:sz w:val="23"/>
                <w:lang w:val="ru-RU"/>
              </w:rPr>
              <w:t>использованием</w:t>
            </w:r>
            <w:proofErr w:type="gramStart"/>
            <w:r w:rsidRPr="007924E7">
              <w:rPr>
                <w:rFonts w:ascii="Times New Roman" w:eastAsia="Times New Roman" w:hAnsi="Times New Roman"/>
                <w:color w:val="000000"/>
                <w:sz w:val="23"/>
                <w:lang w:val="ru-RU"/>
              </w:rPr>
              <w:t>«О</w:t>
            </w:r>
            <w:proofErr w:type="gramEnd"/>
            <w:r w:rsidRPr="007924E7">
              <w:rPr>
                <w:rFonts w:ascii="Times New Roman" w:eastAsia="Times New Roman" w:hAnsi="Times New Roman"/>
                <w:color w:val="000000"/>
                <w:sz w:val="23"/>
                <w:lang w:val="ru-RU"/>
              </w:rPr>
              <w:t>ценочного</w:t>
            </w:r>
            <w:proofErr w:type="spellEnd"/>
            <w:r w:rsidRPr="007924E7">
              <w:rPr>
                <w:rFonts w:ascii="Times New Roman" w:eastAsia="Times New Roman" w:hAnsi="Times New Roman"/>
                <w:color w:val="000000"/>
                <w:sz w:val="23"/>
                <w:lang w:val="ru-RU"/>
              </w:rPr>
              <w:t xml:space="preserve"> </w:t>
            </w:r>
            <w:r w:rsidRPr="007924E7">
              <w:rPr>
                <w:lang w:val="ru-RU"/>
              </w:rPr>
              <w:br/>
            </w:r>
            <w:r w:rsidRPr="007924E7">
              <w:rPr>
                <w:rFonts w:ascii="Times New Roman" w:eastAsia="Times New Roman" w:hAnsi="Times New Roman"/>
                <w:color w:val="000000"/>
                <w:sz w:val="23"/>
                <w:lang w:val="ru-RU"/>
              </w:rPr>
              <w:t>листа»;</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81.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71" w:lineRule="auto"/>
              <w:ind w:left="70" w:right="288"/>
              <w:rPr>
                <w:lang w:val="ru-RU"/>
              </w:rPr>
            </w:pPr>
            <w:r w:rsidRPr="007924E7">
              <w:rPr>
                <w:rFonts w:ascii="Times New Roman" w:eastAsia="Times New Roman" w:hAnsi="Times New Roman"/>
                <w:color w:val="000000"/>
                <w:sz w:val="23"/>
                <w:lang w:val="ru-RU"/>
              </w:rPr>
              <w:t xml:space="preserve">Произведения о детстве. Рассказ В. К. </w:t>
            </w:r>
            <w:proofErr w:type="spellStart"/>
            <w:r w:rsidRPr="007924E7">
              <w:rPr>
                <w:rFonts w:ascii="Times New Roman" w:eastAsia="Times New Roman" w:hAnsi="Times New Roman"/>
                <w:color w:val="000000"/>
                <w:sz w:val="23"/>
                <w:lang w:val="ru-RU"/>
              </w:rPr>
              <w:t>Железникова</w:t>
            </w:r>
            <w:proofErr w:type="spellEnd"/>
            <w:r w:rsidRPr="007924E7">
              <w:rPr>
                <w:rFonts w:ascii="Times New Roman" w:eastAsia="Times New Roman" w:hAnsi="Times New Roman"/>
                <w:color w:val="000000"/>
                <w:sz w:val="23"/>
                <w:lang w:val="ru-RU"/>
              </w:rPr>
              <w:t xml:space="preserve"> "Три ветки мимозы".</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10.04.2023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82.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ind w:left="70" w:right="144"/>
              <w:rPr>
                <w:lang w:val="ru-RU"/>
              </w:rPr>
            </w:pPr>
            <w:r w:rsidRPr="007924E7">
              <w:rPr>
                <w:rFonts w:ascii="Times New Roman" w:eastAsia="Times New Roman" w:hAnsi="Times New Roman"/>
                <w:color w:val="000000"/>
                <w:sz w:val="23"/>
                <w:lang w:val="ru-RU"/>
              </w:rPr>
              <w:t xml:space="preserve">Развитие речи. Отзыв на </w:t>
            </w:r>
            <w:r w:rsidRPr="007924E7">
              <w:rPr>
                <w:lang w:val="ru-RU"/>
              </w:rPr>
              <w:br/>
            </w:r>
            <w:r w:rsidRPr="007924E7">
              <w:rPr>
                <w:rFonts w:ascii="Times New Roman" w:eastAsia="Times New Roman" w:hAnsi="Times New Roman"/>
                <w:color w:val="000000"/>
                <w:sz w:val="23"/>
                <w:lang w:val="ru-RU"/>
              </w:rPr>
              <w:t xml:space="preserve">произведение отечественных писателей </w:t>
            </w:r>
            <w:r>
              <w:rPr>
                <w:rFonts w:ascii="Times New Roman" w:eastAsia="Times New Roman" w:hAnsi="Times New Roman"/>
                <w:color w:val="000000"/>
                <w:sz w:val="23"/>
              </w:rPr>
              <w:t>XIX</w:t>
            </w:r>
            <w:r w:rsidRPr="007924E7">
              <w:rPr>
                <w:rFonts w:ascii="Times New Roman" w:eastAsia="Times New Roman" w:hAnsi="Times New Roman"/>
                <w:color w:val="000000"/>
                <w:sz w:val="23"/>
                <w:lang w:val="ru-RU"/>
              </w:rPr>
              <w:t>–</w:t>
            </w:r>
            <w:r>
              <w:rPr>
                <w:rFonts w:ascii="Times New Roman" w:eastAsia="Times New Roman" w:hAnsi="Times New Roman"/>
                <w:color w:val="000000"/>
                <w:sz w:val="23"/>
              </w:rPr>
              <w:t>XXI</w:t>
            </w:r>
            <w:r w:rsidRPr="007924E7">
              <w:rPr>
                <w:rFonts w:ascii="Times New Roman" w:eastAsia="Times New Roman" w:hAnsi="Times New Roman"/>
                <w:color w:val="000000"/>
                <w:sz w:val="23"/>
                <w:lang w:val="ru-RU"/>
              </w:rPr>
              <w:t xml:space="preserve"> веков на тему детства</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12.04.2023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62" w:lineRule="auto"/>
              <w:ind w:left="68" w:right="288"/>
            </w:pPr>
            <w:proofErr w:type="spellStart"/>
            <w:r>
              <w:rPr>
                <w:rFonts w:ascii="Times New Roman" w:eastAsia="Times New Roman" w:hAnsi="Times New Roman"/>
                <w:color w:val="000000"/>
                <w:sz w:val="23"/>
              </w:rPr>
              <w:t>Отзыв</w:t>
            </w:r>
            <w:proofErr w:type="spellEnd"/>
            <w:r>
              <w:rPr>
                <w:rFonts w:ascii="Times New Roman" w:eastAsia="Times New Roman" w:hAnsi="Times New Roman"/>
                <w:color w:val="000000"/>
                <w:sz w:val="23"/>
              </w:rPr>
              <w:t xml:space="preserve"> о </w:t>
            </w:r>
            <w:r>
              <w:br/>
            </w:r>
            <w:proofErr w:type="spellStart"/>
            <w:r>
              <w:rPr>
                <w:rFonts w:ascii="Times New Roman" w:eastAsia="Times New Roman" w:hAnsi="Times New Roman"/>
                <w:color w:val="000000"/>
                <w:sz w:val="23"/>
              </w:rPr>
              <w:t>произведении</w:t>
            </w:r>
            <w:proofErr w:type="spellEnd"/>
            <w:r>
              <w:rPr>
                <w:rFonts w:ascii="Times New Roman" w:eastAsia="Times New Roman" w:hAnsi="Times New Roman"/>
                <w:color w:val="000000"/>
                <w:sz w:val="23"/>
              </w:rPr>
              <w:t>;</w:t>
            </w:r>
          </w:p>
        </w:tc>
      </w:tr>
      <w:tr w:rsidR="00C76F25">
        <w:trPr>
          <w:trHeight w:hRule="exact" w:val="176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83.</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81" w:lineRule="auto"/>
              <w:ind w:left="70" w:right="144"/>
              <w:rPr>
                <w:lang w:val="ru-RU"/>
              </w:rPr>
            </w:pPr>
            <w:r w:rsidRPr="007924E7">
              <w:rPr>
                <w:rFonts w:ascii="Times New Roman" w:eastAsia="Times New Roman" w:hAnsi="Times New Roman"/>
                <w:color w:val="000000"/>
                <w:sz w:val="23"/>
                <w:lang w:val="ru-RU"/>
              </w:rPr>
              <w:t xml:space="preserve">Произведения </w:t>
            </w:r>
            <w:r w:rsidRPr="007924E7">
              <w:rPr>
                <w:lang w:val="ru-RU"/>
              </w:rPr>
              <w:br/>
            </w:r>
            <w:r w:rsidRPr="007924E7">
              <w:rPr>
                <w:rFonts w:ascii="Times New Roman" w:eastAsia="Times New Roman" w:hAnsi="Times New Roman"/>
                <w:color w:val="000000"/>
                <w:sz w:val="23"/>
                <w:lang w:val="ru-RU"/>
              </w:rPr>
              <w:t xml:space="preserve">приключенческого жанра </w:t>
            </w:r>
            <w:r w:rsidRPr="007924E7">
              <w:rPr>
                <w:lang w:val="ru-RU"/>
              </w:rPr>
              <w:br/>
            </w:r>
            <w:r w:rsidRPr="007924E7">
              <w:rPr>
                <w:rFonts w:ascii="Times New Roman" w:eastAsia="Times New Roman" w:hAnsi="Times New Roman"/>
                <w:color w:val="000000"/>
                <w:sz w:val="23"/>
                <w:lang w:val="ru-RU"/>
              </w:rPr>
              <w:t xml:space="preserve">отечественных писателей. К. </w:t>
            </w:r>
            <w:proofErr w:type="spellStart"/>
            <w:r w:rsidRPr="007924E7">
              <w:rPr>
                <w:rFonts w:ascii="Times New Roman" w:eastAsia="Times New Roman" w:hAnsi="Times New Roman"/>
                <w:color w:val="000000"/>
                <w:sz w:val="23"/>
                <w:lang w:val="ru-RU"/>
              </w:rPr>
              <w:t>Булычёв</w:t>
            </w:r>
            <w:proofErr w:type="gramStart"/>
            <w:r w:rsidRPr="007924E7">
              <w:rPr>
                <w:rFonts w:ascii="Times New Roman" w:eastAsia="Times New Roman" w:hAnsi="Times New Roman"/>
                <w:color w:val="000000"/>
                <w:sz w:val="23"/>
                <w:lang w:val="ru-RU"/>
              </w:rPr>
              <w:t>«Д</w:t>
            </w:r>
            <w:proofErr w:type="gramEnd"/>
            <w:r w:rsidRPr="007924E7">
              <w:rPr>
                <w:rFonts w:ascii="Times New Roman" w:eastAsia="Times New Roman" w:hAnsi="Times New Roman"/>
                <w:color w:val="000000"/>
                <w:sz w:val="23"/>
                <w:lang w:val="ru-RU"/>
              </w:rPr>
              <w:t>евочка</w:t>
            </w:r>
            <w:proofErr w:type="spellEnd"/>
            <w:r w:rsidRPr="007924E7">
              <w:rPr>
                <w:rFonts w:ascii="Times New Roman" w:eastAsia="Times New Roman" w:hAnsi="Times New Roman"/>
                <w:color w:val="000000"/>
                <w:sz w:val="23"/>
                <w:lang w:val="ru-RU"/>
              </w:rPr>
              <w:t>, с которой ничего не случится».</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14.04.2023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76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84.</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81" w:lineRule="auto"/>
              <w:ind w:left="70" w:right="144"/>
              <w:rPr>
                <w:lang w:val="ru-RU"/>
              </w:rPr>
            </w:pPr>
            <w:r w:rsidRPr="007924E7">
              <w:rPr>
                <w:rFonts w:ascii="Times New Roman" w:eastAsia="Times New Roman" w:hAnsi="Times New Roman"/>
                <w:color w:val="000000"/>
                <w:sz w:val="23"/>
                <w:lang w:val="ru-RU"/>
              </w:rPr>
              <w:t xml:space="preserve">Произведения </w:t>
            </w:r>
            <w:r w:rsidRPr="007924E7">
              <w:rPr>
                <w:lang w:val="ru-RU"/>
              </w:rPr>
              <w:br/>
            </w:r>
            <w:r w:rsidRPr="007924E7">
              <w:rPr>
                <w:rFonts w:ascii="Times New Roman" w:eastAsia="Times New Roman" w:hAnsi="Times New Roman"/>
                <w:color w:val="000000"/>
                <w:sz w:val="23"/>
                <w:lang w:val="ru-RU"/>
              </w:rPr>
              <w:t xml:space="preserve">приключенческого жанра </w:t>
            </w:r>
            <w:r w:rsidRPr="007924E7">
              <w:rPr>
                <w:lang w:val="ru-RU"/>
              </w:rPr>
              <w:br/>
            </w:r>
            <w:r w:rsidRPr="007924E7">
              <w:rPr>
                <w:rFonts w:ascii="Times New Roman" w:eastAsia="Times New Roman" w:hAnsi="Times New Roman"/>
                <w:color w:val="000000"/>
                <w:sz w:val="23"/>
                <w:lang w:val="ru-RU"/>
              </w:rPr>
              <w:t xml:space="preserve">отечественных писателей. К. </w:t>
            </w:r>
            <w:proofErr w:type="spellStart"/>
            <w:r w:rsidRPr="007924E7">
              <w:rPr>
                <w:rFonts w:ascii="Times New Roman" w:eastAsia="Times New Roman" w:hAnsi="Times New Roman"/>
                <w:color w:val="000000"/>
                <w:sz w:val="23"/>
                <w:lang w:val="ru-RU"/>
              </w:rPr>
              <w:t>Булычёв</w:t>
            </w:r>
            <w:proofErr w:type="gramStart"/>
            <w:r w:rsidRPr="007924E7">
              <w:rPr>
                <w:rFonts w:ascii="Times New Roman" w:eastAsia="Times New Roman" w:hAnsi="Times New Roman"/>
                <w:color w:val="000000"/>
                <w:sz w:val="23"/>
                <w:lang w:val="ru-RU"/>
              </w:rPr>
              <w:t>«Д</w:t>
            </w:r>
            <w:proofErr w:type="gramEnd"/>
            <w:r w:rsidRPr="007924E7">
              <w:rPr>
                <w:rFonts w:ascii="Times New Roman" w:eastAsia="Times New Roman" w:hAnsi="Times New Roman"/>
                <w:color w:val="000000"/>
                <w:sz w:val="23"/>
                <w:lang w:val="ru-RU"/>
              </w:rPr>
              <w:t>евочка</w:t>
            </w:r>
            <w:proofErr w:type="spellEnd"/>
            <w:r w:rsidRPr="007924E7">
              <w:rPr>
                <w:rFonts w:ascii="Times New Roman" w:eastAsia="Times New Roman" w:hAnsi="Times New Roman"/>
                <w:color w:val="000000"/>
                <w:sz w:val="23"/>
                <w:lang w:val="ru-RU"/>
              </w:rPr>
              <w:t>, с которой ничего не случится».</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17.04.2023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77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85.</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576"/>
              <w:rPr>
                <w:lang w:val="ru-RU"/>
              </w:rPr>
            </w:pPr>
            <w:r w:rsidRPr="007924E7">
              <w:rPr>
                <w:rFonts w:ascii="Times New Roman" w:eastAsia="Times New Roman" w:hAnsi="Times New Roman"/>
                <w:color w:val="000000"/>
                <w:sz w:val="23"/>
                <w:lang w:val="ru-RU"/>
              </w:rPr>
              <w:t xml:space="preserve">Контрольная работа по литературе 20-21 веков.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19.04.2023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Контрольная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bl>
    <w:p w:rsidR="00C76F25" w:rsidRDefault="00C76F25">
      <w:pPr>
        <w:autoSpaceDE w:val="0"/>
        <w:autoSpaceDN w:val="0"/>
        <w:spacing w:after="0" w:line="14" w:lineRule="exact"/>
      </w:pPr>
    </w:p>
    <w:p w:rsidR="00C76F25" w:rsidRDefault="00C76F25">
      <w:pPr>
        <w:sectPr w:rsidR="00C76F25">
          <w:pgSz w:w="11900" w:h="16840"/>
          <w:pgMar w:top="284" w:right="556" w:bottom="360" w:left="662" w:header="720" w:footer="720" w:gutter="0"/>
          <w:cols w:space="720" w:equalWidth="0">
            <w:col w:w="10682" w:space="0"/>
          </w:cols>
          <w:docGrid w:linePitch="360"/>
        </w:sectPr>
      </w:pPr>
    </w:p>
    <w:p w:rsidR="00C76F25" w:rsidRDefault="00C76F25">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54"/>
        <w:gridCol w:w="3120"/>
        <w:gridCol w:w="704"/>
        <w:gridCol w:w="1560"/>
        <w:gridCol w:w="1606"/>
        <w:gridCol w:w="1190"/>
        <w:gridCol w:w="1918"/>
      </w:tblGrid>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86.</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30" w:lineRule="auto"/>
              <w:ind w:left="70"/>
              <w:rPr>
                <w:lang w:val="ru-RU"/>
              </w:rPr>
            </w:pPr>
            <w:r w:rsidRPr="007924E7">
              <w:rPr>
                <w:rFonts w:ascii="Times New Roman" w:eastAsia="Times New Roman" w:hAnsi="Times New Roman"/>
                <w:color w:val="000000"/>
                <w:sz w:val="23"/>
                <w:lang w:val="ru-RU"/>
              </w:rPr>
              <w:t>Внеклассное чтение.</w:t>
            </w:r>
          </w:p>
          <w:p w:rsidR="00C76F25" w:rsidRPr="007924E7" w:rsidRDefault="0044668A">
            <w:pPr>
              <w:autoSpaceDE w:val="0"/>
              <w:autoSpaceDN w:val="0"/>
              <w:spacing w:before="68" w:after="0" w:line="271" w:lineRule="auto"/>
              <w:ind w:left="70" w:right="288"/>
              <w:rPr>
                <w:lang w:val="ru-RU"/>
              </w:rPr>
            </w:pPr>
            <w:r w:rsidRPr="007924E7">
              <w:rPr>
                <w:rFonts w:ascii="Times New Roman" w:eastAsia="Times New Roman" w:hAnsi="Times New Roman"/>
                <w:color w:val="000000"/>
                <w:sz w:val="23"/>
                <w:lang w:val="ru-RU"/>
              </w:rPr>
              <w:t xml:space="preserve">Произведения </w:t>
            </w:r>
            <w:r w:rsidRPr="007924E7">
              <w:rPr>
                <w:lang w:val="ru-RU"/>
              </w:rPr>
              <w:br/>
            </w:r>
            <w:r w:rsidRPr="007924E7">
              <w:rPr>
                <w:rFonts w:ascii="Times New Roman" w:eastAsia="Times New Roman" w:hAnsi="Times New Roman"/>
                <w:color w:val="000000"/>
                <w:sz w:val="23"/>
                <w:lang w:val="ru-RU"/>
              </w:rPr>
              <w:t xml:space="preserve">приключенческого жанра отечественных писателей.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21.04.2023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87.</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576"/>
              <w:rPr>
                <w:lang w:val="ru-RU"/>
              </w:rPr>
            </w:pPr>
            <w:r w:rsidRPr="007924E7">
              <w:rPr>
                <w:rFonts w:ascii="Times New Roman" w:eastAsia="Times New Roman" w:hAnsi="Times New Roman"/>
                <w:color w:val="000000"/>
                <w:sz w:val="23"/>
                <w:lang w:val="ru-RU"/>
              </w:rPr>
              <w:t xml:space="preserve">Литература народов </w:t>
            </w:r>
            <w:r w:rsidRPr="007924E7">
              <w:rPr>
                <w:lang w:val="ru-RU"/>
              </w:rPr>
              <w:br/>
            </w:r>
            <w:r w:rsidRPr="007924E7">
              <w:rPr>
                <w:rFonts w:ascii="Times New Roman" w:eastAsia="Times New Roman" w:hAnsi="Times New Roman"/>
                <w:color w:val="000000"/>
                <w:sz w:val="23"/>
                <w:lang w:val="ru-RU"/>
              </w:rPr>
              <w:t>Российской Федерации.</w:t>
            </w:r>
          </w:p>
          <w:p w:rsidR="00C76F25" w:rsidRPr="007924E7" w:rsidRDefault="0044668A">
            <w:pPr>
              <w:autoSpaceDE w:val="0"/>
              <w:autoSpaceDN w:val="0"/>
              <w:spacing w:before="66" w:after="0" w:line="262" w:lineRule="auto"/>
              <w:ind w:left="70" w:right="864"/>
              <w:rPr>
                <w:lang w:val="ru-RU"/>
              </w:rPr>
            </w:pPr>
            <w:proofErr w:type="spellStart"/>
            <w:r w:rsidRPr="007924E7">
              <w:rPr>
                <w:rFonts w:ascii="Times New Roman" w:eastAsia="Times New Roman" w:hAnsi="Times New Roman"/>
                <w:color w:val="000000"/>
                <w:sz w:val="23"/>
                <w:lang w:val="ru-RU"/>
              </w:rPr>
              <w:t>Р.Г.Гамзатов</w:t>
            </w:r>
            <w:proofErr w:type="spellEnd"/>
            <w:r w:rsidRPr="007924E7">
              <w:rPr>
                <w:rFonts w:ascii="Times New Roman" w:eastAsia="Times New Roman" w:hAnsi="Times New Roman"/>
                <w:color w:val="000000"/>
                <w:sz w:val="23"/>
                <w:lang w:val="ru-RU"/>
              </w:rPr>
              <w:t xml:space="preserve">  «Песня соловья».</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24.04.2023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79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88.</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70" w:right="576"/>
            </w:pPr>
            <w:proofErr w:type="spellStart"/>
            <w:r>
              <w:rPr>
                <w:rFonts w:ascii="Times New Roman" w:eastAsia="Times New Roman" w:hAnsi="Times New Roman"/>
                <w:color w:val="000000"/>
                <w:sz w:val="23"/>
              </w:rPr>
              <w:t>Развитие</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речи</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Конкурс</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чтецов</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26.04.2023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rsidRPr="007A4A81">
        <w:trPr>
          <w:trHeight w:hRule="exact" w:val="144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89.</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line="262" w:lineRule="auto"/>
              <w:ind w:left="70"/>
              <w:rPr>
                <w:lang w:val="ru-RU"/>
              </w:rPr>
            </w:pPr>
            <w:r w:rsidRPr="007924E7">
              <w:rPr>
                <w:rFonts w:ascii="Times New Roman" w:eastAsia="Times New Roman" w:hAnsi="Times New Roman"/>
                <w:color w:val="000000"/>
                <w:sz w:val="23"/>
                <w:lang w:val="ru-RU"/>
              </w:rPr>
              <w:t>Зарубежная литература. Х. К. Андерсен «Соловей».</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6" w:after="0" w:line="230" w:lineRule="auto"/>
              <w:ind w:left="68"/>
            </w:pPr>
            <w:r>
              <w:rPr>
                <w:rFonts w:ascii="Times New Roman" w:eastAsia="Times New Roman" w:hAnsi="Times New Roman"/>
                <w:color w:val="000000"/>
                <w:sz w:val="23"/>
              </w:rPr>
              <w:t xml:space="preserve">28.04.2023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6" w:after="0"/>
              <w:ind w:left="68" w:right="144"/>
              <w:rPr>
                <w:lang w:val="ru-RU"/>
              </w:rPr>
            </w:pPr>
            <w:r w:rsidRPr="007924E7">
              <w:rPr>
                <w:rFonts w:ascii="Times New Roman" w:eastAsia="Times New Roman" w:hAnsi="Times New Roman"/>
                <w:color w:val="000000"/>
                <w:sz w:val="23"/>
                <w:lang w:val="ru-RU"/>
              </w:rPr>
              <w:t xml:space="preserve">Самооценка с </w:t>
            </w:r>
            <w:r w:rsidRPr="007924E7">
              <w:rPr>
                <w:lang w:val="ru-RU"/>
              </w:rPr>
              <w:br/>
            </w:r>
            <w:proofErr w:type="spellStart"/>
            <w:r w:rsidRPr="007924E7">
              <w:rPr>
                <w:rFonts w:ascii="Times New Roman" w:eastAsia="Times New Roman" w:hAnsi="Times New Roman"/>
                <w:color w:val="000000"/>
                <w:sz w:val="23"/>
                <w:lang w:val="ru-RU"/>
              </w:rPr>
              <w:t>использованием</w:t>
            </w:r>
            <w:proofErr w:type="gramStart"/>
            <w:r w:rsidRPr="007924E7">
              <w:rPr>
                <w:rFonts w:ascii="Times New Roman" w:eastAsia="Times New Roman" w:hAnsi="Times New Roman"/>
                <w:color w:val="000000"/>
                <w:sz w:val="23"/>
                <w:lang w:val="ru-RU"/>
              </w:rPr>
              <w:t>«О</w:t>
            </w:r>
            <w:proofErr w:type="gramEnd"/>
            <w:r w:rsidRPr="007924E7">
              <w:rPr>
                <w:rFonts w:ascii="Times New Roman" w:eastAsia="Times New Roman" w:hAnsi="Times New Roman"/>
                <w:color w:val="000000"/>
                <w:sz w:val="23"/>
                <w:lang w:val="ru-RU"/>
              </w:rPr>
              <w:t>ценочного</w:t>
            </w:r>
            <w:proofErr w:type="spellEnd"/>
            <w:r w:rsidRPr="007924E7">
              <w:rPr>
                <w:rFonts w:ascii="Times New Roman" w:eastAsia="Times New Roman" w:hAnsi="Times New Roman"/>
                <w:color w:val="000000"/>
                <w:sz w:val="23"/>
                <w:lang w:val="ru-RU"/>
              </w:rPr>
              <w:t xml:space="preserve"> </w:t>
            </w:r>
            <w:r w:rsidRPr="007924E7">
              <w:rPr>
                <w:lang w:val="ru-RU"/>
              </w:rPr>
              <w:br/>
            </w:r>
            <w:r w:rsidRPr="007924E7">
              <w:rPr>
                <w:rFonts w:ascii="Times New Roman" w:eastAsia="Times New Roman" w:hAnsi="Times New Roman"/>
                <w:color w:val="000000"/>
                <w:sz w:val="23"/>
                <w:lang w:val="ru-RU"/>
              </w:rPr>
              <w:t>листа»;</w:t>
            </w:r>
          </w:p>
        </w:tc>
      </w:tr>
      <w:tr w:rsidR="00C76F25">
        <w:trPr>
          <w:trHeight w:hRule="exact" w:val="112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70"/>
            </w:pPr>
            <w:r>
              <w:rPr>
                <w:rFonts w:ascii="Times New Roman" w:eastAsia="Times New Roman" w:hAnsi="Times New Roman"/>
                <w:color w:val="000000"/>
                <w:sz w:val="23"/>
              </w:rPr>
              <w:t>90.</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8" w:after="0" w:line="271" w:lineRule="auto"/>
              <w:ind w:left="70"/>
              <w:rPr>
                <w:lang w:val="ru-RU"/>
              </w:rPr>
            </w:pPr>
            <w:r w:rsidRPr="007924E7">
              <w:rPr>
                <w:rFonts w:ascii="Times New Roman" w:eastAsia="Times New Roman" w:hAnsi="Times New Roman"/>
                <w:color w:val="000000"/>
                <w:sz w:val="23"/>
                <w:lang w:val="ru-RU"/>
              </w:rPr>
              <w:t xml:space="preserve">Сказка «Соловей»: внешняя и внутренняя красота, </w:t>
            </w:r>
            <w:r w:rsidRPr="007924E7">
              <w:rPr>
                <w:lang w:val="ru-RU"/>
              </w:rPr>
              <w:br/>
            </w:r>
            <w:r w:rsidRPr="007924E7">
              <w:rPr>
                <w:rFonts w:ascii="Times New Roman" w:eastAsia="Times New Roman" w:hAnsi="Times New Roman"/>
                <w:color w:val="000000"/>
                <w:sz w:val="23"/>
                <w:lang w:val="ru-RU"/>
              </w:rPr>
              <w:t>благодарность.</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30" w:lineRule="auto"/>
              <w:ind w:left="68"/>
            </w:pPr>
            <w:r>
              <w:rPr>
                <w:rFonts w:ascii="Times New Roman" w:eastAsia="Times New Roman" w:hAnsi="Times New Roman"/>
                <w:color w:val="000000"/>
                <w:sz w:val="23"/>
              </w:rPr>
              <w:t xml:space="preserve">03.05.2023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8"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79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91.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144"/>
              <w:rPr>
                <w:lang w:val="ru-RU"/>
              </w:rPr>
            </w:pPr>
            <w:r w:rsidRPr="007924E7">
              <w:rPr>
                <w:rFonts w:ascii="Times New Roman" w:eastAsia="Times New Roman" w:hAnsi="Times New Roman"/>
                <w:color w:val="000000"/>
                <w:sz w:val="23"/>
                <w:lang w:val="ru-RU"/>
              </w:rPr>
              <w:t xml:space="preserve">Л. Кэрролл. «Алиса в Стране Чудес» (главы).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05.05.2023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79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92.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144"/>
              <w:rPr>
                <w:lang w:val="ru-RU"/>
              </w:rPr>
            </w:pPr>
            <w:r w:rsidRPr="007924E7">
              <w:rPr>
                <w:rFonts w:ascii="Times New Roman" w:eastAsia="Times New Roman" w:hAnsi="Times New Roman"/>
                <w:color w:val="000000"/>
                <w:sz w:val="23"/>
                <w:lang w:val="ru-RU"/>
              </w:rPr>
              <w:t xml:space="preserve">Л. Кэрролл. «Алиса в Стране Чудес» (главы). </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10.05.2023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Тестирование</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93.</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288"/>
              <w:rPr>
                <w:lang w:val="ru-RU"/>
              </w:rPr>
            </w:pPr>
            <w:r w:rsidRPr="007924E7">
              <w:rPr>
                <w:rFonts w:ascii="Times New Roman" w:eastAsia="Times New Roman" w:hAnsi="Times New Roman"/>
                <w:color w:val="000000"/>
                <w:sz w:val="23"/>
                <w:lang w:val="ru-RU"/>
              </w:rPr>
              <w:t>Зарубежная проза о детях и подростках. М. Твен.</w:t>
            </w:r>
          </w:p>
          <w:p w:rsidR="00C76F25" w:rsidRPr="007924E7" w:rsidRDefault="0044668A">
            <w:pPr>
              <w:autoSpaceDE w:val="0"/>
              <w:autoSpaceDN w:val="0"/>
              <w:spacing w:before="66" w:after="0" w:line="230" w:lineRule="auto"/>
              <w:jc w:val="center"/>
              <w:rPr>
                <w:lang w:val="ru-RU"/>
              </w:rPr>
            </w:pPr>
            <w:r w:rsidRPr="007924E7">
              <w:rPr>
                <w:rFonts w:ascii="Times New Roman" w:eastAsia="Times New Roman" w:hAnsi="Times New Roman"/>
                <w:color w:val="000000"/>
                <w:sz w:val="23"/>
                <w:lang w:val="ru-RU"/>
              </w:rPr>
              <w:t xml:space="preserve">«Приключения Тома </w:t>
            </w:r>
            <w:proofErr w:type="spellStart"/>
            <w:r w:rsidRPr="007924E7">
              <w:rPr>
                <w:rFonts w:ascii="Times New Roman" w:eastAsia="Times New Roman" w:hAnsi="Times New Roman"/>
                <w:color w:val="000000"/>
                <w:sz w:val="23"/>
                <w:lang w:val="ru-RU"/>
              </w:rPr>
              <w:t>Сойера</w:t>
            </w:r>
            <w:proofErr w:type="spellEnd"/>
            <w:r w:rsidRPr="007924E7">
              <w:rPr>
                <w:rFonts w:ascii="Times New Roman" w:eastAsia="Times New Roman" w:hAnsi="Times New Roman"/>
                <w:color w:val="000000"/>
                <w:sz w:val="23"/>
                <w:lang w:val="ru-RU"/>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12.05.2023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44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94.</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ind w:left="70" w:right="288"/>
              <w:rPr>
                <w:lang w:val="ru-RU"/>
              </w:rPr>
            </w:pPr>
            <w:r w:rsidRPr="007924E7">
              <w:rPr>
                <w:rFonts w:ascii="Times New Roman" w:eastAsia="Times New Roman" w:hAnsi="Times New Roman"/>
                <w:color w:val="000000"/>
                <w:sz w:val="23"/>
                <w:lang w:val="ru-RU"/>
              </w:rPr>
              <w:t xml:space="preserve">Жизнерадостность, </w:t>
            </w:r>
            <w:r w:rsidRPr="007924E7">
              <w:rPr>
                <w:lang w:val="ru-RU"/>
              </w:rPr>
              <w:br/>
            </w:r>
            <w:r w:rsidRPr="007924E7">
              <w:rPr>
                <w:rFonts w:ascii="Times New Roman" w:eastAsia="Times New Roman" w:hAnsi="Times New Roman"/>
                <w:color w:val="000000"/>
                <w:sz w:val="23"/>
                <w:lang w:val="ru-RU"/>
              </w:rPr>
              <w:t xml:space="preserve">неутомимый интерес к </w:t>
            </w:r>
            <w:r w:rsidRPr="007924E7">
              <w:rPr>
                <w:lang w:val="ru-RU"/>
              </w:rPr>
              <w:br/>
            </w:r>
            <w:r w:rsidRPr="007924E7">
              <w:rPr>
                <w:rFonts w:ascii="Times New Roman" w:eastAsia="Times New Roman" w:hAnsi="Times New Roman"/>
                <w:color w:val="000000"/>
                <w:sz w:val="23"/>
                <w:lang w:val="ru-RU"/>
              </w:rPr>
              <w:t xml:space="preserve">жизни, неугомонная бурная энергия Тома </w:t>
            </w:r>
            <w:proofErr w:type="spellStart"/>
            <w:r w:rsidRPr="007924E7">
              <w:rPr>
                <w:rFonts w:ascii="Times New Roman" w:eastAsia="Times New Roman" w:hAnsi="Times New Roman"/>
                <w:color w:val="000000"/>
                <w:sz w:val="23"/>
                <w:lang w:val="ru-RU"/>
              </w:rPr>
              <w:t>Сойера</w:t>
            </w:r>
            <w:proofErr w:type="spellEnd"/>
            <w:r w:rsidRPr="007924E7">
              <w:rPr>
                <w:rFonts w:ascii="Times New Roman" w:eastAsia="Times New Roman" w:hAnsi="Times New Roman"/>
                <w:color w:val="000000"/>
                <w:sz w:val="23"/>
                <w:lang w:val="ru-RU"/>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15.05.2023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Рассказ</w:t>
            </w:r>
            <w:proofErr w:type="spellEnd"/>
            <w:r>
              <w:rPr>
                <w:rFonts w:ascii="Times New Roman" w:eastAsia="Times New Roman" w:hAnsi="Times New Roman"/>
                <w:color w:val="000000"/>
                <w:sz w:val="23"/>
              </w:rPr>
              <w:t xml:space="preserve"> о </w:t>
            </w:r>
            <w:proofErr w:type="spellStart"/>
            <w:r>
              <w:rPr>
                <w:rFonts w:ascii="Times New Roman" w:eastAsia="Times New Roman" w:hAnsi="Times New Roman"/>
                <w:color w:val="000000"/>
                <w:sz w:val="23"/>
              </w:rPr>
              <w:t>герое</w:t>
            </w:r>
            <w:proofErr w:type="spellEnd"/>
            <w:r>
              <w:rPr>
                <w:rFonts w:ascii="Times New Roman" w:eastAsia="Times New Roman" w:hAnsi="Times New Roman"/>
                <w:color w:val="000000"/>
                <w:sz w:val="23"/>
              </w:rPr>
              <w:t>;</w:t>
            </w:r>
          </w:p>
        </w:tc>
      </w:tr>
      <w:tr w:rsidR="00C76F25">
        <w:trPr>
          <w:trHeight w:hRule="exact" w:val="948"/>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95.</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432"/>
              <w:rPr>
                <w:lang w:val="ru-RU"/>
              </w:rPr>
            </w:pPr>
            <w:r w:rsidRPr="007924E7">
              <w:rPr>
                <w:rFonts w:ascii="Times New Roman" w:eastAsia="Times New Roman" w:hAnsi="Times New Roman"/>
                <w:color w:val="000000"/>
                <w:sz w:val="23"/>
                <w:lang w:val="ru-RU"/>
              </w:rPr>
              <w:t xml:space="preserve">Дж. Лондон. «Сказание о </w:t>
            </w:r>
            <w:proofErr w:type="spellStart"/>
            <w:r w:rsidRPr="007924E7">
              <w:rPr>
                <w:rFonts w:ascii="Times New Roman" w:eastAsia="Times New Roman" w:hAnsi="Times New Roman"/>
                <w:color w:val="000000"/>
                <w:sz w:val="23"/>
                <w:lang w:val="ru-RU"/>
              </w:rPr>
              <w:t>Кише</w:t>
            </w:r>
            <w:proofErr w:type="spellEnd"/>
            <w:r w:rsidRPr="007924E7">
              <w:rPr>
                <w:rFonts w:ascii="Times New Roman" w:eastAsia="Times New Roman" w:hAnsi="Times New Roman"/>
                <w:color w:val="000000"/>
                <w:sz w:val="23"/>
                <w:lang w:val="ru-RU"/>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17.05.2023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796"/>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96.</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432"/>
              <w:rPr>
                <w:lang w:val="ru-RU"/>
              </w:rPr>
            </w:pPr>
            <w:r w:rsidRPr="007924E7">
              <w:rPr>
                <w:rFonts w:ascii="Times New Roman" w:eastAsia="Times New Roman" w:hAnsi="Times New Roman"/>
                <w:color w:val="000000"/>
                <w:sz w:val="23"/>
                <w:lang w:val="ru-RU"/>
              </w:rPr>
              <w:t xml:space="preserve">Дж. Лондон. «Сказание о </w:t>
            </w:r>
            <w:proofErr w:type="spellStart"/>
            <w:r w:rsidRPr="007924E7">
              <w:rPr>
                <w:rFonts w:ascii="Times New Roman" w:eastAsia="Times New Roman" w:hAnsi="Times New Roman"/>
                <w:color w:val="000000"/>
                <w:sz w:val="23"/>
                <w:lang w:val="ru-RU"/>
              </w:rPr>
              <w:t>Кише</w:t>
            </w:r>
            <w:proofErr w:type="spellEnd"/>
            <w:r w:rsidRPr="007924E7">
              <w:rPr>
                <w:rFonts w:ascii="Times New Roman" w:eastAsia="Times New Roman" w:hAnsi="Times New Roman"/>
                <w:color w:val="000000"/>
                <w:sz w:val="23"/>
                <w:lang w:val="ru-RU"/>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19.05.2023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12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97.</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Pr>
                <w:lang w:val="ru-RU"/>
              </w:rPr>
            </w:pPr>
            <w:r w:rsidRPr="007924E7">
              <w:rPr>
                <w:rFonts w:ascii="Times New Roman" w:eastAsia="Times New Roman" w:hAnsi="Times New Roman"/>
                <w:color w:val="000000"/>
                <w:sz w:val="23"/>
                <w:lang w:val="ru-RU"/>
              </w:rPr>
              <w:t>Зарубежная приключенческая проза. Р. Л. Стивенсон.</w:t>
            </w:r>
          </w:p>
          <w:p w:rsidR="00C76F25" w:rsidRDefault="0044668A">
            <w:pPr>
              <w:autoSpaceDE w:val="0"/>
              <w:autoSpaceDN w:val="0"/>
              <w:spacing w:before="68" w:after="0" w:line="230" w:lineRule="auto"/>
              <w:ind w:left="70"/>
            </w:pPr>
            <w:r>
              <w:rPr>
                <w:rFonts w:ascii="Times New Roman" w:eastAsia="Times New Roman" w:hAnsi="Times New Roman"/>
                <w:color w:val="000000"/>
                <w:sz w:val="23"/>
              </w:rPr>
              <w:t>«</w:t>
            </w:r>
            <w:proofErr w:type="spellStart"/>
            <w:r>
              <w:rPr>
                <w:rFonts w:ascii="Times New Roman" w:eastAsia="Times New Roman" w:hAnsi="Times New Roman"/>
                <w:color w:val="000000"/>
                <w:sz w:val="23"/>
              </w:rPr>
              <w:t>Остров</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сокровищ</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22.05.2023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62" w:lineRule="auto"/>
              <w:ind w:left="68" w:right="432"/>
            </w:pPr>
            <w:proofErr w:type="spellStart"/>
            <w:r>
              <w:rPr>
                <w:rFonts w:ascii="Times New Roman" w:eastAsia="Times New Roman" w:hAnsi="Times New Roman"/>
                <w:color w:val="000000"/>
                <w:sz w:val="23"/>
              </w:rPr>
              <w:t>Практическая</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работа</w:t>
            </w:r>
            <w:proofErr w:type="spellEnd"/>
            <w:r>
              <w:rPr>
                <w:rFonts w:ascii="Times New Roman" w:eastAsia="Times New Roman" w:hAnsi="Times New Roman"/>
                <w:color w:val="000000"/>
                <w:sz w:val="23"/>
              </w:rPr>
              <w:t>;</w:t>
            </w:r>
          </w:p>
        </w:tc>
      </w:tr>
      <w:tr w:rsidR="00C76F25">
        <w:trPr>
          <w:trHeight w:hRule="exact" w:val="112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98.</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Pr>
                <w:lang w:val="ru-RU"/>
              </w:rPr>
            </w:pPr>
            <w:r w:rsidRPr="007924E7">
              <w:rPr>
                <w:rFonts w:ascii="Times New Roman" w:eastAsia="Times New Roman" w:hAnsi="Times New Roman"/>
                <w:color w:val="000000"/>
                <w:sz w:val="23"/>
                <w:lang w:val="ru-RU"/>
              </w:rPr>
              <w:t>Зарубежная приключенческая проза. Р. Л. Стивенсон.</w:t>
            </w:r>
          </w:p>
          <w:p w:rsidR="00C76F25" w:rsidRDefault="0044668A">
            <w:pPr>
              <w:autoSpaceDE w:val="0"/>
              <w:autoSpaceDN w:val="0"/>
              <w:spacing w:before="68" w:after="0" w:line="230" w:lineRule="auto"/>
              <w:ind w:left="70"/>
            </w:pPr>
            <w:r>
              <w:rPr>
                <w:rFonts w:ascii="Times New Roman" w:eastAsia="Times New Roman" w:hAnsi="Times New Roman"/>
                <w:color w:val="000000"/>
                <w:sz w:val="23"/>
              </w:rPr>
              <w:t>«</w:t>
            </w:r>
            <w:proofErr w:type="spellStart"/>
            <w:r>
              <w:rPr>
                <w:rFonts w:ascii="Times New Roman" w:eastAsia="Times New Roman" w:hAnsi="Times New Roman"/>
                <w:color w:val="000000"/>
                <w:sz w:val="23"/>
              </w:rPr>
              <w:t>Остров</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сокровищ</w:t>
            </w:r>
            <w:proofErr w:type="spellEnd"/>
            <w:r>
              <w:rPr>
                <w:rFonts w:ascii="Times New Roman" w:eastAsia="Times New Roman" w:hAnsi="Times New Roman"/>
                <w:color w:val="000000"/>
                <w:sz w:val="23"/>
              </w:rPr>
              <w:t>"</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23.05.2023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Устный</w:t>
            </w:r>
            <w:proofErr w:type="spellEnd"/>
            <w:r>
              <w:rPr>
                <w:rFonts w:ascii="Times New Roman" w:eastAsia="Times New Roman" w:hAnsi="Times New Roman"/>
                <w:color w:val="000000"/>
                <w:sz w:val="23"/>
              </w:rPr>
              <w:t xml:space="preserve"> </w:t>
            </w:r>
            <w:proofErr w:type="spellStart"/>
            <w:r>
              <w:rPr>
                <w:rFonts w:ascii="Times New Roman" w:eastAsia="Times New Roman" w:hAnsi="Times New Roman"/>
                <w:color w:val="000000"/>
                <w:sz w:val="23"/>
              </w:rPr>
              <w:t>опрос</w:t>
            </w:r>
            <w:proofErr w:type="spellEnd"/>
            <w:r>
              <w:rPr>
                <w:rFonts w:ascii="Times New Roman" w:eastAsia="Times New Roman" w:hAnsi="Times New Roman"/>
                <w:color w:val="000000"/>
                <w:sz w:val="23"/>
              </w:rPr>
              <w:t>;</w:t>
            </w:r>
          </w:p>
        </w:tc>
      </w:tr>
      <w:tr w:rsidR="00C76F25">
        <w:trPr>
          <w:trHeight w:hRule="exact" w:val="1100"/>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99.</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30" w:lineRule="auto"/>
              <w:ind w:left="70"/>
              <w:rPr>
                <w:lang w:val="ru-RU"/>
              </w:rPr>
            </w:pPr>
            <w:r w:rsidRPr="007924E7">
              <w:rPr>
                <w:rFonts w:ascii="Times New Roman" w:eastAsia="Times New Roman" w:hAnsi="Times New Roman"/>
                <w:color w:val="000000"/>
                <w:sz w:val="23"/>
                <w:lang w:val="ru-RU"/>
              </w:rPr>
              <w:t>Заключительный урок.</w:t>
            </w:r>
          </w:p>
          <w:p w:rsidR="00C76F25" w:rsidRPr="007924E7" w:rsidRDefault="0044668A">
            <w:pPr>
              <w:autoSpaceDE w:val="0"/>
              <w:autoSpaceDN w:val="0"/>
              <w:spacing w:before="68" w:after="0" w:line="262" w:lineRule="auto"/>
              <w:ind w:left="70" w:right="432"/>
              <w:rPr>
                <w:lang w:val="ru-RU"/>
              </w:rPr>
            </w:pPr>
            <w:r w:rsidRPr="007924E7">
              <w:rPr>
                <w:rFonts w:ascii="Times New Roman" w:eastAsia="Times New Roman" w:hAnsi="Times New Roman"/>
                <w:color w:val="000000"/>
                <w:sz w:val="23"/>
                <w:lang w:val="ru-RU"/>
              </w:rPr>
              <w:t>Рекомендации по летнему чтению</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 xml:space="preserve">24.05.2023 </w:t>
            </w:r>
          </w:p>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proofErr w:type="spellStart"/>
            <w:r>
              <w:rPr>
                <w:rFonts w:ascii="Times New Roman" w:eastAsia="Times New Roman" w:hAnsi="Times New Roman"/>
                <w:color w:val="000000"/>
                <w:sz w:val="23"/>
              </w:rPr>
              <w:t>Тестирование</w:t>
            </w:r>
            <w:proofErr w:type="spellEnd"/>
            <w:r>
              <w:rPr>
                <w:rFonts w:ascii="Times New Roman" w:eastAsia="Times New Roman" w:hAnsi="Times New Roman"/>
                <w:color w:val="000000"/>
                <w:sz w:val="23"/>
              </w:rPr>
              <w:t>;</w:t>
            </w:r>
          </w:p>
        </w:tc>
      </w:tr>
    </w:tbl>
    <w:p w:rsidR="00C76F25" w:rsidRDefault="00C76F25">
      <w:pPr>
        <w:autoSpaceDE w:val="0"/>
        <w:autoSpaceDN w:val="0"/>
        <w:spacing w:after="0" w:line="14" w:lineRule="exact"/>
      </w:pPr>
    </w:p>
    <w:p w:rsidR="00C76F25" w:rsidRDefault="00C76F25">
      <w:pPr>
        <w:sectPr w:rsidR="00C76F25">
          <w:pgSz w:w="11900" w:h="16840"/>
          <w:pgMar w:top="284" w:right="556" w:bottom="372" w:left="662" w:header="720" w:footer="720" w:gutter="0"/>
          <w:cols w:space="720" w:equalWidth="0">
            <w:col w:w="10682" w:space="0"/>
          </w:cols>
          <w:docGrid w:linePitch="360"/>
        </w:sectPr>
      </w:pPr>
    </w:p>
    <w:p w:rsidR="00C76F25" w:rsidRDefault="00C76F25">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54"/>
        <w:gridCol w:w="3120"/>
        <w:gridCol w:w="704"/>
        <w:gridCol w:w="1560"/>
        <w:gridCol w:w="1606"/>
        <w:gridCol w:w="1190"/>
        <w:gridCol w:w="1918"/>
      </w:tblGrid>
      <w:tr w:rsidR="00C76F25">
        <w:trPr>
          <w:trHeight w:hRule="exact" w:val="47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jc w:val="center"/>
            </w:pPr>
            <w:r>
              <w:rPr>
                <w:rFonts w:ascii="Times New Roman" w:eastAsia="Times New Roman" w:hAnsi="Times New Roman"/>
                <w:color w:val="000000"/>
                <w:sz w:val="23"/>
              </w:rPr>
              <w:t>100.</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trPr>
          <w:trHeight w:hRule="exact" w:val="474"/>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jc w:val="center"/>
            </w:pPr>
            <w:r>
              <w:rPr>
                <w:rFonts w:ascii="Times New Roman" w:eastAsia="Times New Roman" w:hAnsi="Times New Roman"/>
                <w:color w:val="000000"/>
                <w:sz w:val="23"/>
              </w:rPr>
              <w:t>101.</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trPr>
          <w:trHeight w:hRule="exact" w:val="472"/>
        </w:trPr>
        <w:tc>
          <w:tcPr>
            <w:tcW w:w="55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jc w:val="center"/>
            </w:pPr>
            <w:r>
              <w:rPr>
                <w:rFonts w:ascii="Times New Roman" w:eastAsia="Times New Roman" w:hAnsi="Times New Roman"/>
                <w:color w:val="000000"/>
                <w:sz w:val="23"/>
              </w:rPr>
              <w:t>102.</w:t>
            </w:r>
          </w:p>
        </w:tc>
        <w:tc>
          <w:tcPr>
            <w:tcW w:w="312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68"/>
            </w:pPr>
            <w:r>
              <w:rPr>
                <w:rFonts w:ascii="Times New Roman" w:eastAsia="Times New Roman" w:hAnsi="Times New Roman"/>
                <w:color w:val="000000"/>
                <w:sz w:val="23"/>
              </w:rPr>
              <w:t>1</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1606"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c>
          <w:tcPr>
            <w:tcW w:w="1918"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C76F25"/>
        </w:tc>
      </w:tr>
      <w:tr w:rsidR="00C76F25">
        <w:trPr>
          <w:trHeight w:hRule="exact" w:val="778"/>
        </w:trPr>
        <w:tc>
          <w:tcPr>
            <w:tcW w:w="367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7924E7" w:rsidRDefault="0044668A">
            <w:pPr>
              <w:autoSpaceDE w:val="0"/>
              <w:autoSpaceDN w:val="0"/>
              <w:spacing w:before="94" w:after="0" w:line="262" w:lineRule="auto"/>
              <w:ind w:left="70" w:right="288"/>
              <w:rPr>
                <w:lang w:val="ru-RU"/>
              </w:rPr>
            </w:pPr>
            <w:r w:rsidRPr="007924E7">
              <w:rPr>
                <w:rFonts w:ascii="Times New Roman" w:eastAsia="Times New Roman" w:hAnsi="Times New Roman"/>
                <w:color w:val="000000"/>
                <w:sz w:val="23"/>
                <w:lang w:val="ru-RU"/>
              </w:rPr>
              <w:t>ОБЩЕЕ КОЛИЧЕСТВО ЧАСОВ ПО ПРОГРАММЕ</w:t>
            </w:r>
          </w:p>
        </w:tc>
        <w:tc>
          <w:tcPr>
            <w:tcW w:w="704"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Pr="00C7535D" w:rsidRDefault="00C7535D">
            <w:pPr>
              <w:autoSpaceDE w:val="0"/>
              <w:autoSpaceDN w:val="0"/>
              <w:spacing w:before="94" w:after="0" w:line="230" w:lineRule="auto"/>
              <w:ind w:left="68"/>
              <w:rPr>
                <w:lang w:val="ru-RU"/>
              </w:rPr>
            </w:pPr>
            <w:r>
              <w:rPr>
                <w:rFonts w:ascii="Times New Roman" w:eastAsia="Times New Roman" w:hAnsi="Times New Roman"/>
                <w:color w:val="000000"/>
                <w:sz w:val="23"/>
                <w:lang w:val="ru-RU"/>
              </w:rPr>
              <w:t>99</w:t>
            </w:r>
          </w:p>
        </w:tc>
        <w:tc>
          <w:tcPr>
            <w:tcW w:w="1560" w:type="dxa"/>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4</w:t>
            </w:r>
          </w:p>
        </w:tc>
        <w:tc>
          <w:tcPr>
            <w:tcW w:w="471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C76F25" w:rsidRDefault="0044668A">
            <w:pPr>
              <w:autoSpaceDE w:val="0"/>
              <w:autoSpaceDN w:val="0"/>
              <w:spacing w:before="94" w:after="0" w:line="230" w:lineRule="auto"/>
              <w:ind w:left="70"/>
            </w:pPr>
            <w:r>
              <w:rPr>
                <w:rFonts w:ascii="Times New Roman" w:eastAsia="Times New Roman" w:hAnsi="Times New Roman"/>
                <w:color w:val="000000"/>
                <w:sz w:val="23"/>
              </w:rPr>
              <w:t>0</w:t>
            </w:r>
          </w:p>
        </w:tc>
      </w:tr>
    </w:tbl>
    <w:p w:rsidR="00C76F25" w:rsidRDefault="00C76F25">
      <w:pPr>
        <w:autoSpaceDE w:val="0"/>
        <w:autoSpaceDN w:val="0"/>
        <w:spacing w:after="0" w:line="14" w:lineRule="exact"/>
      </w:pPr>
    </w:p>
    <w:p w:rsidR="00C76F25" w:rsidRDefault="00C76F25">
      <w:pPr>
        <w:sectPr w:rsidR="00C76F25">
          <w:pgSz w:w="11900" w:h="16840"/>
          <w:pgMar w:top="284" w:right="556" w:bottom="1440" w:left="662" w:header="720" w:footer="720" w:gutter="0"/>
          <w:cols w:space="720" w:equalWidth="0">
            <w:col w:w="10682" w:space="0"/>
          </w:cols>
          <w:docGrid w:linePitch="360"/>
        </w:sectPr>
      </w:pPr>
    </w:p>
    <w:p w:rsidR="00C76F25" w:rsidRDefault="00C76F25">
      <w:pPr>
        <w:autoSpaceDE w:val="0"/>
        <w:autoSpaceDN w:val="0"/>
        <w:spacing w:after="78" w:line="220" w:lineRule="exact"/>
      </w:pPr>
    </w:p>
    <w:p w:rsidR="00C76F25" w:rsidRDefault="0044668A">
      <w:pPr>
        <w:autoSpaceDE w:val="0"/>
        <w:autoSpaceDN w:val="0"/>
        <w:spacing w:after="0" w:line="230" w:lineRule="auto"/>
      </w:pPr>
      <w:r>
        <w:rPr>
          <w:rFonts w:ascii="Times New Roman" w:eastAsia="Times New Roman" w:hAnsi="Times New Roman"/>
          <w:b/>
          <w:color w:val="000000"/>
          <w:sz w:val="24"/>
        </w:rPr>
        <w:t xml:space="preserve">УЧЕБНО-МЕТОДИЧЕСКОЕ ОБЕСПЕЧЕНИЕ ОБРАЗОВАТЕЛЬНОГО ПРОЦЕССА </w:t>
      </w:r>
    </w:p>
    <w:p w:rsidR="00C76F25" w:rsidRDefault="0044668A">
      <w:pPr>
        <w:autoSpaceDE w:val="0"/>
        <w:autoSpaceDN w:val="0"/>
        <w:spacing w:before="346" w:after="0" w:line="230" w:lineRule="auto"/>
      </w:pPr>
      <w:r>
        <w:rPr>
          <w:rFonts w:ascii="Times New Roman" w:eastAsia="Times New Roman" w:hAnsi="Times New Roman"/>
          <w:b/>
          <w:color w:val="000000"/>
          <w:sz w:val="24"/>
        </w:rPr>
        <w:t>ОБЯЗАТЕЛЬНЫЕ УЧЕБНЫЕ МАТЕРИАЛЫ ДЛЯ УЧЕНИКА</w:t>
      </w:r>
    </w:p>
    <w:p w:rsidR="00C76F25" w:rsidRPr="007924E7" w:rsidRDefault="0044668A">
      <w:pPr>
        <w:autoSpaceDE w:val="0"/>
        <w:autoSpaceDN w:val="0"/>
        <w:spacing w:before="166" w:after="0" w:line="262" w:lineRule="auto"/>
        <w:ind w:right="2448"/>
        <w:rPr>
          <w:lang w:val="ru-RU"/>
        </w:rPr>
      </w:pPr>
      <w:r w:rsidRPr="007924E7">
        <w:rPr>
          <w:rFonts w:ascii="Times New Roman" w:eastAsia="Times New Roman" w:hAnsi="Times New Roman"/>
          <w:color w:val="000000"/>
          <w:sz w:val="24"/>
          <w:lang w:val="ru-RU"/>
        </w:rPr>
        <w:t>Литература (в 2 частях); 5 класс/</w:t>
      </w:r>
      <w:proofErr w:type="spellStart"/>
      <w:r w:rsidRPr="007924E7">
        <w:rPr>
          <w:rFonts w:ascii="Times New Roman" w:eastAsia="Times New Roman" w:hAnsi="Times New Roman"/>
          <w:color w:val="000000"/>
          <w:sz w:val="24"/>
          <w:lang w:val="ru-RU"/>
        </w:rPr>
        <w:t>Меркин</w:t>
      </w:r>
      <w:proofErr w:type="spellEnd"/>
      <w:r w:rsidRPr="007924E7">
        <w:rPr>
          <w:rFonts w:ascii="Times New Roman" w:eastAsia="Times New Roman" w:hAnsi="Times New Roman"/>
          <w:color w:val="000000"/>
          <w:sz w:val="24"/>
          <w:lang w:val="ru-RU"/>
        </w:rPr>
        <w:t xml:space="preserve"> Г.С.; ООО "Русское слово - учебник"; Введите свой вариант:</w:t>
      </w:r>
    </w:p>
    <w:p w:rsidR="00C76F25" w:rsidRPr="007924E7" w:rsidRDefault="0044668A">
      <w:pPr>
        <w:autoSpaceDE w:val="0"/>
        <w:autoSpaceDN w:val="0"/>
        <w:spacing w:before="262" w:after="0" w:line="230" w:lineRule="auto"/>
        <w:rPr>
          <w:lang w:val="ru-RU"/>
        </w:rPr>
      </w:pPr>
      <w:r w:rsidRPr="007924E7">
        <w:rPr>
          <w:rFonts w:ascii="Times New Roman" w:eastAsia="Times New Roman" w:hAnsi="Times New Roman"/>
          <w:b/>
          <w:color w:val="000000"/>
          <w:sz w:val="24"/>
          <w:lang w:val="ru-RU"/>
        </w:rPr>
        <w:t>МЕТОДИЧЕСКИЕ МАТЕРИАЛЫ ДЛЯ УЧИТЕЛЯ</w:t>
      </w:r>
    </w:p>
    <w:p w:rsidR="00C76F25" w:rsidRPr="007924E7" w:rsidRDefault="0044668A">
      <w:pPr>
        <w:autoSpaceDE w:val="0"/>
        <w:autoSpaceDN w:val="0"/>
        <w:spacing w:before="166" w:after="0" w:line="230" w:lineRule="auto"/>
        <w:rPr>
          <w:lang w:val="ru-RU"/>
        </w:rPr>
      </w:pPr>
      <w:r w:rsidRPr="007924E7">
        <w:rPr>
          <w:rFonts w:ascii="Times New Roman" w:eastAsia="Times New Roman" w:hAnsi="Times New Roman"/>
          <w:color w:val="000000"/>
          <w:sz w:val="24"/>
          <w:lang w:val="ru-RU"/>
        </w:rPr>
        <w:t xml:space="preserve">1. Рабочая программа к учебникам Г.С. </w:t>
      </w:r>
      <w:proofErr w:type="spellStart"/>
      <w:r w:rsidRPr="007924E7">
        <w:rPr>
          <w:rFonts w:ascii="Times New Roman" w:eastAsia="Times New Roman" w:hAnsi="Times New Roman"/>
          <w:color w:val="000000"/>
          <w:sz w:val="24"/>
          <w:lang w:val="ru-RU"/>
        </w:rPr>
        <w:t>Меркина</w:t>
      </w:r>
      <w:proofErr w:type="spellEnd"/>
      <w:r w:rsidRPr="007924E7">
        <w:rPr>
          <w:rFonts w:ascii="Times New Roman" w:eastAsia="Times New Roman" w:hAnsi="Times New Roman"/>
          <w:color w:val="000000"/>
          <w:sz w:val="24"/>
          <w:lang w:val="ru-RU"/>
        </w:rPr>
        <w:t xml:space="preserve"> (автор — Ф.Е. Соловьева).</w:t>
      </w:r>
    </w:p>
    <w:p w:rsidR="00C76F25" w:rsidRPr="007924E7" w:rsidRDefault="0044668A">
      <w:pPr>
        <w:autoSpaceDE w:val="0"/>
        <w:autoSpaceDN w:val="0"/>
        <w:spacing w:before="70" w:after="0" w:line="230" w:lineRule="auto"/>
        <w:rPr>
          <w:lang w:val="ru-RU"/>
        </w:rPr>
      </w:pPr>
      <w:r w:rsidRPr="007924E7">
        <w:rPr>
          <w:rFonts w:ascii="Times New Roman" w:eastAsia="Times New Roman" w:hAnsi="Times New Roman"/>
          <w:color w:val="000000"/>
          <w:sz w:val="24"/>
          <w:lang w:val="ru-RU"/>
        </w:rPr>
        <w:t>2. Рабочие тетради для 5—8 классов (автор — Ф.Е. Соловьева).</w:t>
      </w:r>
    </w:p>
    <w:p w:rsidR="00C76F25" w:rsidRPr="007924E7" w:rsidRDefault="0044668A">
      <w:pPr>
        <w:autoSpaceDE w:val="0"/>
        <w:autoSpaceDN w:val="0"/>
        <w:spacing w:before="70" w:after="0" w:line="262" w:lineRule="auto"/>
        <w:ind w:right="288"/>
        <w:rPr>
          <w:lang w:val="ru-RU"/>
        </w:rPr>
      </w:pPr>
      <w:r w:rsidRPr="007924E7">
        <w:rPr>
          <w:rFonts w:ascii="Times New Roman" w:eastAsia="Times New Roman" w:hAnsi="Times New Roman"/>
          <w:color w:val="000000"/>
          <w:sz w:val="24"/>
          <w:lang w:val="ru-RU"/>
        </w:rPr>
        <w:t>3. Методические рекомендации для каждого класса (5—8 классы: автор — Ф.Е. Соловьева; 9 класс: авторы — С.А. Зинин, Л.В. Новикова).</w:t>
      </w:r>
    </w:p>
    <w:p w:rsidR="00C76F25" w:rsidRPr="007924E7" w:rsidRDefault="0044668A">
      <w:pPr>
        <w:autoSpaceDE w:val="0"/>
        <w:autoSpaceDN w:val="0"/>
        <w:spacing w:before="72" w:after="0" w:line="230" w:lineRule="auto"/>
        <w:rPr>
          <w:lang w:val="ru-RU"/>
        </w:rPr>
      </w:pPr>
      <w:r w:rsidRPr="007924E7">
        <w:rPr>
          <w:rFonts w:ascii="Times New Roman" w:eastAsia="Times New Roman" w:hAnsi="Times New Roman"/>
          <w:color w:val="000000"/>
          <w:sz w:val="24"/>
          <w:lang w:val="ru-RU"/>
        </w:rPr>
        <w:t>4. Тематическое планирование для 5—8 классов (автор — Ф.Е. Соловьева).</w:t>
      </w:r>
    </w:p>
    <w:p w:rsidR="00C76F25" w:rsidRPr="007924E7" w:rsidRDefault="0044668A">
      <w:pPr>
        <w:autoSpaceDE w:val="0"/>
        <w:autoSpaceDN w:val="0"/>
        <w:spacing w:before="262" w:after="0" w:line="230" w:lineRule="auto"/>
        <w:rPr>
          <w:lang w:val="ru-RU"/>
        </w:rPr>
      </w:pPr>
      <w:r w:rsidRPr="007924E7">
        <w:rPr>
          <w:rFonts w:ascii="Times New Roman" w:eastAsia="Times New Roman" w:hAnsi="Times New Roman"/>
          <w:b/>
          <w:color w:val="000000"/>
          <w:sz w:val="24"/>
          <w:lang w:val="ru-RU"/>
        </w:rPr>
        <w:t>ЦИФРОВЫЕ ОБРАЗОВАТЕЛЬНЫЕ РЕСУРСЫ И РЕСУРСЫ СЕТИ ИНТЕРНЕТ</w:t>
      </w:r>
    </w:p>
    <w:p w:rsidR="00C76F25" w:rsidRPr="007924E7" w:rsidRDefault="0044668A">
      <w:pPr>
        <w:autoSpaceDE w:val="0"/>
        <w:autoSpaceDN w:val="0"/>
        <w:spacing w:before="166" w:after="0" w:line="281" w:lineRule="auto"/>
        <w:ind w:right="7632"/>
        <w:rPr>
          <w:lang w:val="ru-RU"/>
        </w:rPr>
      </w:pPr>
      <w:r w:rsidRPr="007924E7">
        <w:rPr>
          <w:rFonts w:ascii="Times New Roman" w:eastAsia="Times New Roman" w:hAnsi="Times New Roman"/>
          <w:color w:val="000000"/>
          <w:sz w:val="24"/>
          <w:lang w:val="ru-RU"/>
        </w:rPr>
        <w:t xml:space="preserve">1. </w:t>
      </w:r>
      <w:r>
        <w:rPr>
          <w:rFonts w:ascii="Times New Roman" w:eastAsia="Times New Roman" w:hAnsi="Times New Roman"/>
          <w:color w:val="000000"/>
          <w:sz w:val="24"/>
        </w:rPr>
        <w:t>https</w:t>
      </w:r>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resh</w:t>
      </w:r>
      <w:proofErr w:type="spellEnd"/>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shkola</w:t>
      </w:r>
      <w:proofErr w:type="spellEnd"/>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sidRPr="007924E7">
        <w:rPr>
          <w:rFonts w:ascii="Times New Roman" w:eastAsia="Times New Roman" w:hAnsi="Times New Roman"/>
          <w:color w:val="000000"/>
          <w:sz w:val="24"/>
          <w:lang w:val="ru-RU"/>
        </w:rPr>
        <w:t xml:space="preserve"> </w:t>
      </w:r>
      <w:r w:rsidRPr="007924E7">
        <w:rPr>
          <w:lang w:val="ru-RU"/>
        </w:rPr>
        <w:br/>
      </w:r>
      <w:r w:rsidRPr="007924E7">
        <w:rPr>
          <w:rFonts w:ascii="Times New Roman" w:eastAsia="Times New Roman" w:hAnsi="Times New Roman"/>
          <w:color w:val="000000"/>
          <w:sz w:val="24"/>
          <w:lang w:val="ru-RU"/>
        </w:rPr>
        <w:t xml:space="preserve">2. </w:t>
      </w:r>
      <w:r>
        <w:rPr>
          <w:rFonts w:ascii="Times New Roman" w:eastAsia="Times New Roman" w:hAnsi="Times New Roman"/>
          <w:color w:val="000000"/>
          <w:sz w:val="24"/>
        </w:rPr>
        <w:t>https</w:t>
      </w:r>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uchi</w:t>
      </w:r>
      <w:proofErr w:type="spellEnd"/>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sidRPr="007924E7">
        <w:rPr>
          <w:rFonts w:ascii="Times New Roman" w:eastAsia="Times New Roman" w:hAnsi="Times New Roman"/>
          <w:color w:val="000000"/>
          <w:sz w:val="24"/>
          <w:lang w:val="ru-RU"/>
        </w:rPr>
        <w:t xml:space="preserve"> </w:t>
      </w:r>
      <w:r w:rsidRPr="007924E7">
        <w:rPr>
          <w:lang w:val="ru-RU"/>
        </w:rPr>
        <w:br/>
      </w:r>
      <w:r w:rsidRPr="007924E7">
        <w:rPr>
          <w:rFonts w:ascii="Times New Roman" w:eastAsia="Times New Roman" w:hAnsi="Times New Roman"/>
          <w:color w:val="000000"/>
          <w:sz w:val="24"/>
          <w:lang w:val="ru-RU"/>
        </w:rPr>
        <w:t xml:space="preserve">3. </w:t>
      </w:r>
      <w:r>
        <w:rPr>
          <w:rFonts w:ascii="Times New Roman" w:eastAsia="Times New Roman" w:hAnsi="Times New Roman"/>
          <w:color w:val="000000"/>
          <w:sz w:val="24"/>
        </w:rPr>
        <w:t>https</w:t>
      </w:r>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edu</w:t>
      </w:r>
      <w:proofErr w:type="spellEnd"/>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skysmart</w:t>
      </w:r>
      <w:proofErr w:type="spellEnd"/>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sidRPr="007924E7">
        <w:rPr>
          <w:rFonts w:ascii="Times New Roman" w:eastAsia="Times New Roman" w:hAnsi="Times New Roman"/>
          <w:color w:val="000000"/>
          <w:sz w:val="24"/>
          <w:lang w:val="ru-RU"/>
        </w:rPr>
        <w:t xml:space="preserve"> </w:t>
      </w:r>
      <w:r w:rsidRPr="007924E7">
        <w:rPr>
          <w:lang w:val="ru-RU"/>
        </w:rPr>
        <w:br/>
      </w:r>
      <w:r w:rsidRPr="007924E7">
        <w:rPr>
          <w:rFonts w:ascii="Times New Roman" w:eastAsia="Times New Roman" w:hAnsi="Times New Roman"/>
          <w:color w:val="000000"/>
          <w:sz w:val="24"/>
          <w:lang w:val="ru-RU"/>
        </w:rPr>
        <w:t xml:space="preserve">4. </w:t>
      </w:r>
      <w:r>
        <w:rPr>
          <w:rFonts w:ascii="Times New Roman" w:eastAsia="Times New Roman" w:hAnsi="Times New Roman"/>
          <w:color w:val="000000"/>
          <w:sz w:val="24"/>
        </w:rPr>
        <w:t>https</w:t>
      </w:r>
      <w:r w:rsidRPr="007924E7">
        <w:rPr>
          <w:rFonts w:ascii="Times New Roman" w:eastAsia="Times New Roman" w:hAnsi="Times New Roman"/>
          <w:color w:val="000000"/>
          <w:sz w:val="24"/>
          <w:lang w:val="ru-RU"/>
        </w:rPr>
        <w:t>://</w:t>
      </w:r>
      <w:r>
        <w:rPr>
          <w:rFonts w:ascii="Times New Roman" w:eastAsia="Times New Roman" w:hAnsi="Times New Roman"/>
          <w:color w:val="000000"/>
          <w:sz w:val="24"/>
        </w:rPr>
        <w:t>www</w:t>
      </w:r>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yaklass</w:t>
      </w:r>
      <w:proofErr w:type="spellEnd"/>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sidRPr="007924E7">
        <w:rPr>
          <w:rFonts w:ascii="Times New Roman" w:eastAsia="Times New Roman" w:hAnsi="Times New Roman"/>
          <w:color w:val="000000"/>
          <w:sz w:val="24"/>
          <w:lang w:val="ru-RU"/>
        </w:rPr>
        <w:t xml:space="preserve"> </w:t>
      </w:r>
      <w:r w:rsidRPr="007924E7">
        <w:rPr>
          <w:lang w:val="ru-RU"/>
        </w:rPr>
        <w:br/>
      </w:r>
      <w:r w:rsidRPr="007924E7">
        <w:rPr>
          <w:rFonts w:ascii="Times New Roman" w:eastAsia="Times New Roman" w:hAnsi="Times New Roman"/>
          <w:color w:val="000000"/>
          <w:sz w:val="24"/>
          <w:lang w:val="ru-RU"/>
        </w:rPr>
        <w:t xml:space="preserve">5. </w:t>
      </w:r>
      <w:r>
        <w:rPr>
          <w:rFonts w:ascii="Times New Roman" w:eastAsia="Times New Roman" w:hAnsi="Times New Roman"/>
          <w:color w:val="000000"/>
          <w:sz w:val="24"/>
        </w:rPr>
        <w:t>https</w:t>
      </w:r>
      <w:r w:rsidRPr="007924E7">
        <w:rPr>
          <w:rFonts w:ascii="Times New Roman" w:eastAsia="Times New Roman" w:hAnsi="Times New Roman"/>
          <w:color w:val="000000"/>
          <w:sz w:val="24"/>
          <w:lang w:val="ru-RU"/>
        </w:rPr>
        <w:t>://</w:t>
      </w:r>
      <w:r>
        <w:rPr>
          <w:rFonts w:ascii="Times New Roman" w:eastAsia="Times New Roman" w:hAnsi="Times New Roman"/>
          <w:color w:val="000000"/>
          <w:sz w:val="24"/>
        </w:rPr>
        <w:t>education</w:t>
      </w:r>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yandex</w:t>
      </w:r>
      <w:proofErr w:type="spellEnd"/>
      <w:r w:rsidRPr="007924E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p>
    <w:p w:rsidR="00C76F25" w:rsidRDefault="00C76F25">
      <w:pPr>
        <w:rPr>
          <w:lang w:val="ru-RU"/>
        </w:rPr>
      </w:pPr>
    </w:p>
    <w:p w:rsidR="007A4A81" w:rsidRDefault="007A4A81">
      <w:pPr>
        <w:rPr>
          <w:lang w:val="ru-RU"/>
        </w:rPr>
      </w:pPr>
    </w:p>
    <w:p w:rsidR="007A4A81" w:rsidRDefault="007A4A81">
      <w:pPr>
        <w:rPr>
          <w:lang w:val="ru-RU"/>
        </w:rPr>
      </w:pPr>
    </w:p>
    <w:p w:rsidR="007A4A81" w:rsidRPr="007A4A81" w:rsidRDefault="007A4A81" w:rsidP="007A4A81">
      <w:pPr>
        <w:rPr>
          <w:rFonts w:ascii="Times New Roman" w:hAnsi="Times New Roman"/>
          <w:szCs w:val="24"/>
          <w:lang w:val="ru-RU"/>
        </w:rPr>
      </w:pPr>
      <w:bookmarkStart w:id="0" w:name="_GoBack"/>
      <w:r w:rsidRPr="007A4A81">
        <w:rPr>
          <w:rFonts w:ascii="Times New Roman" w:hAnsi="Times New Roman"/>
          <w:szCs w:val="24"/>
          <w:lang w:val="ru-RU"/>
        </w:rPr>
        <w:t>СОГЛАСОВАНО                                                               С</w:t>
      </w:r>
      <w:r w:rsidRPr="007A4A81">
        <w:rPr>
          <w:rFonts w:ascii="Times New Roman" w:hAnsi="Times New Roman"/>
          <w:szCs w:val="24"/>
          <w:lang w:val="ru-RU"/>
        </w:rPr>
        <w:t>О</w:t>
      </w:r>
      <w:r w:rsidRPr="007A4A81">
        <w:rPr>
          <w:rFonts w:ascii="Times New Roman" w:hAnsi="Times New Roman"/>
          <w:szCs w:val="24"/>
          <w:lang w:val="ru-RU"/>
        </w:rPr>
        <w:t>ГЛАСОВАНО</w:t>
      </w:r>
    </w:p>
    <w:p w:rsidR="007A4A81" w:rsidRPr="007A4A81" w:rsidRDefault="007A4A81" w:rsidP="007A4A81">
      <w:pPr>
        <w:rPr>
          <w:rFonts w:ascii="Times New Roman" w:hAnsi="Times New Roman"/>
          <w:szCs w:val="24"/>
          <w:lang w:val="ru-RU"/>
        </w:rPr>
      </w:pPr>
      <w:r w:rsidRPr="007A4A81">
        <w:rPr>
          <w:rFonts w:ascii="Times New Roman" w:hAnsi="Times New Roman"/>
          <w:szCs w:val="24"/>
          <w:lang w:val="ru-RU"/>
        </w:rPr>
        <w:t>Пр</w:t>
      </w:r>
      <w:r w:rsidRPr="007A4A81">
        <w:rPr>
          <w:rFonts w:ascii="Times New Roman" w:hAnsi="Times New Roman"/>
          <w:szCs w:val="24"/>
          <w:lang w:val="ru-RU"/>
        </w:rPr>
        <w:t>о</w:t>
      </w:r>
      <w:r w:rsidRPr="007A4A81">
        <w:rPr>
          <w:rFonts w:ascii="Times New Roman" w:hAnsi="Times New Roman"/>
          <w:szCs w:val="24"/>
          <w:lang w:val="ru-RU"/>
        </w:rPr>
        <w:t>токол заседания                                                           Заместитель директора по УВР</w:t>
      </w:r>
    </w:p>
    <w:p w:rsidR="007A4A81" w:rsidRPr="007A4A81" w:rsidRDefault="007A4A81" w:rsidP="007A4A81">
      <w:pPr>
        <w:rPr>
          <w:rFonts w:ascii="Times New Roman" w:hAnsi="Times New Roman"/>
          <w:szCs w:val="24"/>
          <w:lang w:val="ru-RU"/>
        </w:rPr>
      </w:pPr>
      <w:r w:rsidRPr="007A4A81">
        <w:rPr>
          <w:rFonts w:ascii="Times New Roman" w:hAnsi="Times New Roman"/>
          <w:szCs w:val="24"/>
          <w:lang w:val="ru-RU"/>
        </w:rPr>
        <w:t>методического совета                                                        МБОУ БСОШ № 2</w:t>
      </w:r>
    </w:p>
    <w:p w:rsidR="007A4A81" w:rsidRPr="007A4A81" w:rsidRDefault="007A4A81" w:rsidP="007A4A81">
      <w:pPr>
        <w:rPr>
          <w:rFonts w:ascii="Times New Roman" w:hAnsi="Times New Roman"/>
          <w:szCs w:val="24"/>
          <w:lang w:val="ru-RU"/>
        </w:rPr>
      </w:pPr>
      <w:r w:rsidRPr="007A4A81">
        <w:rPr>
          <w:rFonts w:ascii="Times New Roman" w:hAnsi="Times New Roman"/>
          <w:szCs w:val="24"/>
          <w:lang w:val="ru-RU"/>
        </w:rPr>
        <w:t>МБОУ БСОШ № 2</w:t>
      </w:r>
    </w:p>
    <w:p w:rsidR="007A4A81" w:rsidRPr="007A4A81" w:rsidRDefault="007A4A81" w:rsidP="007A4A81">
      <w:pPr>
        <w:rPr>
          <w:rFonts w:ascii="Times New Roman" w:hAnsi="Times New Roman"/>
          <w:szCs w:val="24"/>
          <w:lang w:val="ru-RU"/>
        </w:rPr>
      </w:pPr>
      <w:r w:rsidRPr="007A4A81">
        <w:rPr>
          <w:rFonts w:ascii="Times New Roman" w:hAnsi="Times New Roman"/>
          <w:szCs w:val="24"/>
          <w:lang w:val="ru-RU"/>
        </w:rPr>
        <w:t>от  30 августа 2022 года № 1                                              ______________ /Рябова С.И./</w:t>
      </w:r>
    </w:p>
    <w:p w:rsidR="007A4A81" w:rsidRPr="005B6240" w:rsidRDefault="007A4A81" w:rsidP="007A4A81">
      <w:pPr>
        <w:rPr>
          <w:rFonts w:ascii="Times New Roman" w:hAnsi="Times New Roman"/>
          <w:szCs w:val="24"/>
        </w:rPr>
      </w:pPr>
      <w:r w:rsidRPr="005B6240">
        <w:rPr>
          <w:rFonts w:ascii="Times New Roman" w:hAnsi="Times New Roman"/>
          <w:szCs w:val="24"/>
        </w:rPr>
        <w:t>___________/</w:t>
      </w:r>
      <w:proofErr w:type="spellStart"/>
      <w:r w:rsidRPr="005B6240">
        <w:rPr>
          <w:rFonts w:ascii="Times New Roman" w:hAnsi="Times New Roman"/>
          <w:szCs w:val="24"/>
        </w:rPr>
        <w:t>Горбачёва</w:t>
      </w:r>
      <w:proofErr w:type="spellEnd"/>
      <w:r w:rsidRPr="005B6240">
        <w:rPr>
          <w:rFonts w:ascii="Times New Roman" w:hAnsi="Times New Roman"/>
          <w:szCs w:val="24"/>
        </w:rPr>
        <w:t xml:space="preserve"> О.И. /                                         __</w:t>
      </w:r>
      <w:r w:rsidRPr="005B6240">
        <w:rPr>
          <w:rFonts w:ascii="Times New Roman" w:hAnsi="Times New Roman"/>
          <w:szCs w:val="24"/>
          <w:u w:val="single"/>
        </w:rPr>
        <w:t xml:space="preserve">30 </w:t>
      </w:r>
      <w:proofErr w:type="spellStart"/>
      <w:r w:rsidRPr="005B6240">
        <w:rPr>
          <w:rFonts w:ascii="Times New Roman" w:hAnsi="Times New Roman"/>
          <w:szCs w:val="24"/>
          <w:u w:val="single"/>
        </w:rPr>
        <w:t>августа</w:t>
      </w:r>
      <w:proofErr w:type="spellEnd"/>
      <w:r>
        <w:rPr>
          <w:rFonts w:ascii="Times New Roman" w:hAnsi="Times New Roman"/>
          <w:szCs w:val="24"/>
        </w:rPr>
        <w:t xml:space="preserve"> __   2022</w:t>
      </w:r>
      <w:r w:rsidRPr="005B6240">
        <w:rPr>
          <w:rFonts w:ascii="Times New Roman" w:hAnsi="Times New Roman"/>
          <w:szCs w:val="24"/>
        </w:rPr>
        <w:t xml:space="preserve"> </w:t>
      </w:r>
      <w:proofErr w:type="spellStart"/>
      <w:r w:rsidRPr="005B6240">
        <w:rPr>
          <w:rFonts w:ascii="Times New Roman" w:hAnsi="Times New Roman"/>
          <w:szCs w:val="24"/>
        </w:rPr>
        <w:t>года</w:t>
      </w:r>
      <w:proofErr w:type="spellEnd"/>
    </w:p>
    <w:p w:rsidR="007A4A81" w:rsidRPr="005B6240" w:rsidRDefault="007A4A81" w:rsidP="007A4A81">
      <w:pPr>
        <w:rPr>
          <w:rFonts w:ascii="Times New Roman" w:hAnsi="Times New Roman"/>
          <w:szCs w:val="24"/>
        </w:rPr>
      </w:pPr>
    </w:p>
    <w:bookmarkEnd w:id="0"/>
    <w:p w:rsidR="007A4A81" w:rsidRPr="007924E7" w:rsidRDefault="007A4A81">
      <w:pPr>
        <w:rPr>
          <w:lang w:val="ru-RU"/>
        </w:rPr>
        <w:sectPr w:rsidR="007A4A81" w:rsidRPr="007924E7">
          <w:pgSz w:w="11900" w:h="16840"/>
          <w:pgMar w:top="298" w:right="650" w:bottom="1440" w:left="666" w:header="720" w:footer="720" w:gutter="0"/>
          <w:cols w:space="720" w:equalWidth="0">
            <w:col w:w="10584" w:space="0"/>
          </w:cols>
          <w:docGrid w:linePitch="360"/>
        </w:sectPr>
      </w:pPr>
    </w:p>
    <w:p w:rsidR="00C76F25" w:rsidRPr="007924E7" w:rsidRDefault="00C76F25">
      <w:pPr>
        <w:autoSpaceDE w:val="0"/>
        <w:autoSpaceDN w:val="0"/>
        <w:spacing w:after="78" w:line="220" w:lineRule="exact"/>
        <w:rPr>
          <w:lang w:val="ru-RU"/>
        </w:rPr>
      </w:pPr>
    </w:p>
    <w:p w:rsidR="00C76F25" w:rsidRPr="007924E7" w:rsidRDefault="0044668A">
      <w:pPr>
        <w:autoSpaceDE w:val="0"/>
        <w:autoSpaceDN w:val="0"/>
        <w:spacing w:after="0" w:line="230" w:lineRule="auto"/>
        <w:rPr>
          <w:lang w:val="ru-RU"/>
        </w:rPr>
      </w:pPr>
      <w:r w:rsidRPr="007924E7">
        <w:rPr>
          <w:rFonts w:ascii="Times New Roman" w:eastAsia="Times New Roman" w:hAnsi="Times New Roman"/>
          <w:b/>
          <w:color w:val="000000"/>
          <w:sz w:val="24"/>
          <w:lang w:val="ru-RU"/>
        </w:rPr>
        <w:t>МАТЕРИАЛЬНО-ТЕХНИЧЕСКОЕ ОБЕСПЕЧЕНИЕ ОБРАЗОВАТЕЛЬНОГО ПРОЦЕССА</w:t>
      </w:r>
    </w:p>
    <w:p w:rsidR="00C76F25" w:rsidRPr="007924E7" w:rsidRDefault="0044668A">
      <w:pPr>
        <w:autoSpaceDE w:val="0"/>
        <w:autoSpaceDN w:val="0"/>
        <w:spacing w:before="346" w:after="0" w:line="230" w:lineRule="auto"/>
        <w:rPr>
          <w:lang w:val="ru-RU"/>
        </w:rPr>
      </w:pPr>
      <w:r w:rsidRPr="007924E7">
        <w:rPr>
          <w:rFonts w:ascii="Times New Roman" w:eastAsia="Times New Roman" w:hAnsi="Times New Roman"/>
          <w:b/>
          <w:color w:val="000000"/>
          <w:sz w:val="24"/>
          <w:lang w:val="ru-RU"/>
        </w:rPr>
        <w:t>УЧЕБНОЕ ОБОРУДОВАНИЕ</w:t>
      </w:r>
    </w:p>
    <w:p w:rsidR="00C76F25" w:rsidRPr="007924E7" w:rsidRDefault="0044668A">
      <w:pPr>
        <w:autoSpaceDE w:val="0"/>
        <w:autoSpaceDN w:val="0"/>
        <w:spacing w:before="166" w:after="0" w:line="281" w:lineRule="auto"/>
        <w:ind w:right="1008"/>
        <w:rPr>
          <w:lang w:val="ru-RU"/>
        </w:rPr>
      </w:pPr>
      <w:r w:rsidRPr="007924E7">
        <w:rPr>
          <w:rFonts w:ascii="Times New Roman" w:eastAsia="Times New Roman" w:hAnsi="Times New Roman"/>
          <w:color w:val="000000"/>
          <w:sz w:val="24"/>
          <w:lang w:val="ru-RU"/>
        </w:rPr>
        <w:t xml:space="preserve">Ноутбук </w:t>
      </w:r>
      <w:r w:rsidRPr="007924E7">
        <w:rPr>
          <w:lang w:val="ru-RU"/>
        </w:rPr>
        <w:br/>
      </w:r>
      <w:r w:rsidRPr="007924E7">
        <w:rPr>
          <w:rFonts w:ascii="Times New Roman" w:eastAsia="Times New Roman" w:hAnsi="Times New Roman"/>
          <w:color w:val="000000"/>
          <w:sz w:val="24"/>
          <w:lang w:val="ru-RU"/>
        </w:rPr>
        <w:t xml:space="preserve">Мультимедийный проектор </w:t>
      </w:r>
      <w:r w:rsidRPr="007924E7">
        <w:rPr>
          <w:lang w:val="ru-RU"/>
        </w:rPr>
        <w:br/>
      </w:r>
      <w:r w:rsidRPr="007924E7">
        <w:rPr>
          <w:rFonts w:ascii="Times New Roman" w:eastAsia="Times New Roman" w:hAnsi="Times New Roman"/>
          <w:color w:val="000000"/>
          <w:sz w:val="24"/>
          <w:lang w:val="ru-RU"/>
        </w:rPr>
        <w:t xml:space="preserve">Экспозиционный экран </w:t>
      </w:r>
      <w:r w:rsidRPr="007924E7">
        <w:rPr>
          <w:lang w:val="ru-RU"/>
        </w:rPr>
        <w:br/>
      </w:r>
      <w:r w:rsidRPr="007924E7">
        <w:rPr>
          <w:rFonts w:ascii="Times New Roman" w:eastAsia="Times New Roman" w:hAnsi="Times New Roman"/>
          <w:color w:val="000000"/>
          <w:sz w:val="24"/>
          <w:lang w:val="ru-RU"/>
        </w:rPr>
        <w:t xml:space="preserve">Классная доска с набором приспособлений для крепления таблиц, плакатов и картинок Стол учительский </w:t>
      </w:r>
      <w:r w:rsidRPr="007924E7">
        <w:rPr>
          <w:lang w:val="ru-RU"/>
        </w:rPr>
        <w:br/>
      </w:r>
      <w:r w:rsidRPr="007924E7">
        <w:rPr>
          <w:rFonts w:ascii="Times New Roman" w:eastAsia="Times New Roman" w:hAnsi="Times New Roman"/>
          <w:color w:val="000000"/>
          <w:sz w:val="24"/>
          <w:lang w:val="ru-RU"/>
        </w:rPr>
        <w:t>Ученические столы 2-местные с комплектом стульев</w:t>
      </w:r>
    </w:p>
    <w:p w:rsidR="00C76F25" w:rsidRPr="007924E7" w:rsidRDefault="0044668A">
      <w:pPr>
        <w:autoSpaceDE w:val="0"/>
        <w:autoSpaceDN w:val="0"/>
        <w:spacing w:before="264" w:after="0" w:line="230" w:lineRule="auto"/>
        <w:rPr>
          <w:lang w:val="ru-RU"/>
        </w:rPr>
      </w:pPr>
      <w:r w:rsidRPr="007924E7">
        <w:rPr>
          <w:rFonts w:ascii="Times New Roman" w:eastAsia="Times New Roman" w:hAnsi="Times New Roman"/>
          <w:b/>
          <w:color w:val="000000"/>
          <w:sz w:val="24"/>
          <w:lang w:val="ru-RU"/>
        </w:rPr>
        <w:t>ОБОРУДОВАНИЕ ДЛЯ ПРОВЕДЕНИЯ ПРАКТИЧЕСКИХ РАБОТ</w:t>
      </w:r>
    </w:p>
    <w:p w:rsidR="00C76F25" w:rsidRPr="007924E7" w:rsidRDefault="0044668A">
      <w:pPr>
        <w:autoSpaceDE w:val="0"/>
        <w:autoSpaceDN w:val="0"/>
        <w:spacing w:before="168" w:after="0" w:line="230" w:lineRule="auto"/>
        <w:rPr>
          <w:lang w:val="ru-RU"/>
        </w:rPr>
      </w:pPr>
      <w:r w:rsidRPr="007924E7">
        <w:rPr>
          <w:rFonts w:ascii="Times New Roman" w:eastAsia="Times New Roman" w:hAnsi="Times New Roman"/>
          <w:color w:val="000000"/>
          <w:sz w:val="24"/>
          <w:lang w:val="ru-RU"/>
        </w:rPr>
        <w:t>Компьютер</w:t>
      </w:r>
    </w:p>
    <w:p w:rsidR="00C76F25" w:rsidRPr="007924E7" w:rsidRDefault="00C76F25">
      <w:pPr>
        <w:rPr>
          <w:lang w:val="ru-RU"/>
        </w:rPr>
        <w:sectPr w:rsidR="00C76F25" w:rsidRPr="007924E7">
          <w:pgSz w:w="11900" w:h="16840"/>
          <w:pgMar w:top="298" w:right="650" w:bottom="1440" w:left="666" w:header="720" w:footer="720" w:gutter="0"/>
          <w:cols w:space="720" w:equalWidth="0">
            <w:col w:w="10584" w:space="0"/>
          </w:cols>
          <w:docGrid w:linePitch="360"/>
        </w:sectPr>
      </w:pPr>
    </w:p>
    <w:p w:rsidR="0044668A" w:rsidRPr="007924E7" w:rsidRDefault="0044668A">
      <w:pPr>
        <w:rPr>
          <w:lang w:val="ru-RU"/>
        </w:rPr>
      </w:pPr>
    </w:p>
    <w:sectPr w:rsidR="0044668A" w:rsidRPr="007924E7" w:rsidSect="00034616">
      <w:pgSz w:w="11900" w:h="16840"/>
      <w:pgMar w:top="1440" w:right="1440" w:bottom="1440" w:left="1440" w:header="720" w:footer="720" w:gutter="0"/>
      <w:cols w:space="720" w:equalWidth="0">
        <w:col w:w="10584" w:space="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668A"/>
    <w:rsid w:val="007924E7"/>
    <w:rsid w:val="007A4A81"/>
    <w:rsid w:val="00AA1D8D"/>
    <w:rsid w:val="00B47730"/>
    <w:rsid w:val="00C7535D"/>
    <w:rsid w:val="00C76F25"/>
    <w:rsid w:val="00CB0664"/>
    <w:rsid w:val="00E12B73"/>
    <w:rsid w:val="00E2037F"/>
    <w:rsid w:val="00EA33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E2037F"/>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E203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E2037F"/>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E203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9C96F-0B65-4B19-8753-237654A2D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49</Pages>
  <Words>10237</Words>
  <Characters>58357</Characters>
  <Application>Microsoft Office Word</Application>
  <DocSecurity>0</DocSecurity>
  <Lines>486</Lines>
  <Paragraphs>136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68458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МАМА</cp:lastModifiedBy>
  <cp:revision>6</cp:revision>
  <cp:lastPrinted>2022-09-24T19:10:00Z</cp:lastPrinted>
  <dcterms:created xsi:type="dcterms:W3CDTF">2013-12-23T23:15:00Z</dcterms:created>
  <dcterms:modified xsi:type="dcterms:W3CDTF">2022-09-24T19:11:00Z</dcterms:modified>
  <cp:category/>
</cp:coreProperties>
</file>