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3EEF" w:rsidRPr="005A3EEF" w:rsidRDefault="005A3EEF" w:rsidP="0068099F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5A3EE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ст. </w:t>
      </w:r>
      <w:proofErr w:type="spellStart"/>
      <w:r w:rsidRPr="005A3EEF">
        <w:rPr>
          <w:rFonts w:ascii="Times New Roman" w:eastAsia="Calibri" w:hAnsi="Times New Roman" w:cs="Times New Roman"/>
          <w:sz w:val="28"/>
          <w:szCs w:val="28"/>
          <w:lang w:val="ru-RU"/>
        </w:rPr>
        <w:t>Багаевская</w:t>
      </w:r>
      <w:proofErr w:type="spellEnd"/>
      <w:r w:rsidRPr="005A3EE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Ростовской области</w:t>
      </w:r>
    </w:p>
    <w:p w:rsidR="005A3EEF" w:rsidRPr="005A3EEF" w:rsidRDefault="005A3EEF" w:rsidP="004D53FF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5A3EEF">
        <w:rPr>
          <w:rFonts w:ascii="Times New Roman" w:eastAsia="Calibri" w:hAnsi="Times New Roman" w:cs="Times New Roman"/>
          <w:sz w:val="28"/>
          <w:szCs w:val="28"/>
          <w:lang w:val="ru-RU"/>
        </w:rPr>
        <w:t>Муниципальное бюджетное общеобразовательное учреждение</w:t>
      </w:r>
    </w:p>
    <w:p w:rsidR="005A3EEF" w:rsidRPr="005A3EEF" w:rsidRDefault="005A3EEF" w:rsidP="004D53FF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  <w:lang w:val="ru-RU"/>
        </w:rPr>
      </w:pPr>
      <w:proofErr w:type="spellStart"/>
      <w:r w:rsidRPr="005A3EEF">
        <w:rPr>
          <w:rFonts w:ascii="Times New Roman" w:eastAsia="Calibri" w:hAnsi="Times New Roman" w:cs="Times New Roman"/>
          <w:sz w:val="28"/>
          <w:szCs w:val="28"/>
          <w:lang w:val="ru-RU"/>
        </w:rPr>
        <w:t>Багаевская</w:t>
      </w:r>
      <w:proofErr w:type="spellEnd"/>
      <w:r w:rsidRPr="005A3EE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средняя общеобразовательная школа № 2</w:t>
      </w:r>
    </w:p>
    <w:p w:rsidR="005A3EEF" w:rsidRPr="005A3EEF" w:rsidRDefault="005A3EEF" w:rsidP="004D53FF">
      <w:pPr>
        <w:spacing w:after="0"/>
        <w:jc w:val="center"/>
        <w:rPr>
          <w:rFonts w:ascii="Times New Roman" w:eastAsia="Calibri" w:hAnsi="Times New Roman" w:cs="Times New Roman"/>
          <w:lang w:val="ru-RU"/>
        </w:rPr>
      </w:pPr>
    </w:p>
    <w:p w:rsidR="005A3EEF" w:rsidRPr="005A3EEF" w:rsidRDefault="005A3EEF" w:rsidP="005A3EEF">
      <w:pPr>
        <w:spacing w:after="0"/>
        <w:jc w:val="center"/>
        <w:rPr>
          <w:rFonts w:ascii="Times New Roman" w:eastAsia="Calibri" w:hAnsi="Times New Roman" w:cs="Times New Roman"/>
          <w:lang w:val="ru-RU"/>
        </w:rPr>
      </w:pPr>
    </w:p>
    <w:p w:rsidR="005A3EEF" w:rsidRPr="005A3EEF" w:rsidRDefault="005A3EEF" w:rsidP="005A3EEF">
      <w:pPr>
        <w:spacing w:after="0"/>
        <w:jc w:val="center"/>
        <w:rPr>
          <w:rFonts w:ascii="Times New Roman" w:eastAsia="Calibri" w:hAnsi="Times New Roman" w:cs="Times New Roman"/>
          <w:lang w:val="ru-RU"/>
        </w:rPr>
      </w:pPr>
    </w:p>
    <w:p w:rsidR="005A3EEF" w:rsidRPr="005A3EEF" w:rsidRDefault="005A3EEF" w:rsidP="005A3EEF">
      <w:pPr>
        <w:spacing w:after="0"/>
        <w:ind w:left="4860" w:hanging="804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5A3EEF">
        <w:rPr>
          <w:rFonts w:ascii="Times New Roman" w:eastAsia="Calibri" w:hAnsi="Times New Roman" w:cs="Times New Roman"/>
          <w:sz w:val="28"/>
          <w:szCs w:val="28"/>
          <w:lang w:val="ru-RU"/>
        </w:rPr>
        <w:t>«Утверждаю»</w:t>
      </w:r>
    </w:p>
    <w:p w:rsidR="005A3EEF" w:rsidRPr="005A3EEF" w:rsidRDefault="005A3EEF" w:rsidP="005A3EEF">
      <w:pPr>
        <w:spacing w:after="0"/>
        <w:ind w:left="4860" w:hanging="804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5A3EEF">
        <w:rPr>
          <w:rFonts w:ascii="Times New Roman" w:eastAsia="Calibri" w:hAnsi="Times New Roman" w:cs="Times New Roman"/>
          <w:sz w:val="28"/>
          <w:szCs w:val="28"/>
          <w:lang w:val="ru-RU"/>
        </w:rPr>
        <w:t>Директор МБОУ БСОШ № 2</w:t>
      </w:r>
    </w:p>
    <w:p w:rsidR="005A3EEF" w:rsidRPr="005A3EEF" w:rsidRDefault="005A3EEF" w:rsidP="005A3EEF">
      <w:pPr>
        <w:spacing w:after="0"/>
        <w:ind w:left="4860" w:hanging="804"/>
        <w:jc w:val="both"/>
        <w:rPr>
          <w:rFonts w:ascii="Times New Roman" w:eastAsia="Calibri" w:hAnsi="Times New Roman" w:cs="Times New Roman"/>
          <w:sz w:val="28"/>
          <w:szCs w:val="28"/>
          <w:u w:val="single"/>
          <w:lang w:val="ru-RU"/>
        </w:rPr>
      </w:pPr>
      <w:r w:rsidRPr="005A3EE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Приказ от 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ru-RU"/>
        </w:rPr>
        <w:t>30.08.2022</w:t>
      </w:r>
      <w:r w:rsidRPr="005A3EE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  № </w:t>
      </w:r>
      <w:r>
        <w:rPr>
          <w:rFonts w:ascii="Times New Roman" w:eastAsia="Calibri" w:hAnsi="Times New Roman" w:cs="Times New Roman"/>
          <w:sz w:val="28"/>
          <w:szCs w:val="28"/>
          <w:u w:val="single"/>
          <w:lang w:val="ru-RU"/>
        </w:rPr>
        <w:t>152/1</w:t>
      </w:r>
    </w:p>
    <w:p w:rsidR="005A3EEF" w:rsidRPr="005A3EEF" w:rsidRDefault="005A3EEF" w:rsidP="005A3EEF">
      <w:pPr>
        <w:spacing w:after="0"/>
        <w:ind w:left="4860" w:hanging="804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5A3EE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_____________/Н.А. </w:t>
      </w:r>
      <w:proofErr w:type="spellStart"/>
      <w:r w:rsidRPr="005A3EEF">
        <w:rPr>
          <w:rFonts w:ascii="Times New Roman" w:eastAsia="Calibri" w:hAnsi="Times New Roman" w:cs="Times New Roman"/>
          <w:sz w:val="28"/>
          <w:szCs w:val="28"/>
          <w:lang w:val="ru-RU"/>
        </w:rPr>
        <w:t>Леванчук</w:t>
      </w:r>
      <w:proofErr w:type="spellEnd"/>
      <w:r w:rsidRPr="005A3EEF">
        <w:rPr>
          <w:rFonts w:ascii="Times New Roman" w:eastAsia="Calibri" w:hAnsi="Times New Roman" w:cs="Times New Roman"/>
          <w:sz w:val="28"/>
          <w:szCs w:val="28"/>
          <w:lang w:val="ru-RU"/>
        </w:rPr>
        <w:t>/</w:t>
      </w:r>
    </w:p>
    <w:p w:rsidR="005A3EEF" w:rsidRPr="005A3EEF" w:rsidRDefault="005A3EEF" w:rsidP="005A3EEF">
      <w:pPr>
        <w:spacing w:after="0"/>
        <w:ind w:left="4860" w:hanging="804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5A3EEF">
        <w:rPr>
          <w:rFonts w:ascii="Times New Roman" w:eastAsia="Calibri" w:hAnsi="Times New Roman" w:cs="Times New Roman"/>
          <w:sz w:val="28"/>
          <w:szCs w:val="28"/>
          <w:lang w:val="ru-RU"/>
        </w:rPr>
        <w:t>место печати</w:t>
      </w:r>
    </w:p>
    <w:p w:rsidR="005A3EEF" w:rsidRPr="005A3EEF" w:rsidRDefault="005A3EEF" w:rsidP="005A3EEF">
      <w:pPr>
        <w:spacing w:after="0"/>
        <w:jc w:val="both"/>
        <w:rPr>
          <w:rFonts w:ascii="Times New Roman" w:eastAsia="Calibri" w:hAnsi="Times New Roman" w:cs="Times New Roman"/>
          <w:lang w:val="ru-RU"/>
        </w:rPr>
      </w:pPr>
    </w:p>
    <w:p w:rsidR="005A3EEF" w:rsidRPr="005A3EEF" w:rsidRDefault="005A3EEF" w:rsidP="005A3EEF">
      <w:pPr>
        <w:spacing w:after="0"/>
        <w:jc w:val="both"/>
        <w:rPr>
          <w:rFonts w:ascii="Times New Roman" w:eastAsia="Calibri" w:hAnsi="Times New Roman" w:cs="Times New Roman"/>
          <w:lang w:val="ru-RU"/>
        </w:rPr>
      </w:pPr>
    </w:p>
    <w:p w:rsidR="005A3EEF" w:rsidRPr="005A3EEF" w:rsidRDefault="005A3EEF" w:rsidP="005A3EEF">
      <w:pPr>
        <w:spacing w:after="0"/>
        <w:jc w:val="center"/>
        <w:rPr>
          <w:rFonts w:ascii="Times New Roman" w:eastAsia="Calibri" w:hAnsi="Times New Roman" w:cs="Times New Roman"/>
          <w:b/>
          <w:sz w:val="56"/>
          <w:szCs w:val="56"/>
          <w:lang w:val="ru-RU"/>
        </w:rPr>
      </w:pPr>
    </w:p>
    <w:p w:rsidR="005A3EEF" w:rsidRPr="005A3EEF" w:rsidRDefault="005A3EEF" w:rsidP="005A3EEF">
      <w:pPr>
        <w:spacing w:after="0"/>
        <w:jc w:val="center"/>
        <w:rPr>
          <w:rFonts w:ascii="Times New Roman" w:eastAsia="Calibri" w:hAnsi="Times New Roman" w:cs="Times New Roman"/>
          <w:b/>
          <w:sz w:val="56"/>
          <w:szCs w:val="56"/>
          <w:lang w:val="ru-RU"/>
        </w:rPr>
      </w:pPr>
      <w:r w:rsidRPr="005A3EEF">
        <w:rPr>
          <w:rFonts w:ascii="Times New Roman" w:eastAsia="Calibri" w:hAnsi="Times New Roman" w:cs="Times New Roman"/>
          <w:b/>
          <w:sz w:val="56"/>
          <w:szCs w:val="56"/>
          <w:lang w:val="ru-RU"/>
        </w:rPr>
        <w:t>РАБОЧАЯ ПРОГРАММА</w:t>
      </w:r>
    </w:p>
    <w:p w:rsidR="005A3EEF" w:rsidRPr="0030397D" w:rsidRDefault="005A3EEF" w:rsidP="005A3EEF">
      <w:pPr>
        <w:autoSpaceDE w:val="0"/>
        <w:autoSpaceDN w:val="0"/>
        <w:spacing w:before="70" w:after="0" w:line="230" w:lineRule="auto"/>
        <w:ind w:right="4412"/>
        <w:jc w:val="right"/>
        <w:rPr>
          <w:lang w:val="ru-RU"/>
        </w:rPr>
      </w:pPr>
      <w:r w:rsidRPr="0030397D">
        <w:rPr>
          <w:rFonts w:ascii="Times New Roman" w:eastAsia="Times New Roman" w:hAnsi="Times New Roman"/>
          <w:b/>
          <w:color w:val="000000"/>
          <w:sz w:val="24"/>
          <w:lang w:val="ru-RU"/>
        </w:rPr>
        <w:t>(</w:t>
      </w:r>
      <w:r>
        <w:rPr>
          <w:rFonts w:ascii="Times New Roman" w:eastAsia="Times New Roman" w:hAnsi="Times New Roman"/>
          <w:b/>
          <w:color w:val="000000"/>
          <w:sz w:val="24"/>
        </w:rPr>
        <w:t>ID</w:t>
      </w:r>
      <w:r w:rsidRPr="0030397D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 3008400)</w:t>
      </w:r>
    </w:p>
    <w:p w:rsidR="005A3EEF" w:rsidRPr="005A3EEF" w:rsidRDefault="005A3EEF" w:rsidP="005A3EEF">
      <w:pPr>
        <w:spacing w:after="0"/>
        <w:rPr>
          <w:rFonts w:ascii="Times New Roman" w:eastAsia="Calibri" w:hAnsi="Times New Roman" w:cs="Times New Roman"/>
          <w:lang w:val="ru-RU"/>
        </w:rPr>
      </w:pPr>
    </w:p>
    <w:p w:rsidR="005A3EEF" w:rsidRPr="005A3EEF" w:rsidRDefault="005A3EEF" w:rsidP="005A3EEF">
      <w:pPr>
        <w:spacing w:after="0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5A3EE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По </w:t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учебному </w:t>
      </w:r>
      <w:r w:rsidRPr="005A3EEF">
        <w:rPr>
          <w:rFonts w:ascii="Times New Roman" w:eastAsia="Calibri" w:hAnsi="Times New Roman" w:cs="Times New Roman"/>
          <w:sz w:val="28"/>
          <w:szCs w:val="28"/>
          <w:lang w:val="ru-RU"/>
        </w:rPr>
        <w:t>предмету «Математика»</w:t>
      </w:r>
    </w:p>
    <w:p w:rsidR="005A3EEF" w:rsidRPr="005A3EEF" w:rsidRDefault="005A3EEF" w:rsidP="005A3EEF">
      <w:pPr>
        <w:spacing w:after="0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:rsidR="005A3EEF" w:rsidRPr="005A3EEF" w:rsidRDefault="005A3EEF" w:rsidP="005A3EEF">
      <w:pPr>
        <w:spacing w:after="0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5A3EEF">
        <w:rPr>
          <w:rFonts w:ascii="Times New Roman" w:eastAsia="Calibri" w:hAnsi="Times New Roman" w:cs="Times New Roman"/>
          <w:sz w:val="28"/>
          <w:szCs w:val="28"/>
          <w:lang w:val="ru-RU"/>
        </w:rPr>
        <w:t>На</w:t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t>чальное общее образование: 1 «Б</w:t>
      </w:r>
      <w:r w:rsidRPr="005A3EEF">
        <w:rPr>
          <w:rFonts w:ascii="Times New Roman" w:eastAsia="Calibri" w:hAnsi="Times New Roman" w:cs="Times New Roman"/>
          <w:sz w:val="28"/>
          <w:szCs w:val="28"/>
          <w:lang w:val="ru-RU"/>
        </w:rPr>
        <w:t>» класс</w:t>
      </w:r>
    </w:p>
    <w:p w:rsidR="005A3EEF" w:rsidRPr="005A3EEF" w:rsidRDefault="005A3EEF" w:rsidP="005A3EEF">
      <w:pPr>
        <w:spacing w:after="0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:rsidR="005A3EEF" w:rsidRPr="005A3EEF" w:rsidRDefault="005A3EEF" w:rsidP="005A3EEF">
      <w:pPr>
        <w:spacing w:after="0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5A3EE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Количество часов -   </w:t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t>159</w:t>
      </w:r>
      <w:r w:rsidRPr="005A3EE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</w:p>
    <w:p w:rsidR="005A3EEF" w:rsidRPr="005A3EEF" w:rsidRDefault="005A3EEF" w:rsidP="005A3EEF">
      <w:pPr>
        <w:spacing w:after="0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:rsidR="005A3EEF" w:rsidRPr="005A3EEF" w:rsidRDefault="005A3EEF" w:rsidP="005A3EEF">
      <w:pPr>
        <w:spacing w:after="0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:rsidR="005A3EEF" w:rsidRPr="005A3EEF" w:rsidRDefault="005A3EEF" w:rsidP="005A3EEF">
      <w:pPr>
        <w:spacing w:after="0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5A3EEF">
        <w:rPr>
          <w:rFonts w:ascii="Times New Roman" w:eastAsia="Calibri" w:hAnsi="Times New Roman" w:cs="Times New Roman"/>
          <w:sz w:val="28"/>
          <w:szCs w:val="28"/>
          <w:lang w:val="ru-RU"/>
        </w:rPr>
        <w:t>Учитель: Качалина Валентина Васильевна</w:t>
      </w:r>
    </w:p>
    <w:p w:rsidR="005A3EEF" w:rsidRPr="005A3EEF" w:rsidRDefault="005A3EEF" w:rsidP="005A3EEF">
      <w:pPr>
        <w:spacing w:after="0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:rsidR="005A3EEF" w:rsidRPr="005A3EEF" w:rsidRDefault="005A3EEF" w:rsidP="005A3EEF">
      <w:pPr>
        <w:spacing w:after="0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:rsidR="005A3EEF" w:rsidRPr="005A3EEF" w:rsidRDefault="005A3EEF" w:rsidP="005A3EEF">
      <w:pPr>
        <w:spacing w:after="0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:rsidR="005A3EEF" w:rsidRPr="005A3EEF" w:rsidRDefault="005A3EEF" w:rsidP="005A3EEF">
      <w:pPr>
        <w:spacing w:after="0"/>
        <w:rPr>
          <w:rFonts w:ascii="Times New Roman" w:eastAsia="Calibri" w:hAnsi="Times New Roman" w:cs="Times New Roman"/>
          <w:sz w:val="28"/>
          <w:szCs w:val="28"/>
          <w:lang w:val="ru-RU"/>
        </w:rPr>
      </w:pPr>
    </w:p>
    <w:p w:rsidR="005A3EEF" w:rsidRPr="004D53FF" w:rsidRDefault="005A3EEF" w:rsidP="005A3EEF">
      <w:pPr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kern w:val="1"/>
          <w:sz w:val="28"/>
          <w:szCs w:val="28"/>
          <w:lang w:val="ru-RU" w:eastAsia="hi-IN" w:bidi="hi-IN"/>
        </w:rPr>
      </w:pPr>
      <w:r w:rsidRPr="005A3EEF">
        <w:rPr>
          <w:rFonts w:ascii="Times New Roman" w:eastAsia="Calibri" w:hAnsi="Times New Roman" w:cs="Times New Roman"/>
          <w:sz w:val="28"/>
          <w:szCs w:val="28"/>
          <w:lang w:val="ru-RU"/>
        </w:rPr>
        <w:t>Программа разработана в соответствии с Федеральным государственным образовательным стандартом нач</w:t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t>ального общего образования, 2021</w:t>
      </w:r>
      <w:r w:rsidRPr="005A3EE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год, примерных программ по матем</w:t>
      </w:r>
      <w:r w:rsidR="004D53FF">
        <w:rPr>
          <w:rFonts w:ascii="Times New Roman" w:eastAsia="Calibri" w:hAnsi="Times New Roman" w:cs="Times New Roman"/>
          <w:sz w:val="28"/>
          <w:szCs w:val="28"/>
          <w:lang w:val="ru-RU"/>
        </w:rPr>
        <w:t>атике</w:t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t>, 2021</w:t>
      </w:r>
      <w:r w:rsidRPr="005A3EE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г., на основе авторской программы «</w:t>
      </w:r>
      <w:r w:rsidRPr="005A3EEF">
        <w:rPr>
          <w:rFonts w:ascii="Times New Roman" w:eastAsia="Times New Roman" w:hAnsi="Times New Roman" w:cs="Times New Roman"/>
          <w:spacing w:val="-7"/>
          <w:sz w:val="28"/>
          <w:szCs w:val="28"/>
          <w:lang w:val="ru-RU" w:eastAsia="ru-RU"/>
        </w:rPr>
        <w:t xml:space="preserve">Математика» </w:t>
      </w:r>
      <w:r w:rsidRPr="005A3EEF">
        <w:rPr>
          <w:rFonts w:ascii="Times New Roman" w:eastAsia="Calibri" w:hAnsi="Times New Roman" w:cs="Times New Roman"/>
          <w:kern w:val="1"/>
          <w:sz w:val="28"/>
          <w:szCs w:val="28"/>
          <w:lang w:val="ru-RU" w:eastAsia="hi-IN" w:bidi="hi-IN"/>
        </w:rPr>
        <w:t>М. И. Моро, С. И. Волкова, С. В. Степанова. Предметная линия учебников системы «Шко</w:t>
      </w:r>
      <w:r w:rsidR="004D53FF">
        <w:rPr>
          <w:rFonts w:ascii="Times New Roman" w:eastAsia="Calibri" w:hAnsi="Times New Roman" w:cs="Times New Roman"/>
          <w:kern w:val="1"/>
          <w:sz w:val="28"/>
          <w:szCs w:val="28"/>
          <w:lang w:val="ru-RU" w:eastAsia="hi-IN" w:bidi="hi-IN"/>
        </w:rPr>
        <w:t xml:space="preserve">ла России». </w:t>
      </w:r>
      <w:r w:rsidRPr="005A3EEF">
        <w:rPr>
          <w:rFonts w:ascii="Times New Roman" w:eastAsia="Calibri" w:hAnsi="Times New Roman" w:cs="Times New Roman"/>
          <w:kern w:val="1"/>
          <w:sz w:val="28"/>
          <w:szCs w:val="28"/>
          <w:lang w:val="ru-RU" w:eastAsia="hi-IN" w:bidi="hi-IN"/>
        </w:rPr>
        <w:t>М.: Просвещение, 2014</w:t>
      </w:r>
    </w:p>
    <w:p w:rsidR="005A3EEF" w:rsidRPr="005A3EEF" w:rsidRDefault="005A3EEF" w:rsidP="005A3EEF">
      <w:pPr>
        <w:spacing w:after="0"/>
        <w:jc w:val="center"/>
        <w:rPr>
          <w:rFonts w:ascii="Calibri" w:eastAsia="Calibri" w:hAnsi="Calibri" w:cs="Times New Roman"/>
          <w:b/>
          <w:sz w:val="28"/>
          <w:szCs w:val="28"/>
          <w:lang w:val="ru-RU"/>
        </w:rPr>
      </w:pPr>
    </w:p>
    <w:p w:rsidR="005A3EEF" w:rsidRPr="005A3EEF" w:rsidRDefault="005A3EEF" w:rsidP="005A3EEF">
      <w:pPr>
        <w:jc w:val="center"/>
        <w:rPr>
          <w:rFonts w:ascii="Times New Roman" w:eastAsia="Calibri" w:hAnsi="Times New Roman" w:cs="Times New Roman"/>
          <w:sz w:val="28"/>
          <w:szCs w:val="28"/>
          <w:lang w:val="ru-RU"/>
        </w:rPr>
      </w:pPr>
      <w:r>
        <w:rPr>
          <w:rFonts w:ascii="Times New Roman" w:eastAsia="Calibri" w:hAnsi="Times New Roman" w:cs="Times New Roman"/>
          <w:sz w:val="28"/>
          <w:szCs w:val="28"/>
          <w:lang w:val="ru-RU"/>
        </w:rPr>
        <w:t>2022 - 2023</w:t>
      </w:r>
      <w:r w:rsidRPr="005A3EEF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5A3EEF">
        <w:rPr>
          <w:rFonts w:ascii="Times New Roman" w:eastAsia="Calibri" w:hAnsi="Times New Roman" w:cs="Times New Roman"/>
          <w:sz w:val="28"/>
          <w:szCs w:val="28"/>
          <w:lang w:val="ru-RU"/>
        </w:rPr>
        <w:t>уч</w:t>
      </w:r>
      <w:proofErr w:type="gramStart"/>
      <w:r w:rsidRPr="005A3EEF">
        <w:rPr>
          <w:rFonts w:ascii="Times New Roman" w:eastAsia="Calibri" w:hAnsi="Times New Roman" w:cs="Times New Roman"/>
          <w:sz w:val="28"/>
          <w:szCs w:val="28"/>
          <w:lang w:val="ru-RU"/>
        </w:rPr>
        <w:t>.г</w:t>
      </w:r>
      <w:proofErr w:type="gramEnd"/>
      <w:r w:rsidRPr="005A3EEF">
        <w:rPr>
          <w:rFonts w:ascii="Times New Roman" w:eastAsia="Calibri" w:hAnsi="Times New Roman" w:cs="Times New Roman"/>
          <w:sz w:val="28"/>
          <w:szCs w:val="28"/>
          <w:lang w:val="ru-RU"/>
        </w:rPr>
        <w:t>од</w:t>
      </w:r>
      <w:proofErr w:type="spellEnd"/>
    </w:p>
    <w:p w:rsidR="00D65CB6" w:rsidRPr="0030397D" w:rsidRDefault="00D65CB6">
      <w:pPr>
        <w:rPr>
          <w:lang w:val="ru-RU"/>
        </w:rPr>
        <w:sectPr w:rsidR="00D65CB6" w:rsidRPr="0030397D" w:rsidSect="005B299F">
          <w:pgSz w:w="11900" w:h="16840"/>
          <w:pgMar w:top="1440" w:right="1440" w:bottom="1440" w:left="1440" w:header="720" w:footer="720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20" w:equalWidth="0">
            <w:col w:w="9580" w:space="0"/>
          </w:cols>
          <w:docGrid w:linePitch="360"/>
        </w:sectPr>
      </w:pPr>
    </w:p>
    <w:p w:rsidR="005B299F" w:rsidRDefault="005B299F" w:rsidP="005B299F">
      <w:pPr>
        <w:autoSpaceDE w:val="0"/>
        <w:autoSpaceDN w:val="0"/>
        <w:spacing w:after="0" w:line="23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val="ru-RU"/>
        </w:rPr>
      </w:pPr>
    </w:p>
    <w:p w:rsidR="00D65CB6" w:rsidRDefault="002E3E0D" w:rsidP="005B299F">
      <w:pPr>
        <w:autoSpaceDE w:val="0"/>
        <w:autoSpaceDN w:val="0"/>
        <w:spacing w:after="0" w:line="23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val="ru-RU"/>
        </w:rPr>
      </w:pPr>
      <w:r w:rsidRPr="005B299F">
        <w:rPr>
          <w:rFonts w:ascii="Times New Roman" w:eastAsia="Times New Roman" w:hAnsi="Times New Roman"/>
          <w:b/>
          <w:color w:val="000000"/>
          <w:sz w:val="28"/>
          <w:szCs w:val="28"/>
          <w:lang w:val="ru-RU"/>
        </w:rPr>
        <w:t>ПОЯСНИТЕЛЬНАЯ ЗАПИСКА</w:t>
      </w:r>
    </w:p>
    <w:p w:rsidR="005B299F" w:rsidRPr="005B299F" w:rsidRDefault="005B299F" w:rsidP="005B299F">
      <w:pPr>
        <w:autoSpaceDE w:val="0"/>
        <w:autoSpaceDN w:val="0"/>
        <w:spacing w:after="0" w:line="230" w:lineRule="auto"/>
        <w:jc w:val="center"/>
        <w:rPr>
          <w:sz w:val="28"/>
          <w:szCs w:val="28"/>
          <w:lang w:val="ru-RU"/>
        </w:rPr>
      </w:pPr>
    </w:p>
    <w:p w:rsidR="005B299F" w:rsidRPr="005B299F" w:rsidRDefault="005B299F" w:rsidP="005B299F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5B299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Настоящая рабочая программа составлена на основании следующих нормативно-правовых документов:</w:t>
      </w:r>
    </w:p>
    <w:p w:rsidR="005B299F" w:rsidRPr="005B299F" w:rsidRDefault="005B299F" w:rsidP="005B299F">
      <w:pPr>
        <w:widowControl w:val="0"/>
        <w:numPr>
          <w:ilvl w:val="0"/>
          <w:numId w:val="13"/>
        </w:numPr>
        <w:suppressAutoHyphens/>
        <w:spacing w:after="0"/>
        <w:jc w:val="both"/>
        <w:rPr>
          <w:rFonts w:ascii="Times New Roman" w:eastAsia="Times New Roman" w:hAnsi="Times New Roman" w:cs="Times New Roman"/>
          <w:iCs/>
          <w:kern w:val="2"/>
          <w:sz w:val="24"/>
          <w:szCs w:val="24"/>
          <w:lang w:val="ru-RU" w:eastAsia="hi-IN" w:bidi="hi-IN"/>
        </w:rPr>
      </w:pPr>
      <w:r>
        <w:rPr>
          <w:rFonts w:ascii="Times New Roman" w:eastAsia="Times New Roman" w:hAnsi="Times New Roman" w:cs="Times New Roman"/>
          <w:iCs/>
          <w:kern w:val="2"/>
          <w:sz w:val="24"/>
          <w:szCs w:val="24"/>
          <w:lang w:val="ru-RU" w:eastAsia="hi-IN" w:bidi="hi-IN"/>
        </w:rPr>
        <w:t>Закон Российской Федерации "Об</w:t>
      </w:r>
      <w:r w:rsidRPr="005B299F">
        <w:rPr>
          <w:rFonts w:ascii="Times New Roman" w:eastAsia="Times New Roman" w:hAnsi="Times New Roman" w:cs="Times New Roman"/>
          <w:iCs/>
          <w:kern w:val="2"/>
          <w:sz w:val="24"/>
          <w:szCs w:val="24"/>
          <w:lang w:val="ru-RU" w:eastAsia="hi-IN" w:bidi="hi-IN"/>
        </w:rPr>
        <w:t xml:space="preserve"> образова</w:t>
      </w:r>
      <w:r>
        <w:rPr>
          <w:rFonts w:ascii="Times New Roman" w:eastAsia="Times New Roman" w:hAnsi="Times New Roman" w:cs="Times New Roman"/>
          <w:iCs/>
          <w:kern w:val="2"/>
          <w:sz w:val="24"/>
          <w:szCs w:val="24"/>
          <w:lang w:val="ru-RU" w:eastAsia="hi-IN" w:bidi="hi-IN"/>
        </w:rPr>
        <w:t xml:space="preserve">нии в Российской Федерации" (в </w:t>
      </w:r>
      <w:r w:rsidRPr="005B299F">
        <w:rPr>
          <w:rFonts w:ascii="Times New Roman" w:eastAsia="Times New Roman" w:hAnsi="Times New Roman" w:cs="Times New Roman"/>
          <w:iCs/>
          <w:kern w:val="2"/>
          <w:sz w:val="24"/>
          <w:szCs w:val="24"/>
          <w:lang w:val="ru-RU" w:eastAsia="hi-IN" w:bidi="hi-IN"/>
        </w:rPr>
        <w:t>ред. Федерального закона от 29.12.2012 № 273-ФЗ).</w:t>
      </w:r>
      <w:r w:rsidRPr="005B299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</w:p>
    <w:p w:rsidR="005B299F" w:rsidRPr="005B299F" w:rsidRDefault="005B299F" w:rsidP="005B299F">
      <w:pPr>
        <w:widowControl w:val="0"/>
        <w:numPr>
          <w:ilvl w:val="0"/>
          <w:numId w:val="13"/>
        </w:numPr>
        <w:suppressAutoHyphens/>
        <w:spacing w:after="0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val="ru-RU" w:eastAsia="hi-IN" w:bidi="hi-IN"/>
        </w:rPr>
      </w:pPr>
      <w:r w:rsidRPr="005B299F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val="ru-RU" w:eastAsia="hi-IN" w:bidi="hi-IN"/>
        </w:rPr>
        <w:t>Федеральный государственный образовательный стандарт начального общего образования, утвержденный приказом Министерства образования и науки Российской Федерации от 6 октября 2009 г. N 373 (Зарегистрирован Министерством юстиции Российской Федерации 22 декабря 2009 г., регистрационный N 15785).</w:t>
      </w:r>
    </w:p>
    <w:p w:rsidR="005B299F" w:rsidRPr="005B299F" w:rsidRDefault="005B299F" w:rsidP="005B299F">
      <w:pPr>
        <w:widowControl w:val="0"/>
        <w:numPr>
          <w:ilvl w:val="0"/>
          <w:numId w:val="13"/>
        </w:numPr>
        <w:suppressAutoHyphens/>
        <w:spacing w:after="0"/>
        <w:jc w:val="both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val="ru-RU" w:eastAsia="hi-IN" w:bidi="hi-IN"/>
        </w:rPr>
      </w:pPr>
      <w:r w:rsidRPr="005B299F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val="ru-RU" w:eastAsia="hi-IN" w:bidi="hi-IN"/>
        </w:rPr>
        <w:t xml:space="preserve">Приказ </w:t>
      </w:r>
      <w:proofErr w:type="spellStart"/>
      <w:r w:rsidRPr="005B299F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val="ru-RU" w:eastAsia="hi-IN" w:bidi="hi-IN"/>
        </w:rPr>
        <w:t>Минпросвещения</w:t>
      </w:r>
      <w:proofErr w:type="spellEnd"/>
      <w:r w:rsidRPr="005B299F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val="ru-RU" w:eastAsia="hi-IN" w:bidi="hi-IN"/>
        </w:rPr>
        <w:t xml:space="preserve"> России от 31.05.2021 № 286 «Об утверждении федерального государственного образовательного стандарта начального общего образования» (Зарегистрирован в</w:t>
      </w: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val="ru-RU" w:eastAsia="hi-IN" w:bidi="hi-IN"/>
        </w:rPr>
        <w:t xml:space="preserve"> Минюсте России 05.07.2012 г., </w:t>
      </w:r>
      <w:r w:rsidRPr="005B299F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val="ru-RU" w:eastAsia="hi-IN" w:bidi="hi-IN"/>
        </w:rPr>
        <w:t>№ 64100)</w:t>
      </w:r>
    </w:p>
    <w:p w:rsidR="005B299F" w:rsidRPr="005B299F" w:rsidRDefault="005B299F" w:rsidP="005B299F">
      <w:pPr>
        <w:numPr>
          <w:ilvl w:val="0"/>
          <w:numId w:val="13"/>
        </w:numPr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5B299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Постановление Главного государственного санитарног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о врача РФ от 28.09.2020 г. № </w:t>
      </w:r>
      <w:r w:rsidRPr="005B299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28 «</w:t>
      </w:r>
      <w:r w:rsidRPr="005B299F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 xml:space="preserve">Об утверждении санитарных правил СП </w:t>
      </w:r>
      <w:r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2.4.3648-20 «Санитарно-эпидемио</w:t>
      </w:r>
      <w:r w:rsidRPr="005B299F">
        <w:rPr>
          <w:rFonts w:ascii="Times New Roman" w:eastAsia="Times New Roman" w:hAnsi="Times New Roman" w:cs="Times New Roman"/>
          <w:bCs/>
          <w:sz w:val="24"/>
          <w:szCs w:val="24"/>
          <w:lang w:val="ru-RU" w:eastAsia="ru-RU"/>
        </w:rPr>
        <w:t>логические требования к организациям воспитания и обучения, отдыха и оздоровления детей и молодежи»</w:t>
      </w:r>
      <w:r w:rsidRPr="005B299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;</w:t>
      </w:r>
    </w:p>
    <w:p w:rsidR="005B299F" w:rsidRPr="005B299F" w:rsidRDefault="005B299F" w:rsidP="005B299F">
      <w:pPr>
        <w:numPr>
          <w:ilvl w:val="0"/>
          <w:numId w:val="13"/>
        </w:numPr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5B299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Приказ Министерства пр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освещения Российской Федерации от 20.05.2020 г. № 254 </w:t>
      </w:r>
      <w:r w:rsidRPr="005B299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"Об утверждении федерального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перечня учебников, допущенных </w:t>
      </w:r>
      <w:r w:rsidRPr="005B299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организациями, осуществляющими образовательную деятельность".</w:t>
      </w:r>
    </w:p>
    <w:p w:rsidR="005B299F" w:rsidRPr="005B299F" w:rsidRDefault="005B299F" w:rsidP="005B299F">
      <w:pPr>
        <w:numPr>
          <w:ilvl w:val="0"/>
          <w:numId w:val="13"/>
        </w:numPr>
        <w:spacing w:after="0"/>
        <w:ind w:left="714" w:hanging="35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5B299F">
        <w:rPr>
          <w:rFonts w:ascii="Times New Roman" w:eastAsia="Times New Roman" w:hAnsi="Times New Roman" w:cs="Times New Roman"/>
          <w:bCs/>
          <w:kern w:val="2"/>
          <w:sz w:val="24"/>
          <w:szCs w:val="24"/>
          <w:lang w:val="ru-RU" w:eastAsia="hi-IN" w:bidi="hi-IN"/>
        </w:rPr>
        <w:t>Устав МБОУ БСОШ № 2.</w:t>
      </w:r>
    </w:p>
    <w:p w:rsidR="005B299F" w:rsidRPr="005B299F" w:rsidRDefault="005B299F" w:rsidP="005B299F">
      <w:pPr>
        <w:widowControl w:val="0"/>
        <w:numPr>
          <w:ilvl w:val="0"/>
          <w:numId w:val="14"/>
        </w:numPr>
        <w:suppressAutoHyphens/>
        <w:spacing w:after="0"/>
        <w:ind w:left="714" w:hanging="357"/>
        <w:jc w:val="both"/>
        <w:rPr>
          <w:rFonts w:ascii="Times New Roman" w:eastAsia="Times New Roman" w:hAnsi="Times New Roman" w:cs="Times New Roman"/>
          <w:bCs/>
          <w:kern w:val="2"/>
          <w:sz w:val="24"/>
          <w:szCs w:val="24"/>
          <w:lang w:val="ru-RU" w:eastAsia="hi-IN" w:bidi="hi-IN"/>
        </w:rPr>
      </w:pPr>
      <w:r w:rsidRPr="005B299F">
        <w:rPr>
          <w:rFonts w:ascii="Times New Roman" w:eastAsia="Times New Roman" w:hAnsi="Times New Roman" w:cs="Times New Roman"/>
          <w:bCs/>
          <w:kern w:val="2"/>
          <w:sz w:val="24"/>
          <w:szCs w:val="24"/>
          <w:lang w:val="ru-RU" w:eastAsia="hi-IN" w:bidi="hi-IN"/>
        </w:rPr>
        <w:t>Основная образовательная программа начального общего образования МБОУ БСОШ № 2</w:t>
      </w:r>
    </w:p>
    <w:p w:rsidR="005B299F" w:rsidRPr="005B299F" w:rsidRDefault="005B299F" w:rsidP="005B299F">
      <w:pPr>
        <w:widowControl w:val="0"/>
        <w:numPr>
          <w:ilvl w:val="0"/>
          <w:numId w:val="14"/>
        </w:numPr>
        <w:suppressAutoHyphens/>
        <w:spacing w:after="0"/>
        <w:ind w:left="714" w:hanging="357"/>
        <w:jc w:val="both"/>
        <w:rPr>
          <w:rFonts w:ascii="Times New Roman" w:eastAsia="Times New Roman" w:hAnsi="Times New Roman" w:cs="Times New Roman"/>
          <w:bCs/>
          <w:kern w:val="2"/>
          <w:sz w:val="24"/>
          <w:szCs w:val="24"/>
          <w:lang w:val="ru-RU" w:eastAsia="hi-IN" w:bidi="hi-IN"/>
        </w:rPr>
      </w:pPr>
      <w:r w:rsidRPr="005B299F">
        <w:rPr>
          <w:rFonts w:ascii="Times New Roman" w:eastAsia="Times New Roman" w:hAnsi="Times New Roman" w:cs="Times New Roman"/>
          <w:bCs/>
          <w:kern w:val="2"/>
          <w:sz w:val="24"/>
          <w:szCs w:val="24"/>
          <w:lang w:val="ru-RU" w:eastAsia="hi-IN" w:bidi="hi-IN"/>
        </w:rPr>
        <w:t>Учебный план МБОУ БСОШ № 2 на 2022-2023 учебный год.</w:t>
      </w:r>
    </w:p>
    <w:p w:rsidR="005B299F" w:rsidRDefault="005B299F" w:rsidP="005B299F">
      <w:pPr>
        <w:widowControl w:val="0"/>
        <w:numPr>
          <w:ilvl w:val="0"/>
          <w:numId w:val="14"/>
        </w:numPr>
        <w:suppressAutoHyphens/>
        <w:spacing w:after="0"/>
        <w:ind w:left="714" w:hanging="357"/>
        <w:jc w:val="both"/>
        <w:rPr>
          <w:rFonts w:ascii="Times New Roman" w:eastAsia="Times New Roman" w:hAnsi="Times New Roman" w:cs="Times New Roman"/>
          <w:bCs/>
          <w:kern w:val="2"/>
          <w:sz w:val="24"/>
          <w:szCs w:val="24"/>
          <w:lang w:val="ru-RU" w:eastAsia="hi-IN" w:bidi="hi-IN"/>
        </w:rPr>
      </w:pPr>
      <w:r w:rsidRPr="005B299F">
        <w:rPr>
          <w:rFonts w:ascii="Times New Roman" w:eastAsia="Times New Roman" w:hAnsi="Times New Roman" w:cs="Times New Roman"/>
          <w:bCs/>
          <w:kern w:val="2"/>
          <w:sz w:val="24"/>
          <w:szCs w:val="24"/>
          <w:lang w:val="ru-RU" w:eastAsia="hi-IN" w:bidi="hi-IN"/>
        </w:rPr>
        <w:t>Положение «О рабочей программе учебных курсов, предметов, дисциплин (модулей)»</w:t>
      </w:r>
    </w:p>
    <w:p w:rsidR="00D65CB6" w:rsidRPr="005B299F" w:rsidRDefault="002E3E0D" w:rsidP="005B299F">
      <w:pPr>
        <w:widowControl w:val="0"/>
        <w:suppressAutoHyphens/>
        <w:spacing w:after="0"/>
        <w:ind w:firstLine="567"/>
        <w:jc w:val="both"/>
        <w:rPr>
          <w:rFonts w:ascii="Times New Roman" w:eastAsia="Times New Roman" w:hAnsi="Times New Roman" w:cs="Times New Roman"/>
          <w:bCs/>
          <w:kern w:val="2"/>
          <w:sz w:val="24"/>
          <w:szCs w:val="24"/>
          <w:lang w:val="ru-RU" w:eastAsia="hi-IN" w:bidi="hi-IN"/>
        </w:rPr>
      </w:pPr>
      <w:r w:rsidRPr="005B299F">
        <w:rPr>
          <w:rFonts w:ascii="Times New Roman" w:eastAsia="Times New Roman" w:hAnsi="Times New Roman"/>
          <w:color w:val="000000"/>
          <w:sz w:val="24"/>
          <w:lang w:val="ru-RU"/>
        </w:rPr>
        <w:t>Рабочая программа по предмету «Математика» для обучающихся 1 класса составлена на основе Требований к результатам освоения основной образовательной программы начального общего образования, представленных в Федеральном государственном образовательном стандарте начального общего образования, а также Примерной программы воспитания.</w:t>
      </w:r>
    </w:p>
    <w:p w:rsidR="005B299F" w:rsidRDefault="005B299F" w:rsidP="005B299F">
      <w:pPr>
        <w:autoSpaceDE w:val="0"/>
        <w:autoSpaceDN w:val="0"/>
        <w:spacing w:after="0"/>
        <w:ind w:left="180"/>
        <w:jc w:val="center"/>
        <w:rPr>
          <w:rFonts w:ascii="Times New Roman" w:eastAsia="Times New Roman" w:hAnsi="Times New Roman"/>
          <w:b/>
          <w:color w:val="000000"/>
          <w:sz w:val="24"/>
          <w:lang w:val="ru-RU"/>
        </w:rPr>
      </w:pPr>
    </w:p>
    <w:p w:rsidR="005B299F" w:rsidRDefault="005B299F" w:rsidP="005B299F">
      <w:pPr>
        <w:autoSpaceDE w:val="0"/>
        <w:autoSpaceDN w:val="0"/>
        <w:spacing w:after="0"/>
        <w:ind w:left="180"/>
        <w:jc w:val="center"/>
        <w:rPr>
          <w:rFonts w:ascii="Times New Roman" w:eastAsia="Times New Roman" w:hAnsi="Times New Roman"/>
          <w:b/>
          <w:color w:val="000000"/>
          <w:sz w:val="24"/>
          <w:lang w:val="ru-RU"/>
        </w:rPr>
      </w:pPr>
      <w:r>
        <w:rPr>
          <w:rFonts w:ascii="Times New Roman" w:eastAsia="Times New Roman" w:hAnsi="Times New Roman"/>
          <w:b/>
          <w:color w:val="000000"/>
          <w:sz w:val="24"/>
          <w:lang w:val="ru-RU"/>
        </w:rPr>
        <w:t>Общая характеристика учебного предмета «Математика»</w:t>
      </w:r>
    </w:p>
    <w:p w:rsidR="005B299F" w:rsidRPr="005B299F" w:rsidRDefault="005B299F" w:rsidP="005B299F">
      <w:pPr>
        <w:autoSpaceDE w:val="0"/>
        <w:autoSpaceDN w:val="0"/>
        <w:spacing w:after="0"/>
        <w:ind w:left="180"/>
        <w:jc w:val="center"/>
        <w:rPr>
          <w:rFonts w:ascii="Times New Roman" w:eastAsia="Times New Roman" w:hAnsi="Times New Roman"/>
          <w:b/>
          <w:color w:val="000000"/>
          <w:sz w:val="24"/>
          <w:lang w:val="ru-RU"/>
        </w:rPr>
      </w:pPr>
    </w:p>
    <w:p w:rsidR="00D65CB6" w:rsidRPr="0030397D" w:rsidRDefault="002E3E0D" w:rsidP="005B299F">
      <w:pPr>
        <w:autoSpaceDE w:val="0"/>
        <w:autoSpaceDN w:val="0"/>
        <w:spacing w:after="0"/>
        <w:ind w:left="180"/>
        <w:jc w:val="both"/>
        <w:rPr>
          <w:lang w:val="ru-RU"/>
        </w:rPr>
      </w:pPr>
      <w:r w:rsidRPr="0030397D">
        <w:rPr>
          <w:rFonts w:ascii="Times New Roman" w:eastAsia="Times New Roman" w:hAnsi="Times New Roman"/>
          <w:color w:val="000000"/>
          <w:sz w:val="24"/>
          <w:lang w:val="ru-RU"/>
        </w:rPr>
        <w:t>В начальной школе изучение математики имеет особое значение в развитии младшего школьника.</w:t>
      </w:r>
    </w:p>
    <w:p w:rsidR="00D65CB6" w:rsidRPr="0030397D" w:rsidRDefault="002E3E0D" w:rsidP="005B299F">
      <w:pPr>
        <w:autoSpaceDE w:val="0"/>
        <w:autoSpaceDN w:val="0"/>
        <w:spacing w:after="0"/>
        <w:ind w:right="144"/>
        <w:jc w:val="both"/>
        <w:rPr>
          <w:lang w:val="ru-RU"/>
        </w:rPr>
      </w:pPr>
      <w:r w:rsidRPr="0030397D">
        <w:rPr>
          <w:rFonts w:ascii="Times New Roman" w:eastAsia="Times New Roman" w:hAnsi="Times New Roman"/>
          <w:color w:val="000000"/>
          <w:sz w:val="24"/>
          <w:lang w:val="ru-RU"/>
        </w:rPr>
        <w:t xml:space="preserve">Приобретённые им знания, опыт выполнения предметных и универсальных действий на </w:t>
      </w:r>
      <w:r w:rsidRPr="0030397D">
        <w:rPr>
          <w:lang w:val="ru-RU"/>
        </w:rPr>
        <w:br/>
      </w:r>
      <w:r w:rsidRPr="0030397D">
        <w:rPr>
          <w:rFonts w:ascii="Times New Roman" w:eastAsia="Times New Roman" w:hAnsi="Times New Roman"/>
          <w:color w:val="000000"/>
          <w:sz w:val="24"/>
          <w:lang w:val="ru-RU"/>
        </w:rPr>
        <w:t>математическом материале, первоначальное овладение математическим языком станут фундаментом обучения в основном звене школы, а также будут востребованы в жизни.</w:t>
      </w:r>
    </w:p>
    <w:p w:rsidR="00D65CB6" w:rsidRPr="0030397D" w:rsidRDefault="002E3E0D" w:rsidP="005B299F">
      <w:pPr>
        <w:tabs>
          <w:tab w:val="left" w:pos="180"/>
        </w:tabs>
        <w:autoSpaceDE w:val="0"/>
        <w:autoSpaceDN w:val="0"/>
        <w:spacing w:after="0"/>
        <w:ind w:right="144"/>
        <w:jc w:val="both"/>
        <w:rPr>
          <w:lang w:val="ru-RU"/>
        </w:rPr>
      </w:pPr>
      <w:r w:rsidRPr="0030397D">
        <w:rPr>
          <w:lang w:val="ru-RU"/>
        </w:rPr>
        <w:tab/>
      </w:r>
      <w:r w:rsidRPr="0030397D">
        <w:rPr>
          <w:rFonts w:ascii="Times New Roman" w:eastAsia="Times New Roman" w:hAnsi="Times New Roman"/>
          <w:color w:val="000000"/>
          <w:sz w:val="24"/>
          <w:lang w:val="ru-RU"/>
        </w:rPr>
        <w:t>Изучение математики в начальной школе направлено на достижение следующих образовательных, развивающих целей, а также целей воспитания:</w:t>
      </w:r>
    </w:p>
    <w:p w:rsidR="00D65CB6" w:rsidRPr="0030397D" w:rsidRDefault="002E3E0D" w:rsidP="005B299F">
      <w:pPr>
        <w:autoSpaceDE w:val="0"/>
        <w:autoSpaceDN w:val="0"/>
        <w:spacing w:after="0"/>
        <w:ind w:left="420" w:right="288"/>
        <w:jc w:val="both"/>
        <w:rPr>
          <w:lang w:val="ru-RU"/>
        </w:rPr>
      </w:pPr>
      <w:r w:rsidRPr="0030397D">
        <w:rPr>
          <w:rFonts w:ascii="Times New Roman" w:eastAsia="Times New Roman" w:hAnsi="Times New Roman"/>
          <w:color w:val="000000"/>
          <w:sz w:val="24"/>
          <w:lang w:val="ru-RU"/>
        </w:rPr>
        <w:t xml:space="preserve">—  Освоение начальных математических знаний - понимание значения величин и способов их измерения; использование арифметических способов для разрешения сюжетных ситуаций; формирование умения решать учебные и практические задачи средствами математики; работа с алгоритмами выполнения арифметических действий. </w:t>
      </w:r>
    </w:p>
    <w:p w:rsidR="005A3EEF" w:rsidRDefault="002E3E0D" w:rsidP="005B299F">
      <w:pPr>
        <w:autoSpaceDE w:val="0"/>
        <w:autoSpaceDN w:val="0"/>
        <w:spacing w:after="0"/>
        <w:ind w:left="420" w:right="144"/>
        <w:jc w:val="both"/>
        <w:rPr>
          <w:rFonts w:ascii="Times New Roman" w:eastAsia="Times New Roman" w:hAnsi="Times New Roman"/>
          <w:color w:val="000000"/>
          <w:sz w:val="24"/>
          <w:lang w:val="ru-RU"/>
        </w:rPr>
      </w:pPr>
      <w:r w:rsidRPr="0030397D">
        <w:rPr>
          <w:rFonts w:ascii="Times New Roman" w:eastAsia="Times New Roman" w:hAnsi="Times New Roman"/>
          <w:color w:val="000000"/>
          <w:sz w:val="24"/>
          <w:lang w:val="ru-RU"/>
        </w:rPr>
        <w:t>—  Формирование функциональной математической грамотности младшего школьника, которая характеризуется наличием у него опыта решения учебно-познавательных и учебно-практических задач, построенных на понимании и применении математических отношений («часть-целое»,</w:t>
      </w:r>
      <w:r w:rsidR="005B299F">
        <w:rPr>
          <w:rFonts w:ascii="Times New Roman" w:eastAsia="Times New Roman" w:hAnsi="Times New Roman"/>
          <w:color w:val="000000"/>
          <w:sz w:val="24"/>
          <w:lang w:val="ru-RU"/>
        </w:rPr>
        <w:t xml:space="preserve"> </w:t>
      </w:r>
    </w:p>
    <w:p w:rsidR="005A3EEF" w:rsidRDefault="005A3EEF" w:rsidP="005B299F">
      <w:pPr>
        <w:autoSpaceDE w:val="0"/>
        <w:autoSpaceDN w:val="0"/>
        <w:spacing w:after="0"/>
        <w:ind w:left="420" w:right="144"/>
        <w:jc w:val="both"/>
        <w:rPr>
          <w:rFonts w:ascii="Times New Roman" w:eastAsia="Times New Roman" w:hAnsi="Times New Roman"/>
          <w:color w:val="000000"/>
          <w:sz w:val="24"/>
          <w:lang w:val="ru-RU"/>
        </w:rPr>
      </w:pPr>
    </w:p>
    <w:p w:rsidR="005B299F" w:rsidRPr="005A3EEF" w:rsidRDefault="002E3E0D" w:rsidP="005A3EEF">
      <w:pPr>
        <w:autoSpaceDE w:val="0"/>
        <w:autoSpaceDN w:val="0"/>
        <w:spacing w:after="0"/>
        <w:ind w:left="420" w:right="144"/>
        <w:jc w:val="both"/>
        <w:rPr>
          <w:lang w:val="ru-RU"/>
        </w:rPr>
      </w:pPr>
      <w:r w:rsidRPr="0030397D">
        <w:rPr>
          <w:rFonts w:ascii="Times New Roman" w:eastAsia="Times New Roman" w:hAnsi="Times New Roman"/>
          <w:color w:val="000000"/>
          <w:sz w:val="24"/>
          <w:lang w:val="ru-RU"/>
        </w:rPr>
        <w:t xml:space="preserve">«больше-меньше», «равно-неравно», «порядок»), смысла арифметических действий, </w:t>
      </w:r>
      <w:r w:rsidRPr="0030397D">
        <w:rPr>
          <w:lang w:val="ru-RU"/>
        </w:rPr>
        <w:br/>
      </w:r>
      <w:r w:rsidRPr="0030397D">
        <w:rPr>
          <w:rFonts w:ascii="Times New Roman" w:eastAsia="Times New Roman" w:hAnsi="Times New Roman"/>
          <w:color w:val="000000"/>
          <w:sz w:val="24"/>
          <w:lang w:val="ru-RU"/>
        </w:rPr>
        <w:t xml:space="preserve">зависимостей (работа, движение, продолжительность события). </w:t>
      </w:r>
    </w:p>
    <w:p w:rsidR="00D65CB6" w:rsidRPr="0030397D" w:rsidRDefault="002E3E0D" w:rsidP="005B299F">
      <w:pPr>
        <w:autoSpaceDE w:val="0"/>
        <w:autoSpaceDN w:val="0"/>
        <w:spacing w:after="0"/>
        <w:ind w:left="420" w:right="144"/>
        <w:jc w:val="both"/>
        <w:rPr>
          <w:lang w:val="ru-RU"/>
        </w:rPr>
      </w:pPr>
      <w:r w:rsidRPr="0030397D">
        <w:rPr>
          <w:rFonts w:ascii="Times New Roman" w:eastAsia="Times New Roman" w:hAnsi="Times New Roman"/>
          <w:color w:val="000000"/>
          <w:sz w:val="24"/>
          <w:lang w:val="ru-RU"/>
        </w:rPr>
        <w:lastRenderedPageBreak/>
        <w:t>—  Обеспечение математического развития младшего школьника - формирование способности к интеллектуальной деятельности, пространственного воображения, математической речи; умение строить рассу</w:t>
      </w:r>
      <w:r w:rsidR="005B299F">
        <w:rPr>
          <w:rFonts w:ascii="Times New Roman" w:eastAsia="Times New Roman" w:hAnsi="Times New Roman"/>
          <w:color w:val="000000"/>
          <w:sz w:val="24"/>
          <w:lang w:val="ru-RU"/>
        </w:rPr>
        <w:t xml:space="preserve">ждения, выбирать аргументацию, </w:t>
      </w:r>
      <w:r w:rsidRPr="0030397D">
        <w:rPr>
          <w:rFonts w:ascii="Times New Roman" w:eastAsia="Times New Roman" w:hAnsi="Times New Roman"/>
          <w:color w:val="000000"/>
          <w:sz w:val="24"/>
          <w:lang w:val="ru-RU"/>
        </w:rPr>
        <w:t xml:space="preserve">различать верные (истинные) и неверные (ложные) утверждения, вести поиск информации (примеров, оснований для упорядочения, вариантов и др.). </w:t>
      </w:r>
    </w:p>
    <w:p w:rsidR="00D65CB6" w:rsidRPr="0030397D" w:rsidRDefault="002E3E0D" w:rsidP="005B299F">
      <w:pPr>
        <w:autoSpaceDE w:val="0"/>
        <w:autoSpaceDN w:val="0"/>
        <w:spacing w:after="0"/>
        <w:ind w:left="420" w:right="144"/>
        <w:jc w:val="both"/>
        <w:rPr>
          <w:lang w:val="ru-RU"/>
        </w:rPr>
      </w:pPr>
      <w:r w:rsidRPr="0030397D">
        <w:rPr>
          <w:rFonts w:ascii="Times New Roman" w:eastAsia="Times New Roman" w:hAnsi="Times New Roman"/>
          <w:color w:val="000000"/>
          <w:sz w:val="24"/>
          <w:lang w:val="ru-RU"/>
        </w:rPr>
        <w:t xml:space="preserve">—  Становление учебно-познавательных мотивов и интереса к изучению математики и </w:t>
      </w:r>
      <w:r w:rsidRPr="0030397D">
        <w:rPr>
          <w:lang w:val="ru-RU"/>
        </w:rPr>
        <w:br/>
      </w:r>
      <w:r w:rsidRPr="0030397D">
        <w:rPr>
          <w:rFonts w:ascii="Times New Roman" w:eastAsia="Times New Roman" w:hAnsi="Times New Roman"/>
          <w:color w:val="000000"/>
          <w:sz w:val="24"/>
          <w:lang w:val="ru-RU"/>
        </w:rPr>
        <w:t xml:space="preserve">умственному труду; важнейших качеств интеллектуальной деятельности: теоретического и пространственного мышления, воображения, математической речи, ориентировки в </w:t>
      </w:r>
      <w:r w:rsidRPr="0030397D">
        <w:rPr>
          <w:lang w:val="ru-RU"/>
        </w:rPr>
        <w:br/>
      </w:r>
      <w:r w:rsidRPr="0030397D">
        <w:rPr>
          <w:rFonts w:ascii="Times New Roman" w:eastAsia="Times New Roman" w:hAnsi="Times New Roman"/>
          <w:color w:val="000000"/>
          <w:sz w:val="24"/>
          <w:lang w:val="ru-RU"/>
        </w:rPr>
        <w:t>математических терминах и понятиях; прочных  навыков использования математических знаний в повседневной жизни.</w:t>
      </w:r>
    </w:p>
    <w:p w:rsidR="00D65CB6" w:rsidRPr="0030397D" w:rsidRDefault="002E3E0D" w:rsidP="005B299F">
      <w:pPr>
        <w:tabs>
          <w:tab w:val="left" w:pos="180"/>
        </w:tabs>
        <w:autoSpaceDE w:val="0"/>
        <w:autoSpaceDN w:val="0"/>
        <w:spacing w:after="0"/>
        <w:ind w:right="110" w:firstLine="142"/>
        <w:jc w:val="both"/>
        <w:rPr>
          <w:lang w:val="ru-RU"/>
        </w:rPr>
      </w:pPr>
      <w:r w:rsidRPr="0030397D">
        <w:rPr>
          <w:lang w:val="ru-RU"/>
        </w:rPr>
        <w:tab/>
      </w:r>
      <w:r w:rsidRPr="0030397D">
        <w:rPr>
          <w:rFonts w:ascii="Times New Roman" w:eastAsia="Times New Roman" w:hAnsi="Times New Roman"/>
          <w:color w:val="000000"/>
          <w:sz w:val="24"/>
          <w:lang w:val="ru-RU"/>
        </w:rPr>
        <w:t>В основе конструирования содержания и отбора планируемых результатов лежат следующие ценности математики, коррелирующие со становлением личности младшего школьника:</w:t>
      </w:r>
    </w:p>
    <w:p w:rsidR="00D65CB6" w:rsidRPr="0030397D" w:rsidRDefault="002E3E0D" w:rsidP="005B299F">
      <w:pPr>
        <w:autoSpaceDE w:val="0"/>
        <w:autoSpaceDN w:val="0"/>
        <w:spacing w:after="0"/>
        <w:ind w:left="420" w:right="110" w:firstLine="142"/>
        <w:jc w:val="both"/>
        <w:rPr>
          <w:lang w:val="ru-RU"/>
        </w:rPr>
      </w:pPr>
      <w:r w:rsidRPr="0030397D">
        <w:rPr>
          <w:rFonts w:ascii="Times New Roman" w:eastAsia="Times New Roman" w:hAnsi="Times New Roman"/>
          <w:color w:val="000000"/>
          <w:sz w:val="24"/>
          <w:lang w:val="ru-RU"/>
        </w:rPr>
        <w:t>—  понимание математических отношений выступает средством познания закономерностей существования   окруж</w:t>
      </w:r>
      <w:r w:rsidR="005B299F">
        <w:rPr>
          <w:rFonts w:ascii="Times New Roman" w:eastAsia="Times New Roman" w:hAnsi="Times New Roman"/>
          <w:color w:val="000000"/>
          <w:sz w:val="24"/>
          <w:lang w:val="ru-RU"/>
        </w:rPr>
        <w:t xml:space="preserve">ающего мира, фактов, процессов и явлений, происходящих в </w:t>
      </w:r>
      <w:r w:rsidRPr="0030397D">
        <w:rPr>
          <w:rFonts w:ascii="Times New Roman" w:eastAsia="Times New Roman" w:hAnsi="Times New Roman"/>
          <w:color w:val="000000"/>
          <w:sz w:val="24"/>
          <w:lang w:val="ru-RU"/>
        </w:rPr>
        <w:t xml:space="preserve">природе и в обществе (хронология событий, протяжённость по времени, образование целого из частей, изменение формы, размера и т.д.); </w:t>
      </w:r>
    </w:p>
    <w:p w:rsidR="00D65CB6" w:rsidRPr="0030397D" w:rsidRDefault="002E3E0D" w:rsidP="005B299F">
      <w:pPr>
        <w:autoSpaceDE w:val="0"/>
        <w:autoSpaceDN w:val="0"/>
        <w:spacing w:after="0"/>
        <w:ind w:left="420" w:right="110" w:firstLine="142"/>
        <w:jc w:val="both"/>
        <w:rPr>
          <w:lang w:val="ru-RU"/>
        </w:rPr>
      </w:pPr>
      <w:r w:rsidRPr="0030397D">
        <w:rPr>
          <w:rFonts w:ascii="Times New Roman" w:eastAsia="Times New Roman" w:hAnsi="Times New Roman"/>
          <w:color w:val="000000"/>
          <w:sz w:val="24"/>
          <w:lang w:val="ru-RU"/>
        </w:rPr>
        <w:t xml:space="preserve">—  математические представления о числах, величинах, геометрических фигурах являются условием целостного восприятия творений природы и человека (памятники архитектуры, сокровища искусства и культуры, объекты природы); </w:t>
      </w:r>
    </w:p>
    <w:p w:rsidR="00D65CB6" w:rsidRPr="0030397D" w:rsidRDefault="002E3E0D" w:rsidP="005B299F">
      <w:pPr>
        <w:autoSpaceDE w:val="0"/>
        <w:autoSpaceDN w:val="0"/>
        <w:spacing w:after="0"/>
        <w:ind w:left="420" w:right="110" w:firstLine="142"/>
        <w:jc w:val="both"/>
        <w:rPr>
          <w:lang w:val="ru-RU"/>
        </w:rPr>
      </w:pPr>
      <w:r w:rsidRPr="0030397D">
        <w:rPr>
          <w:rFonts w:ascii="Times New Roman" w:eastAsia="Times New Roman" w:hAnsi="Times New Roman"/>
          <w:color w:val="000000"/>
          <w:sz w:val="24"/>
          <w:lang w:val="ru-RU"/>
        </w:rPr>
        <w:t>—  владение математическим языком, элементами алгоритмического мышления позволяет ученику совершенствовать коммуникативную деятельность (аргументировать свою точку зрения, строить логические цепочки рассуждений; опровергать или подтверждать истинность</w:t>
      </w:r>
    </w:p>
    <w:p w:rsidR="005B299F" w:rsidRPr="0030397D" w:rsidRDefault="005B299F" w:rsidP="005B299F">
      <w:pPr>
        <w:autoSpaceDE w:val="0"/>
        <w:autoSpaceDN w:val="0"/>
        <w:spacing w:after="0" w:line="230" w:lineRule="auto"/>
        <w:ind w:left="420" w:right="110" w:firstLine="142"/>
        <w:rPr>
          <w:lang w:val="ru-RU"/>
        </w:rPr>
      </w:pPr>
      <w:r w:rsidRPr="0030397D">
        <w:rPr>
          <w:rFonts w:ascii="Times New Roman" w:eastAsia="Times New Roman" w:hAnsi="Times New Roman"/>
          <w:color w:val="000000"/>
          <w:sz w:val="24"/>
          <w:lang w:val="ru-RU"/>
        </w:rPr>
        <w:t>предположения).</w:t>
      </w:r>
    </w:p>
    <w:p w:rsidR="005B299F" w:rsidRPr="0030397D" w:rsidRDefault="005B299F" w:rsidP="005B299F">
      <w:pPr>
        <w:autoSpaceDE w:val="0"/>
        <w:autoSpaceDN w:val="0"/>
        <w:spacing w:after="0"/>
        <w:ind w:firstLine="180"/>
        <w:jc w:val="both"/>
        <w:rPr>
          <w:lang w:val="ru-RU"/>
        </w:rPr>
      </w:pPr>
      <w:r w:rsidRPr="0030397D">
        <w:rPr>
          <w:rFonts w:ascii="Times New Roman" w:eastAsia="Times New Roman" w:hAnsi="Times New Roman"/>
          <w:color w:val="000000"/>
          <w:sz w:val="24"/>
          <w:lang w:val="ru-RU"/>
        </w:rPr>
        <w:t>Младшие школьники проявляют интерес к математической сущности предметов и явлений окружающей жизни - возможности их измерить, определить величину</w:t>
      </w:r>
      <w:r>
        <w:rPr>
          <w:rFonts w:ascii="Times New Roman" w:eastAsia="Times New Roman" w:hAnsi="Times New Roman"/>
          <w:color w:val="000000"/>
          <w:sz w:val="24"/>
          <w:lang w:val="ru-RU"/>
        </w:rPr>
        <w:t xml:space="preserve">, форму, выявить зависимости и закономерности их расположения </w:t>
      </w:r>
      <w:r w:rsidRPr="0030397D">
        <w:rPr>
          <w:rFonts w:ascii="Times New Roman" w:eastAsia="Times New Roman" w:hAnsi="Times New Roman"/>
          <w:color w:val="000000"/>
          <w:sz w:val="24"/>
          <w:lang w:val="ru-RU"/>
        </w:rPr>
        <w:t xml:space="preserve">во </w:t>
      </w:r>
      <w:r>
        <w:rPr>
          <w:rFonts w:ascii="Times New Roman" w:eastAsia="Times New Roman" w:hAnsi="Times New Roman"/>
          <w:color w:val="000000"/>
          <w:sz w:val="24"/>
          <w:lang w:val="ru-RU"/>
        </w:rPr>
        <w:t>времени</w:t>
      </w:r>
      <w:r w:rsidRPr="0030397D">
        <w:rPr>
          <w:rFonts w:ascii="Times New Roman" w:eastAsia="Times New Roman" w:hAnsi="Times New Roman"/>
          <w:color w:val="000000"/>
          <w:sz w:val="24"/>
          <w:lang w:val="ru-RU"/>
        </w:rPr>
        <w:t xml:space="preserve"> и в пространстве. Осознанию младшим школьником многих математических явлений помогает его тяга к моделированию, что облегчает освоение общего способа решения учебной задачи, а также работу с разными средствами </w:t>
      </w:r>
      <w:r w:rsidRPr="0030397D">
        <w:rPr>
          <w:lang w:val="ru-RU"/>
        </w:rPr>
        <w:br/>
      </w:r>
      <w:r w:rsidRPr="0030397D">
        <w:rPr>
          <w:rFonts w:ascii="Times New Roman" w:eastAsia="Times New Roman" w:hAnsi="Times New Roman"/>
          <w:color w:val="000000"/>
          <w:sz w:val="24"/>
          <w:lang w:val="ru-RU"/>
        </w:rPr>
        <w:t>информации, в том числе и графическими (таблица, диаграмма, схема).</w:t>
      </w:r>
    </w:p>
    <w:p w:rsidR="00954279" w:rsidRDefault="005B299F" w:rsidP="00954279">
      <w:pPr>
        <w:autoSpaceDE w:val="0"/>
        <w:autoSpaceDN w:val="0"/>
        <w:spacing w:after="0"/>
        <w:ind w:firstLine="180"/>
        <w:jc w:val="both"/>
        <w:rPr>
          <w:lang w:val="ru-RU"/>
        </w:rPr>
      </w:pPr>
      <w:r w:rsidRPr="0030397D">
        <w:rPr>
          <w:rFonts w:ascii="Times New Roman" w:eastAsia="Times New Roman" w:hAnsi="Times New Roman"/>
          <w:color w:val="000000"/>
          <w:sz w:val="24"/>
          <w:lang w:val="ru-RU"/>
        </w:rPr>
        <w:t>В начальной школе математические знания и умения применяются школьником при изучении других учебных предметов (количественные и пространственные характеристики, оценки, расчёты и прикидка, использование графических форм представления информации). Приобретённые учеником умения строить алгоритмы, выбирать рациональные способы устных и письменных арифметических вычислений, приёмы проверки правильности выполнения действий, а также различение, называние, изображение геометрических фигур, нахождение геометрических величин (длина, периметр, площадь) становятся показателями сформированной функциональной грамотности младшего школьника и предпосылкой успешного дальнейшего обучения в основном звене школы.</w:t>
      </w:r>
    </w:p>
    <w:p w:rsidR="00954279" w:rsidRDefault="00954279" w:rsidP="00954279">
      <w:pPr>
        <w:autoSpaceDE w:val="0"/>
        <w:autoSpaceDN w:val="0"/>
        <w:spacing w:after="0"/>
        <w:ind w:firstLine="180"/>
        <w:jc w:val="both"/>
        <w:rPr>
          <w:lang w:val="ru-RU"/>
        </w:rPr>
      </w:pPr>
    </w:p>
    <w:p w:rsidR="00954279" w:rsidRDefault="00954279" w:rsidP="00954279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Место учебного предмета «Математика» в учебном плане</w:t>
      </w:r>
    </w:p>
    <w:p w:rsidR="00954279" w:rsidRDefault="00954279" w:rsidP="00954279">
      <w:pPr>
        <w:autoSpaceDE w:val="0"/>
        <w:autoSpaceDN w:val="0"/>
        <w:spacing w:after="0"/>
        <w:ind w:firstLine="284"/>
        <w:jc w:val="both"/>
        <w:rPr>
          <w:lang w:val="ru-RU"/>
        </w:rPr>
      </w:pPr>
      <w:r w:rsidRPr="0030397D">
        <w:rPr>
          <w:rFonts w:ascii="Times New Roman" w:eastAsia="Times New Roman" w:hAnsi="Times New Roman"/>
          <w:color w:val="000000"/>
          <w:sz w:val="24"/>
          <w:lang w:val="ru-RU"/>
        </w:rPr>
        <w:t>На изучение математики в 1 классе отводится 4 часа в неделю, всего 132 часа.</w:t>
      </w:r>
    </w:p>
    <w:p w:rsidR="005A3EEF" w:rsidRDefault="00954279" w:rsidP="005A3EEF">
      <w:pPr>
        <w:autoSpaceDE w:val="0"/>
        <w:autoSpaceDN w:val="0"/>
        <w:spacing w:after="0"/>
        <w:ind w:firstLine="284"/>
        <w:jc w:val="both"/>
        <w:rPr>
          <w:lang w:val="ru-RU"/>
        </w:rPr>
      </w:pPr>
      <w:r w:rsidRPr="0095427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Согласно действующему в МБОУ БСОШ № 2 учебному плану рабочая программа по предмету «Математика» предусматривает о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рганизацию процесса обучения в 1 классе в объёме 165 часов (5 часов в неделю; 33</w:t>
      </w:r>
      <w:r w:rsidRPr="0095427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недели). 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Дополнительный час взят по выбору ОУ. </w:t>
      </w:r>
    </w:p>
    <w:p w:rsidR="005A3EEF" w:rsidRDefault="005A3EEF" w:rsidP="005A3EEF">
      <w:pPr>
        <w:autoSpaceDE w:val="0"/>
        <w:autoSpaceDN w:val="0"/>
        <w:spacing w:after="0"/>
        <w:ind w:firstLine="284"/>
        <w:jc w:val="both"/>
        <w:rPr>
          <w:lang w:val="ru-RU"/>
        </w:rPr>
      </w:pPr>
    </w:p>
    <w:p w:rsidR="00954279" w:rsidRPr="005A3EEF" w:rsidRDefault="00954279" w:rsidP="005A3EEF">
      <w:pPr>
        <w:autoSpaceDE w:val="0"/>
        <w:autoSpaceDN w:val="0"/>
        <w:spacing w:after="0"/>
        <w:ind w:firstLine="284"/>
        <w:jc w:val="both"/>
        <w:rPr>
          <w:lang w:val="ru-RU"/>
        </w:rPr>
      </w:pPr>
      <w:r w:rsidRPr="0095427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Данная рабо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чая программа реализуется за 159 часов </w:t>
      </w:r>
      <w:r w:rsidRPr="0095427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 соответствии с календарным учебны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м графиком МБОУ БСОШ № 2 на 2022-2023</w:t>
      </w:r>
      <w:r w:rsidRPr="00954279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учебный год и с учётом государственных праздничных дней. </w:t>
      </w:r>
      <w:r>
        <w:rPr>
          <w:rFonts w:ascii="Times New Roman" w:eastAsia="Calibri" w:hAnsi="Times New Roman" w:cs="Times New Roman"/>
          <w:lang w:val="ru-RU"/>
        </w:rPr>
        <w:t>6</w:t>
      </w:r>
      <w:r w:rsidRPr="00954279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часов (за 23.02, </w:t>
      </w:r>
      <w:r>
        <w:rPr>
          <w:rFonts w:ascii="Times New Roman" w:eastAsia="Calibri" w:hAnsi="Times New Roman" w:cs="Times New Roman"/>
          <w:sz w:val="24"/>
          <w:szCs w:val="24"/>
          <w:lang w:val="ru-RU"/>
        </w:rPr>
        <w:t>24.02, 08.03, 01</w:t>
      </w:r>
      <w:r w:rsidRPr="00954279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.05, </w:t>
      </w:r>
      <w:r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08.05, </w:t>
      </w:r>
      <w:r w:rsidRPr="00954279">
        <w:rPr>
          <w:rFonts w:ascii="Times New Roman" w:eastAsia="Calibri" w:hAnsi="Times New Roman" w:cs="Times New Roman"/>
          <w:sz w:val="24"/>
          <w:szCs w:val="24"/>
          <w:lang w:val="ru-RU"/>
        </w:rPr>
        <w:t>0</w:t>
      </w:r>
      <w:r>
        <w:rPr>
          <w:rFonts w:ascii="Times New Roman" w:eastAsia="Calibri" w:hAnsi="Times New Roman" w:cs="Times New Roman"/>
          <w:sz w:val="24"/>
          <w:szCs w:val="24"/>
          <w:lang w:val="ru-RU"/>
        </w:rPr>
        <w:t>9</w:t>
      </w:r>
      <w:r w:rsidRPr="00954279">
        <w:rPr>
          <w:rFonts w:ascii="Times New Roman" w:eastAsia="Calibri" w:hAnsi="Times New Roman" w:cs="Times New Roman"/>
          <w:sz w:val="24"/>
          <w:szCs w:val="24"/>
          <w:lang w:val="ru-RU"/>
        </w:rPr>
        <w:t>.05) предусматривается изучить за счёт уплотнения материала.</w:t>
      </w:r>
    </w:p>
    <w:p w:rsidR="00954279" w:rsidRDefault="00954279" w:rsidP="00954279">
      <w:pPr>
        <w:autoSpaceDE w:val="0"/>
        <w:autoSpaceDN w:val="0"/>
        <w:spacing w:after="0"/>
        <w:ind w:firstLine="284"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954279">
        <w:rPr>
          <w:rFonts w:ascii="Times New Roman" w:eastAsia="Calibri" w:hAnsi="Times New Roman" w:cs="Times New Roman"/>
          <w:sz w:val="24"/>
          <w:szCs w:val="24"/>
          <w:lang w:val="ru-RU"/>
        </w:rPr>
        <w:lastRenderedPageBreak/>
        <w:t>Преподавание учебного предмета «Математика» может осуществляться как очно, так и дистанционно. Дистанционное изучение предполагает, как самостоятельное прохождение материала обучающимся, так и с помощью методического сопровождения учителя.</w:t>
      </w:r>
    </w:p>
    <w:p w:rsidR="00954279" w:rsidRDefault="00954279" w:rsidP="00954279">
      <w:pPr>
        <w:autoSpaceDE w:val="0"/>
        <w:autoSpaceDN w:val="0"/>
        <w:spacing w:after="0" w:line="230" w:lineRule="auto"/>
        <w:rPr>
          <w:rFonts w:ascii="Times New Roman" w:eastAsia="Times New Roman" w:hAnsi="Times New Roman"/>
          <w:b/>
          <w:color w:val="000000"/>
          <w:sz w:val="24"/>
          <w:lang w:val="ru-RU"/>
        </w:rPr>
      </w:pPr>
    </w:p>
    <w:p w:rsidR="00954279" w:rsidRDefault="00954279" w:rsidP="005A3EEF">
      <w:pPr>
        <w:autoSpaceDE w:val="0"/>
        <w:autoSpaceDN w:val="0"/>
        <w:spacing w:after="0" w:line="230" w:lineRule="auto"/>
        <w:jc w:val="center"/>
        <w:rPr>
          <w:rFonts w:ascii="Times New Roman" w:eastAsia="Times New Roman" w:hAnsi="Times New Roman"/>
          <w:b/>
          <w:color w:val="000000"/>
          <w:sz w:val="24"/>
          <w:lang w:val="ru-RU"/>
        </w:rPr>
      </w:pPr>
      <w:r>
        <w:rPr>
          <w:rFonts w:ascii="Times New Roman" w:eastAsia="Times New Roman" w:hAnsi="Times New Roman"/>
          <w:b/>
          <w:color w:val="000000"/>
          <w:sz w:val="24"/>
          <w:lang w:val="ru-RU"/>
        </w:rPr>
        <w:t>Учебно-методическое обеспечение образовательного процесса</w:t>
      </w:r>
    </w:p>
    <w:p w:rsidR="005A3EEF" w:rsidRDefault="005A3EEF" w:rsidP="005A3EEF">
      <w:pPr>
        <w:autoSpaceDE w:val="0"/>
        <w:autoSpaceDN w:val="0"/>
        <w:spacing w:after="0" w:line="230" w:lineRule="auto"/>
        <w:jc w:val="center"/>
        <w:rPr>
          <w:rFonts w:ascii="Times New Roman" w:eastAsia="Times New Roman" w:hAnsi="Times New Roman"/>
          <w:b/>
          <w:color w:val="000000"/>
          <w:sz w:val="24"/>
          <w:lang w:val="ru-RU"/>
        </w:rPr>
      </w:pPr>
    </w:p>
    <w:p w:rsidR="005A3EEF" w:rsidRDefault="00954279" w:rsidP="005A3EEF">
      <w:pPr>
        <w:autoSpaceDE w:val="0"/>
        <w:autoSpaceDN w:val="0"/>
        <w:spacing w:after="0" w:line="230" w:lineRule="auto"/>
        <w:rPr>
          <w:rFonts w:ascii="Times New Roman" w:eastAsia="Times New Roman" w:hAnsi="Times New Roman"/>
          <w:b/>
          <w:color w:val="000000"/>
          <w:sz w:val="24"/>
          <w:lang w:val="ru-RU"/>
        </w:rPr>
      </w:pPr>
      <w:r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 Обязательные учебные материалы для ученика</w:t>
      </w:r>
    </w:p>
    <w:p w:rsidR="005A3EEF" w:rsidRDefault="005A3EEF" w:rsidP="005A3EEF">
      <w:pPr>
        <w:autoSpaceDE w:val="0"/>
        <w:autoSpaceDN w:val="0"/>
        <w:spacing w:after="0" w:line="230" w:lineRule="auto"/>
        <w:rPr>
          <w:rFonts w:ascii="Times New Roman" w:eastAsia="Times New Roman" w:hAnsi="Times New Roman"/>
          <w:b/>
          <w:color w:val="000000"/>
          <w:sz w:val="24"/>
          <w:lang w:val="ru-RU"/>
        </w:rPr>
      </w:pPr>
      <w:r w:rsidRPr="005A3EEF">
        <w:rPr>
          <w:rFonts w:ascii="Times New Roman" w:eastAsia="Calibri" w:hAnsi="Times New Roman" w:cs="Times New Roman"/>
          <w:sz w:val="24"/>
          <w:szCs w:val="24"/>
          <w:lang w:val="ru-RU" w:eastAsia="ru-RU"/>
        </w:rPr>
        <w:t xml:space="preserve">Моро М. И., Волкова С. И., Степанова С. В. Математика. Учеб. 1 </w:t>
      </w:r>
      <w:proofErr w:type="spellStart"/>
      <w:r w:rsidRPr="005A3EEF">
        <w:rPr>
          <w:rFonts w:ascii="Times New Roman" w:eastAsia="Calibri" w:hAnsi="Times New Roman" w:cs="Times New Roman"/>
          <w:sz w:val="24"/>
          <w:szCs w:val="24"/>
          <w:lang w:val="ru-RU" w:eastAsia="ru-RU"/>
        </w:rPr>
        <w:t>кл</w:t>
      </w:r>
      <w:proofErr w:type="spellEnd"/>
      <w:r w:rsidRPr="005A3EEF">
        <w:rPr>
          <w:rFonts w:ascii="Times New Roman" w:eastAsia="Calibri" w:hAnsi="Times New Roman" w:cs="Times New Roman"/>
          <w:sz w:val="24"/>
          <w:szCs w:val="24"/>
          <w:lang w:val="ru-RU" w:eastAsia="ru-RU"/>
        </w:rPr>
        <w:t xml:space="preserve">. В 2 ч. Ч. 1. </w:t>
      </w:r>
    </w:p>
    <w:p w:rsidR="005A3EEF" w:rsidRPr="005A3EEF" w:rsidRDefault="005A3EEF" w:rsidP="005A3EEF">
      <w:pPr>
        <w:autoSpaceDE w:val="0"/>
        <w:autoSpaceDN w:val="0"/>
        <w:spacing w:after="0" w:line="230" w:lineRule="auto"/>
        <w:rPr>
          <w:rFonts w:ascii="Times New Roman" w:eastAsia="Times New Roman" w:hAnsi="Times New Roman"/>
          <w:b/>
          <w:color w:val="000000"/>
          <w:sz w:val="24"/>
          <w:lang w:val="ru-RU"/>
        </w:rPr>
      </w:pPr>
      <w:r w:rsidRPr="005A3EEF">
        <w:rPr>
          <w:rFonts w:ascii="Times New Roman" w:eastAsia="Calibri" w:hAnsi="Times New Roman" w:cs="Times New Roman"/>
          <w:sz w:val="24"/>
          <w:szCs w:val="24"/>
          <w:lang w:val="ru-RU" w:eastAsia="ru-RU"/>
        </w:rPr>
        <w:t xml:space="preserve">Моро М. И., Волкова С. И., Степанова С. В. Математика. Учеб. 1 </w:t>
      </w:r>
      <w:proofErr w:type="spellStart"/>
      <w:r w:rsidRPr="005A3EEF">
        <w:rPr>
          <w:rFonts w:ascii="Times New Roman" w:eastAsia="Calibri" w:hAnsi="Times New Roman" w:cs="Times New Roman"/>
          <w:sz w:val="24"/>
          <w:szCs w:val="24"/>
          <w:lang w:val="ru-RU" w:eastAsia="ru-RU"/>
        </w:rPr>
        <w:t>кл</w:t>
      </w:r>
      <w:proofErr w:type="spellEnd"/>
      <w:r w:rsidRPr="005A3EEF">
        <w:rPr>
          <w:rFonts w:ascii="Times New Roman" w:eastAsia="Calibri" w:hAnsi="Times New Roman" w:cs="Times New Roman"/>
          <w:sz w:val="24"/>
          <w:szCs w:val="24"/>
          <w:lang w:val="ru-RU" w:eastAsia="ru-RU"/>
        </w:rPr>
        <w:t>. В 2 ч. Ч. 2.</w:t>
      </w:r>
    </w:p>
    <w:p w:rsidR="005A3EEF" w:rsidRDefault="005A3EEF" w:rsidP="00954279">
      <w:pPr>
        <w:autoSpaceDE w:val="0"/>
        <w:autoSpaceDN w:val="0"/>
        <w:spacing w:after="0" w:line="230" w:lineRule="auto"/>
        <w:rPr>
          <w:rFonts w:ascii="Times New Roman" w:eastAsia="Times New Roman" w:hAnsi="Times New Roman"/>
          <w:b/>
          <w:color w:val="000000"/>
          <w:sz w:val="24"/>
          <w:lang w:val="ru-RU"/>
        </w:rPr>
      </w:pPr>
    </w:p>
    <w:p w:rsidR="00954279" w:rsidRDefault="00954279" w:rsidP="00954279">
      <w:pPr>
        <w:autoSpaceDE w:val="0"/>
        <w:autoSpaceDN w:val="0"/>
        <w:spacing w:after="0" w:line="230" w:lineRule="auto"/>
        <w:rPr>
          <w:rFonts w:ascii="Times New Roman" w:eastAsia="Times New Roman" w:hAnsi="Times New Roman"/>
          <w:b/>
          <w:color w:val="000000"/>
          <w:sz w:val="24"/>
          <w:lang w:val="ru-RU"/>
        </w:rPr>
      </w:pPr>
      <w:r>
        <w:rPr>
          <w:rFonts w:ascii="Times New Roman" w:eastAsia="Times New Roman" w:hAnsi="Times New Roman"/>
          <w:b/>
          <w:color w:val="000000"/>
          <w:sz w:val="24"/>
          <w:lang w:val="ru-RU"/>
        </w:rPr>
        <w:t>Методические материалы для учителя</w:t>
      </w:r>
    </w:p>
    <w:p w:rsidR="005A3EEF" w:rsidRPr="005A3EEF" w:rsidRDefault="005A3EEF" w:rsidP="005A3E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val="ru-RU" w:eastAsia="ru-RU"/>
        </w:rPr>
        <w:t>Математика. Примерные рабочие программы, 2021</w:t>
      </w:r>
      <w:r w:rsidRPr="005A3EEF">
        <w:rPr>
          <w:rFonts w:ascii="Times New Roman" w:eastAsia="Calibri" w:hAnsi="Times New Roman" w:cs="Times New Roman"/>
          <w:sz w:val="24"/>
          <w:szCs w:val="24"/>
          <w:lang w:val="ru-RU" w:eastAsia="ru-RU"/>
        </w:rPr>
        <w:t xml:space="preserve"> </w:t>
      </w:r>
    </w:p>
    <w:p w:rsidR="005A3EEF" w:rsidRPr="005A3EEF" w:rsidRDefault="005A3EEF" w:rsidP="005A3EE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val="ru-RU" w:eastAsia="ru-RU"/>
        </w:rPr>
        <w:t xml:space="preserve">Волкова С. И., Степанова </w:t>
      </w:r>
      <w:r w:rsidRPr="005A3EEF">
        <w:rPr>
          <w:rFonts w:ascii="Times New Roman" w:eastAsia="Calibri" w:hAnsi="Times New Roman" w:cs="Times New Roman"/>
          <w:sz w:val="24"/>
          <w:szCs w:val="24"/>
          <w:lang w:val="ru-RU" w:eastAsia="ru-RU"/>
        </w:rPr>
        <w:t xml:space="preserve">С, В., </w:t>
      </w:r>
      <w:proofErr w:type="spellStart"/>
      <w:r w:rsidRPr="005A3EEF">
        <w:rPr>
          <w:rFonts w:ascii="Times New Roman" w:eastAsia="Calibri" w:hAnsi="Times New Roman" w:cs="Times New Roman"/>
          <w:sz w:val="24"/>
          <w:szCs w:val="24"/>
          <w:lang w:val="ru-RU" w:eastAsia="ru-RU"/>
        </w:rPr>
        <w:t>Бантова</w:t>
      </w:r>
      <w:proofErr w:type="spellEnd"/>
      <w:r w:rsidRPr="005A3EEF">
        <w:rPr>
          <w:rFonts w:ascii="Times New Roman" w:eastAsia="Calibri" w:hAnsi="Times New Roman" w:cs="Times New Roman"/>
          <w:sz w:val="24"/>
          <w:szCs w:val="24"/>
          <w:lang w:val="ru-RU" w:eastAsia="ru-RU"/>
        </w:rPr>
        <w:t xml:space="preserve"> М. А., Бельтюкова Г. В., и др. Математика. Методические рекомендации. 1 </w:t>
      </w:r>
      <w:proofErr w:type="spellStart"/>
      <w:r w:rsidRPr="005A3EEF">
        <w:rPr>
          <w:rFonts w:ascii="Times New Roman" w:eastAsia="Calibri" w:hAnsi="Times New Roman" w:cs="Times New Roman"/>
          <w:sz w:val="24"/>
          <w:szCs w:val="24"/>
          <w:lang w:val="ru-RU" w:eastAsia="ru-RU"/>
        </w:rPr>
        <w:t>кл</w:t>
      </w:r>
      <w:proofErr w:type="spellEnd"/>
      <w:r w:rsidRPr="005A3EEF">
        <w:rPr>
          <w:rFonts w:ascii="Times New Roman" w:eastAsia="Calibri" w:hAnsi="Times New Roman" w:cs="Times New Roman"/>
          <w:sz w:val="24"/>
          <w:szCs w:val="24"/>
          <w:lang w:val="ru-RU" w:eastAsia="ru-RU"/>
        </w:rPr>
        <w:t>.</w:t>
      </w:r>
    </w:p>
    <w:p w:rsidR="005A3EEF" w:rsidRPr="0030397D" w:rsidRDefault="00954279" w:rsidP="00954279">
      <w:pPr>
        <w:autoSpaceDE w:val="0"/>
        <w:autoSpaceDN w:val="0"/>
        <w:spacing w:before="346" w:after="0" w:line="382" w:lineRule="auto"/>
        <w:ind w:right="1440"/>
        <w:rPr>
          <w:lang w:val="ru-RU"/>
        </w:rPr>
      </w:pPr>
      <w:r>
        <w:rPr>
          <w:rFonts w:ascii="Times New Roman" w:eastAsia="Times New Roman" w:hAnsi="Times New Roman"/>
          <w:b/>
          <w:color w:val="000000"/>
          <w:sz w:val="24"/>
          <w:lang w:val="ru-RU"/>
        </w:rPr>
        <w:t>Цифровые образовательные ресурсы и ресурсы сети Интернет</w:t>
      </w:r>
    </w:p>
    <w:p w:rsidR="005A3EEF" w:rsidRPr="005A3EEF" w:rsidRDefault="005A3EEF" w:rsidP="005A3EE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5A3EEF">
        <w:rPr>
          <w:rFonts w:ascii="Times New Roman" w:eastAsia="Times New Roman" w:hAnsi="Times New Roman" w:cs="Times New Roman"/>
          <w:spacing w:val="-10"/>
          <w:sz w:val="24"/>
          <w:szCs w:val="24"/>
          <w:lang w:val="ru-RU" w:eastAsia="ru-RU"/>
        </w:rPr>
        <w:t xml:space="preserve">Детские электронные презентации и клипы. - Режим доступа: </w:t>
      </w:r>
      <w:hyperlink r:id="rId6" w:history="1">
        <w:r w:rsidRPr="005A3EEF">
          <w:rPr>
            <w:rFonts w:ascii="Times New Roman" w:eastAsia="Times New Roman" w:hAnsi="Times New Roman" w:cs="Times New Roman"/>
            <w:spacing w:val="-10"/>
            <w:sz w:val="24"/>
            <w:szCs w:val="24"/>
            <w:u w:val="single"/>
            <w:lang w:eastAsia="ru-RU"/>
          </w:rPr>
          <w:t>http</w:t>
        </w:r>
        <w:r w:rsidRPr="005A3EEF">
          <w:rPr>
            <w:rFonts w:ascii="Times New Roman" w:eastAsia="Times New Roman" w:hAnsi="Times New Roman" w:cs="Times New Roman"/>
            <w:spacing w:val="-10"/>
            <w:sz w:val="24"/>
            <w:szCs w:val="24"/>
            <w:u w:val="single"/>
            <w:lang w:val="ru-RU" w:eastAsia="ru-RU"/>
          </w:rPr>
          <w:t>://</w:t>
        </w:r>
        <w:proofErr w:type="spellStart"/>
        <w:r w:rsidRPr="005A3EEF">
          <w:rPr>
            <w:rFonts w:ascii="Times New Roman" w:eastAsia="Times New Roman" w:hAnsi="Times New Roman" w:cs="Times New Roman"/>
            <w:spacing w:val="-10"/>
            <w:sz w:val="24"/>
            <w:szCs w:val="24"/>
            <w:u w:val="single"/>
            <w:lang w:eastAsia="ru-RU"/>
          </w:rPr>
          <w:t>viki</w:t>
        </w:r>
        <w:proofErr w:type="spellEnd"/>
        <w:r w:rsidRPr="005A3EEF">
          <w:rPr>
            <w:rFonts w:ascii="Times New Roman" w:eastAsia="Times New Roman" w:hAnsi="Times New Roman" w:cs="Times New Roman"/>
            <w:spacing w:val="-10"/>
            <w:sz w:val="24"/>
            <w:szCs w:val="24"/>
            <w:u w:val="single"/>
            <w:lang w:val="ru-RU" w:eastAsia="ru-RU"/>
          </w:rPr>
          <w:t>.</w:t>
        </w:r>
        <w:proofErr w:type="spellStart"/>
        <w:r w:rsidRPr="005A3EEF">
          <w:rPr>
            <w:rFonts w:ascii="Times New Roman" w:eastAsia="Times New Roman" w:hAnsi="Times New Roman" w:cs="Times New Roman"/>
            <w:spacing w:val="-10"/>
            <w:sz w:val="24"/>
            <w:szCs w:val="24"/>
            <w:u w:val="single"/>
            <w:lang w:eastAsia="ru-RU"/>
          </w:rPr>
          <w:t>rdf</w:t>
        </w:r>
        <w:proofErr w:type="spellEnd"/>
        <w:r w:rsidRPr="005A3EEF">
          <w:rPr>
            <w:rFonts w:ascii="Times New Roman" w:eastAsia="Times New Roman" w:hAnsi="Times New Roman" w:cs="Times New Roman"/>
            <w:spacing w:val="-10"/>
            <w:sz w:val="24"/>
            <w:szCs w:val="24"/>
            <w:u w:val="single"/>
            <w:lang w:val="ru-RU" w:eastAsia="ru-RU"/>
          </w:rPr>
          <w:t>.</w:t>
        </w:r>
        <w:proofErr w:type="spellStart"/>
        <w:r w:rsidRPr="005A3EEF">
          <w:rPr>
            <w:rFonts w:ascii="Times New Roman" w:eastAsia="Times New Roman" w:hAnsi="Times New Roman" w:cs="Times New Roman"/>
            <w:spacing w:val="-10"/>
            <w:sz w:val="24"/>
            <w:szCs w:val="24"/>
            <w:u w:val="single"/>
            <w:lang w:eastAsia="ru-RU"/>
          </w:rPr>
          <w:t>ru</w:t>
        </w:r>
        <w:proofErr w:type="spellEnd"/>
        <w:r w:rsidRPr="005A3EEF">
          <w:rPr>
            <w:rFonts w:ascii="Times New Roman" w:eastAsia="Times New Roman" w:hAnsi="Times New Roman" w:cs="Times New Roman"/>
            <w:spacing w:val="-10"/>
            <w:sz w:val="24"/>
            <w:szCs w:val="24"/>
            <w:u w:val="single"/>
            <w:lang w:val="ru-RU" w:eastAsia="ru-RU"/>
          </w:rPr>
          <w:t>/</w:t>
        </w:r>
        <w:r w:rsidRPr="005A3EEF">
          <w:rPr>
            <w:rFonts w:ascii="Times New Roman" w:eastAsia="Times New Roman" w:hAnsi="Times New Roman" w:cs="Times New Roman"/>
            <w:spacing w:val="-10"/>
            <w:sz w:val="24"/>
            <w:szCs w:val="24"/>
            <w:u w:val="single"/>
            <w:lang w:eastAsia="ru-RU"/>
          </w:rPr>
          <w:t>item</w:t>
        </w:r>
        <w:r w:rsidRPr="005A3EEF">
          <w:rPr>
            <w:rFonts w:ascii="Times New Roman" w:eastAsia="Times New Roman" w:hAnsi="Times New Roman" w:cs="Times New Roman"/>
            <w:spacing w:val="-10"/>
            <w:sz w:val="24"/>
            <w:szCs w:val="24"/>
            <w:u w:val="single"/>
            <w:lang w:val="ru-RU" w:eastAsia="ru-RU"/>
          </w:rPr>
          <w:t>/958/</w:t>
        </w:r>
        <w:r w:rsidRPr="005A3EEF">
          <w:rPr>
            <w:rFonts w:ascii="Times New Roman" w:eastAsia="Times New Roman" w:hAnsi="Times New Roman" w:cs="Times New Roman"/>
            <w:spacing w:val="-10"/>
            <w:sz w:val="24"/>
            <w:szCs w:val="24"/>
            <w:u w:val="single"/>
            <w:lang w:eastAsia="ru-RU"/>
          </w:rPr>
          <w:t>download</w:t>
        </w:r>
      </w:hyperlink>
    </w:p>
    <w:p w:rsidR="005A3EEF" w:rsidRDefault="005A3EEF" w:rsidP="005A3E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5A3EE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Единая    коллекция   Цифровых   Образовательных   Ресурсов.    -   </w:t>
      </w:r>
    </w:p>
    <w:p w:rsidR="005A3EEF" w:rsidRPr="005A3EEF" w:rsidRDefault="005A3EEF" w:rsidP="005A3EE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5A3EE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Режим   доступа: </w:t>
      </w:r>
      <w:hyperlink r:id="rId7" w:history="1">
        <w:r w:rsidRPr="005A3EE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http</w:t>
        </w:r>
        <w:r w:rsidRPr="005A3EEF">
          <w:rPr>
            <w:rFonts w:ascii="Times New Roman" w:eastAsia="Times New Roman" w:hAnsi="Times New Roman" w:cs="Times New Roman"/>
            <w:sz w:val="24"/>
            <w:szCs w:val="24"/>
            <w:u w:val="single"/>
            <w:lang w:val="ru-RU" w:eastAsia="ru-RU"/>
          </w:rPr>
          <w:t>://</w:t>
        </w:r>
        <w:r w:rsidRPr="005A3EE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school</w:t>
        </w:r>
        <w:r w:rsidRPr="005A3EEF">
          <w:rPr>
            <w:rFonts w:ascii="Times New Roman" w:eastAsia="Times New Roman" w:hAnsi="Times New Roman" w:cs="Times New Roman"/>
            <w:sz w:val="24"/>
            <w:szCs w:val="24"/>
            <w:u w:val="single"/>
            <w:lang w:val="ru-RU" w:eastAsia="ru-RU"/>
          </w:rPr>
          <w:t>-</w:t>
        </w:r>
        <w:r w:rsidRPr="005A3EE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collection</w:t>
        </w:r>
        <w:r w:rsidRPr="005A3EEF">
          <w:rPr>
            <w:rFonts w:ascii="Times New Roman" w:eastAsia="Times New Roman" w:hAnsi="Times New Roman" w:cs="Times New Roman"/>
            <w:sz w:val="24"/>
            <w:szCs w:val="24"/>
            <w:u w:val="single"/>
            <w:lang w:val="ru-RU" w:eastAsia="ru-RU"/>
          </w:rPr>
          <w:t>.</w:t>
        </w:r>
        <w:proofErr w:type="spellStart"/>
        <w:r w:rsidRPr="005A3EE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edu</w:t>
        </w:r>
        <w:proofErr w:type="spellEnd"/>
        <w:r w:rsidRPr="005A3EEF">
          <w:rPr>
            <w:rFonts w:ascii="Times New Roman" w:eastAsia="Times New Roman" w:hAnsi="Times New Roman" w:cs="Times New Roman"/>
            <w:sz w:val="24"/>
            <w:szCs w:val="24"/>
            <w:u w:val="single"/>
            <w:lang w:val="ru-RU" w:eastAsia="ru-RU"/>
          </w:rPr>
          <w:t>.</w:t>
        </w:r>
        <w:proofErr w:type="spellStart"/>
        <w:r w:rsidRPr="005A3EE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ru</w:t>
        </w:r>
        <w:proofErr w:type="spellEnd"/>
      </w:hyperlink>
    </w:p>
    <w:p w:rsidR="005A3EEF" w:rsidRPr="005A3EEF" w:rsidRDefault="005A3EEF" w:rsidP="005A3EE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5A3EEF">
        <w:rPr>
          <w:rFonts w:ascii="Times New Roman" w:eastAsia="Times New Roman" w:hAnsi="Times New Roman" w:cs="Times New Roman"/>
          <w:spacing w:val="-2"/>
          <w:sz w:val="24"/>
          <w:szCs w:val="24"/>
          <w:lang w:val="ru-RU" w:eastAsia="ru-RU"/>
        </w:rPr>
        <w:t>Газета «1 сентября». - Режим доступа</w:t>
      </w:r>
      <w:proofErr w:type="gramStart"/>
      <w:r w:rsidRPr="005A3EEF">
        <w:rPr>
          <w:rFonts w:ascii="Times New Roman" w:eastAsia="Times New Roman" w:hAnsi="Times New Roman" w:cs="Times New Roman"/>
          <w:spacing w:val="-2"/>
          <w:sz w:val="24"/>
          <w:szCs w:val="24"/>
          <w:lang w:val="ru-RU" w:eastAsia="ru-RU"/>
        </w:rPr>
        <w:t xml:space="preserve"> :</w:t>
      </w:r>
      <w:proofErr w:type="gramEnd"/>
      <w:r w:rsidR="00D50E20">
        <w:fldChar w:fldCharType="begin"/>
      </w:r>
      <w:r w:rsidR="00D50E20">
        <w:instrText>HYPERLINK</w:instrText>
      </w:r>
      <w:r w:rsidR="00D50E20" w:rsidRPr="0068099F">
        <w:rPr>
          <w:lang w:val="ru-RU"/>
        </w:rPr>
        <w:instrText xml:space="preserve"> "</w:instrText>
      </w:r>
      <w:r w:rsidR="00D50E20">
        <w:instrText>http</w:instrText>
      </w:r>
      <w:r w:rsidR="00D50E20" w:rsidRPr="0068099F">
        <w:rPr>
          <w:lang w:val="ru-RU"/>
        </w:rPr>
        <w:instrText>://</w:instrText>
      </w:r>
      <w:r w:rsidR="00D50E20">
        <w:instrText>festival</w:instrText>
      </w:r>
      <w:r w:rsidR="00D50E20" w:rsidRPr="0068099F">
        <w:rPr>
          <w:lang w:val="ru-RU"/>
        </w:rPr>
        <w:instrText>.</w:instrText>
      </w:r>
      <w:r w:rsidR="00D50E20">
        <w:instrText>lseptember</w:instrText>
      </w:r>
      <w:r w:rsidR="00D50E20" w:rsidRPr="0068099F">
        <w:rPr>
          <w:lang w:val="ru-RU"/>
        </w:rPr>
        <w:instrText>.</w:instrText>
      </w:r>
      <w:r w:rsidR="00D50E20">
        <w:instrText>ru</w:instrText>
      </w:r>
      <w:r w:rsidR="00D50E20" w:rsidRPr="0068099F">
        <w:rPr>
          <w:lang w:val="ru-RU"/>
        </w:rPr>
        <w:instrText>"</w:instrText>
      </w:r>
      <w:r w:rsidR="00D50E20">
        <w:fldChar w:fldCharType="separate"/>
      </w:r>
      <w:r w:rsidRPr="005A3EEF">
        <w:rPr>
          <w:rFonts w:ascii="Times New Roman" w:eastAsia="Times New Roman" w:hAnsi="Times New Roman" w:cs="Times New Roman"/>
          <w:spacing w:val="-2"/>
          <w:sz w:val="24"/>
          <w:szCs w:val="24"/>
          <w:u w:val="single"/>
          <w:lang w:eastAsia="ru-RU"/>
        </w:rPr>
        <w:t>http</w:t>
      </w:r>
      <w:r w:rsidRPr="005A3EEF">
        <w:rPr>
          <w:rFonts w:ascii="Times New Roman" w:eastAsia="Times New Roman" w:hAnsi="Times New Roman" w:cs="Times New Roman"/>
          <w:spacing w:val="-2"/>
          <w:sz w:val="24"/>
          <w:szCs w:val="24"/>
          <w:u w:val="single"/>
          <w:lang w:val="ru-RU" w:eastAsia="ru-RU"/>
        </w:rPr>
        <w:t>://</w:t>
      </w:r>
      <w:r w:rsidRPr="005A3EEF">
        <w:rPr>
          <w:rFonts w:ascii="Times New Roman" w:eastAsia="Times New Roman" w:hAnsi="Times New Roman" w:cs="Times New Roman"/>
          <w:spacing w:val="-2"/>
          <w:sz w:val="24"/>
          <w:szCs w:val="24"/>
          <w:u w:val="single"/>
          <w:lang w:eastAsia="ru-RU"/>
        </w:rPr>
        <w:t>festival</w:t>
      </w:r>
      <w:r w:rsidRPr="005A3EEF">
        <w:rPr>
          <w:rFonts w:ascii="Times New Roman" w:eastAsia="Times New Roman" w:hAnsi="Times New Roman" w:cs="Times New Roman"/>
          <w:spacing w:val="-2"/>
          <w:sz w:val="24"/>
          <w:szCs w:val="24"/>
          <w:u w:val="single"/>
          <w:lang w:val="ru-RU" w:eastAsia="ru-RU"/>
        </w:rPr>
        <w:t>.</w:t>
      </w:r>
      <w:proofErr w:type="spellStart"/>
      <w:r w:rsidRPr="005A3EEF">
        <w:rPr>
          <w:rFonts w:ascii="Times New Roman" w:eastAsia="Times New Roman" w:hAnsi="Times New Roman" w:cs="Times New Roman"/>
          <w:spacing w:val="-2"/>
          <w:sz w:val="24"/>
          <w:szCs w:val="24"/>
          <w:u w:val="single"/>
          <w:lang w:eastAsia="ru-RU"/>
        </w:rPr>
        <w:t>lseptember</w:t>
      </w:r>
      <w:proofErr w:type="spellEnd"/>
      <w:r w:rsidRPr="005A3EEF">
        <w:rPr>
          <w:rFonts w:ascii="Times New Roman" w:eastAsia="Times New Roman" w:hAnsi="Times New Roman" w:cs="Times New Roman"/>
          <w:spacing w:val="-2"/>
          <w:sz w:val="24"/>
          <w:szCs w:val="24"/>
          <w:u w:val="single"/>
          <w:lang w:val="ru-RU" w:eastAsia="ru-RU"/>
        </w:rPr>
        <w:t>.</w:t>
      </w:r>
      <w:proofErr w:type="spellStart"/>
      <w:r w:rsidRPr="005A3EEF">
        <w:rPr>
          <w:rFonts w:ascii="Times New Roman" w:eastAsia="Times New Roman" w:hAnsi="Times New Roman" w:cs="Times New Roman"/>
          <w:spacing w:val="-2"/>
          <w:sz w:val="24"/>
          <w:szCs w:val="24"/>
          <w:u w:val="single"/>
          <w:lang w:eastAsia="ru-RU"/>
        </w:rPr>
        <w:t>ru</w:t>
      </w:r>
      <w:proofErr w:type="spellEnd"/>
      <w:r w:rsidR="00D50E20">
        <w:fldChar w:fldCharType="end"/>
      </w:r>
    </w:p>
    <w:p w:rsidR="005A3EEF" w:rsidRDefault="005A3EEF" w:rsidP="005A3EEF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-4"/>
          <w:sz w:val="24"/>
          <w:szCs w:val="24"/>
          <w:lang w:val="ru-RU" w:eastAsia="ru-RU"/>
        </w:rPr>
      </w:pPr>
      <w:r w:rsidRPr="005A3EEF">
        <w:rPr>
          <w:rFonts w:ascii="Times New Roman" w:eastAsia="Times New Roman" w:hAnsi="Times New Roman" w:cs="Times New Roman"/>
          <w:spacing w:val="-4"/>
          <w:sz w:val="24"/>
          <w:szCs w:val="24"/>
          <w:lang w:val="ru-RU" w:eastAsia="ru-RU"/>
        </w:rPr>
        <w:t xml:space="preserve">Поурочные планы, методическая копилка, информационные технологии в школе. </w:t>
      </w:r>
      <w:r>
        <w:rPr>
          <w:rFonts w:ascii="Times New Roman" w:eastAsia="Times New Roman" w:hAnsi="Times New Roman" w:cs="Times New Roman"/>
          <w:spacing w:val="-4"/>
          <w:sz w:val="24"/>
          <w:szCs w:val="24"/>
          <w:lang w:val="ru-RU" w:eastAsia="ru-RU"/>
        </w:rPr>
        <w:t>–</w:t>
      </w:r>
      <w:r w:rsidRPr="005A3EEF">
        <w:rPr>
          <w:rFonts w:ascii="Times New Roman" w:eastAsia="Times New Roman" w:hAnsi="Times New Roman" w:cs="Times New Roman"/>
          <w:spacing w:val="-4"/>
          <w:sz w:val="24"/>
          <w:szCs w:val="24"/>
          <w:lang w:val="ru-RU" w:eastAsia="ru-RU"/>
        </w:rPr>
        <w:t xml:space="preserve"> </w:t>
      </w:r>
    </w:p>
    <w:p w:rsidR="005A3EEF" w:rsidRPr="005A3EEF" w:rsidRDefault="005A3EEF" w:rsidP="005A3EE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5A3EEF">
        <w:rPr>
          <w:rFonts w:ascii="Times New Roman" w:eastAsia="Times New Roman" w:hAnsi="Times New Roman" w:cs="Times New Roman"/>
          <w:spacing w:val="-4"/>
          <w:sz w:val="24"/>
          <w:szCs w:val="24"/>
          <w:lang w:val="ru-RU" w:eastAsia="ru-RU"/>
        </w:rPr>
        <w:t xml:space="preserve">Режим </w:t>
      </w:r>
      <w:r w:rsidRPr="005A3EE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доступа: </w:t>
      </w:r>
      <w:r w:rsidRPr="005A3EEF">
        <w:rPr>
          <w:rFonts w:ascii="Times New Roman" w:eastAsia="Times New Roman" w:hAnsi="Times New Roman" w:cs="Times New Roman"/>
          <w:sz w:val="24"/>
          <w:szCs w:val="24"/>
          <w:lang w:eastAsia="ru-RU"/>
        </w:rPr>
        <w:t>http</w:t>
      </w:r>
      <w:r w:rsidRPr="005A3EE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//</w:t>
      </w:r>
      <w:hyperlink r:id="rId8" w:history="1">
        <w:r w:rsidRPr="005A3EE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www</w:t>
        </w:r>
        <w:r w:rsidRPr="005A3EEF">
          <w:rPr>
            <w:rFonts w:ascii="Times New Roman" w:eastAsia="Times New Roman" w:hAnsi="Times New Roman" w:cs="Times New Roman"/>
            <w:sz w:val="24"/>
            <w:szCs w:val="24"/>
            <w:u w:val="single"/>
            <w:lang w:val="ru-RU" w:eastAsia="ru-RU"/>
          </w:rPr>
          <w:t>.</w:t>
        </w:r>
        <w:proofErr w:type="spellStart"/>
        <w:r w:rsidRPr="005A3EE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uroki</w:t>
        </w:r>
        <w:proofErr w:type="spellEnd"/>
        <w:r w:rsidRPr="005A3EEF">
          <w:rPr>
            <w:rFonts w:ascii="Times New Roman" w:eastAsia="Times New Roman" w:hAnsi="Times New Roman" w:cs="Times New Roman"/>
            <w:sz w:val="24"/>
            <w:szCs w:val="24"/>
            <w:u w:val="single"/>
            <w:lang w:val="ru-RU" w:eastAsia="ru-RU"/>
          </w:rPr>
          <w:t>.</w:t>
        </w:r>
        <w:proofErr w:type="spellStart"/>
        <w:r w:rsidRPr="005A3EE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ru</w:t>
        </w:r>
        <w:proofErr w:type="spellEnd"/>
      </w:hyperlink>
    </w:p>
    <w:p w:rsidR="005A3EEF" w:rsidRPr="005A3EEF" w:rsidRDefault="005A3EEF" w:rsidP="005A3EE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5A3EEF">
        <w:rPr>
          <w:rFonts w:ascii="Times New Roman" w:eastAsia="Times New Roman" w:hAnsi="Times New Roman" w:cs="Times New Roman"/>
          <w:spacing w:val="-4"/>
          <w:sz w:val="24"/>
          <w:szCs w:val="24"/>
          <w:lang w:val="ru-RU" w:eastAsia="ru-RU"/>
        </w:rPr>
        <w:t>Презентации уроков «Начальная школа». - Режим доступа</w:t>
      </w:r>
      <w:proofErr w:type="gramStart"/>
      <w:r w:rsidRPr="005A3EEF">
        <w:rPr>
          <w:rFonts w:ascii="Times New Roman" w:eastAsia="Times New Roman" w:hAnsi="Times New Roman" w:cs="Times New Roman"/>
          <w:spacing w:val="-4"/>
          <w:sz w:val="24"/>
          <w:szCs w:val="24"/>
          <w:lang w:val="ru-RU" w:eastAsia="ru-RU"/>
        </w:rPr>
        <w:t xml:space="preserve"> :</w:t>
      </w:r>
      <w:proofErr w:type="gramEnd"/>
      <w:r w:rsidR="00D50E20" w:rsidRPr="00D50E20">
        <w:fldChar w:fldCharType="begin"/>
      </w:r>
      <w:r w:rsidR="00FF654F" w:rsidRPr="00FF654F">
        <w:rPr>
          <w:lang w:val="ru-RU"/>
        </w:rPr>
        <w:instrText xml:space="preserve"> </w:instrText>
      </w:r>
      <w:r w:rsidR="00FF654F">
        <w:instrText>HYPERLINK</w:instrText>
      </w:r>
      <w:r w:rsidR="00FF654F" w:rsidRPr="00FF654F">
        <w:rPr>
          <w:lang w:val="ru-RU"/>
        </w:rPr>
        <w:instrText xml:space="preserve"> "</w:instrText>
      </w:r>
      <w:r w:rsidR="00FF654F">
        <w:instrText>http</w:instrText>
      </w:r>
      <w:r w:rsidR="00FF654F" w:rsidRPr="00FF654F">
        <w:rPr>
          <w:lang w:val="ru-RU"/>
        </w:rPr>
        <w:instrText>://</w:instrText>
      </w:r>
      <w:r w:rsidR="00FF654F">
        <w:instrText>nachalka</w:instrText>
      </w:r>
      <w:r w:rsidR="00FF654F" w:rsidRPr="00FF654F">
        <w:rPr>
          <w:lang w:val="ru-RU"/>
        </w:rPr>
        <w:instrText>.</w:instrText>
      </w:r>
      <w:r w:rsidR="00FF654F">
        <w:instrText>info</w:instrText>
      </w:r>
      <w:r w:rsidR="00FF654F" w:rsidRPr="00FF654F">
        <w:rPr>
          <w:lang w:val="ru-RU"/>
        </w:rPr>
        <w:instrText>/</w:instrText>
      </w:r>
      <w:r w:rsidR="00FF654F">
        <w:instrText>about</w:instrText>
      </w:r>
      <w:r w:rsidR="00FF654F" w:rsidRPr="00FF654F">
        <w:rPr>
          <w:lang w:val="ru-RU"/>
        </w:rPr>
        <w:instrText xml:space="preserve">/193" </w:instrText>
      </w:r>
      <w:r w:rsidR="00D50E20" w:rsidRPr="00D50E20">
        <w:fldChar w:fldCharType="separate"/>
      </w:r>
      <w:r w:rsidRPr="005A3EEF">
        <w:rPr>
          <w:rFonts w:ascii="Times New Roman" w:eastAsia="Times New Roman" w:hAnsi="Times New Roman" w:cs="Times New Roman"/>
          <w:spacing w:val="-4"/>
          <w:sz w:val="24"/>
          <w:szCs w:val="24"/>
          <w:u w:val="single"/>
          <w:lang w:eastAsia="ru-RU"/>
        </w:rPr>
        <w:t>http</w:t>
      </w:r>
      <w:r w:rsidRPr="005A3EEF">
        <w:rPr>
          <w:rFonts w:ascii="Times New Roman" w:eastAsia="Times New Roman" w:hAnsi="Times New Roman" w:cs="Times New Roman"/>
          <w:spacing w:val="-4"/>
          <w:sz w:val="24"/>
          <w:szCs w:val="24"/>
          <w:u w:val="single"/>
          <w:lang w:val="ru-RU" w:eastAsia="ru-RU"/>
        </w:rPr>
        <w:t>://</w:t>
      </w:r>
      <w:proofErr w:type="spellStart"/>
      <w:r w:rsidRPr="005A3EEF">
        <w:rPr>
          <w:rFonts w:ascii="Times New Roman" w:eastAsia="Times New Roman" w:hAnsi="Times New Roman" w:cs="Times New Roman"/>
          <w:spacing w:val="-4"/>
          <w:sz w:val="24"/>
          <w:szCs w:val="24"/>
          <w:u w:val="single"/>
          <w:lang w:eastAsia="ru-RU"/>
        </w:rPr>
        <w:t>nachalka</w:t>
      </w:r>
      <w:proofErr w:type="spellEnd"/>
      <w:r w:rsidRPr="005A3EEF">
        <w:rPr>
          <w:rFonts w:ascii="Times New Roman" w:eastAsia="Times New Roman" w:hAnsi="Times New Roman" w:cs="Times New Roman"/>
          <w:spacing w:val="-4"/>
          <w:sz w:val="24"/>
          <w:szCs w:val="24"/>
          <w:u w:val="single"/>
          <w:lang w:val="ru-RU" w:eastAsia="ru-RU"/>
        </w:rPr>
        <w:t>.</w:t>
      </w:r>
      <w:r w:rsidRPr="005A3EEF">
        <w:rPr>
          <w:rFonts w:ascii="Times New Roman" w:eastAsia="Times New Roman" w:hAnsi="Times New Roman" w:cs="Times New Roman"/>
          <w:spacing w:val="-4"/>
          <w:sz w:val="24"/>
          <w:szCs w:val="24"/>
          <w:u w:val="single"/>
          <w:lang w:eastAsia="ru-RU"/>
        </w:rPr>
        <w:t>info</w:t>
      </w:r>
      <w:r w:rsidRPr="005A3EEF">
        <w:rPr>
          <w:rFonts w:ascii="Times New Roman" w:eastAsia="Times New Roman" w:hAnsi="Times New Roman" w:cs="Times New Roman"/>
          <w:spacing w:val="-4"/>
          <w:sz w:val="24"/>
          <w:szCs w:val="24"/>
          <w:u w:val="single"/>
          <w:lang w:val="ru-RU" w:eastAsia="ru-RU"/>
        </w:rPr>
        <w:t>/</w:t>
      </w:r>
      <w:r w:rsidRPr="005A3EEF">
        <w:rPr>
          <w:rFonts w:ascii="Times New Roman" w:eastAsia="Times New Roman" w:hAnsi="Times New Roman" w:cs="Times New Roman"/>
          <w:spacing w:val="-4"/>
          <w:sz w:val="24"/>
          <w:szCs w:val="24"/>
          <w:u w:val="single"/>
          <w:lang w:eastAsia="ru-RU"/>
        </w:rPr>
        <w:t>about</w:t>
      </w:r>
      <w:r w:rsidRPr="005A3EEF">
        <w:rPr>
          <w:rFonts w:ascii="Times New Roman" w:eastAsia="Times New Roman" w:hAnsi="Times New Roman" w:cs="Times New Roman"/>
          <w:spacing w:val="-4"/>
          <w:sz w:val="24"/>
          <w:szCs w:val="24"/>
          <w:u w:val="single"/>
          <w:lang w:val="ru-RU" w:eastAsia="ru-RU"/>
        </w:rPr>
        <w:t>/193</w:t>
      </w:r>
      <w:r w:rsidR="00D50E20">
        <w:rPr>
          <w:rFonts w:ascii="Times New Roman" w:eastAsia="Times New Roman" w:hAnsi="Times New Roman" w:cs="Times New Roman"/>
          <w:spacing w:val="-4"/>
          <w:sz w:val="24"/>
          <w:szCs w:val="24"/>
          <w:u w:val="single"/>
          <w:lang w:val="ru-RU" w:eastAsia="ru-RU"/>
        </w:rPr>
        <w:fldChar w:fldCharType="end"/>
      </w:r>
    </w:p>
    <w:p w:rsidR="005A3EEF" w:rsidRPr="005A3EEF" w:rsidRDefault="005A3EEF" w:rsidP="005A3EE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5A3EEF">
        <w:rPr>
          <w:rFonts w:ascii="Times New Roman" w:eastAsia="Times New Roman" w:hAnsi="Times New Roman" w:cs="Times New Roman"/>
          <w:spacing w:val="-3"/>
          <w:sz w:val="24"/>
          <w:szCs w:val="24"/>
          <w:lang w:val="ru-RU" w:eastAsia="ru-RU"/>
        </w:rPr>
        <w:t xml:space="preserve">Сообщество взаимопомощи учителей </w:t>
      </w:r>
      <w:hyperlink r:id="rId9" w:history="1">
        <w:r w:rsidRPr="005A3EEF">
          <w:rPr>
            <w:rFonts w:ascii="Times New Roman" w:eastAsia="Times New Roman" w:hAnsi="Times New Roman" w:cs="Times New Roman"/>
            <w:spacing w:val="-3"/>
            <w:sz w:val="24"/>
            <w:szCs w:val="24"/>
            <w:u w:val="single"/>
            <w:lang w:eastAsia="ru-RU"/>
          </w:rPr>
          <w:t>Pedsovet</w:t>
        </w:r>
        <w:r w:rsidRPr="005A3EEF">
          <w:rPr>
            <w:rFonts w:ascii="Times New Roman" w:eastAsia="Times New Roman" w:hAnsi="Times New Roman" w:cs="Times New Roman"/>
            <w:spacing w:val="-3"/>
            <w:sz w:val="24"/>
            <w:szCs w:val="24"/>
            <w:u w:val="single"/>
            <w:lang w:val="ru-RU" w:eastAsia="ru-RU"/>
          </w:rPr>
          <w:t>.</w:t>
        </w:r>
        <w:r w:rsidRPr="005A3EEF">
          <w:rPr>
            <w:rFonts w:ascii="Times New Roman" w:eastAsia="Times New Roman" w:hAnsi="Times New Roman" w:cs="Times New Roman"/>
            <w:spacing w:val="-3"/>
            <w:sz w:val="24"/>
            <w:szCs w:val="24"/>
            <w:u w:val="single"/>
            <w:lang w:eastAsia="ru-RU"/>
          </w:rPr>
          <w:t>su</w:t>
        </w:r>
      </w:hyperlink>
      <w:r w:rsidRPr="005A3EEF">
        <w:rPr>
          <w:rFonts w:ascii="Times New Roman" w:eastAsia="Times New Roman" w:hAnsi="Times New Roman" w:cs="Times New Roman"/>
          <w:spacing w:val="-3"/>
          <w:sz w:val="24"/>
          <w:szCs w:val="24"/>
          <w:lang w:val="ru-RU" w:eastAsia="ru-RU"/>
        </w:rPr>
        <w:t xml:space="preserve">. - Режим доступа: </w:t>
      </w:r>
      <w:hyperlink r:id="rId10" w:history="1">
        <w:r w:rsidRPr="005A3EEF">
          <w:rPr>
            <w:rFonts w:ascii="Times New Roman" w:eastAsia="Times New Roman" w:hAnsi="Times New Roman" w:cs="Times New Roman"/>
            <w:spacing w:val="-3"/>
            <w:sz w:val="24"/>
            <w:szCs w:val="24"/>
            <w:u w:val="single"/>
            <w:lang w:eastAsia="ru-RU"/>
          </w:rPr>
          <w:t>http</w:t>
        </w:r>
        <w:r w:rsidRPr="005A3EEF">
          <w:rPr>
            <w:rFonts w:ascii="Times New Roman" w:eastAsia="Times New Roman" w:hAnsi="Times New Roman" w:cs="Times New Roman"/>
            <w:spacing w:val="-3"/>
            <w:sz w:val="24"/>
            <w:szCs w:val="24"/>
            <w:u w:val="single"/>
            <w:lang w:val="ru-RU" w:eastAsia="ru-RU"/>
          </w:rPr>
          <w:t>://</w:t>
        </w:r>
        <w:r w:rsidRPr="005A3EEF">
          <w:rPr>
            <w:rFonts w:ascii="Times New Roman" w:eastAsia="Times New Roman" w:hAnsi="Times New Roman" w:cs="Times New Roman"/>
            <w:spacing w:val="-3"/>
            <w:sz w:val="24"/>
            <w:szCs w:val="24"/>
            <w:u w:val="single"/>
            <w:lang w:eastAsia="ru-RU"/>
          </w:rPr>
          <w:t>pedsovet</w:t>
        </w:r>
        <w:r w:rsidRPr="005A3EEF">
          <w:rPr>
            <w:rFonts w:ascii="Times New Roman" w:eastAsia="Times New Roman" w:hAnsi="Times New Roman" w:cs="Times New Roman"/>
            <w:spacing w:val="-3"/>
            <w:sz w:val="24"/>
            <w:szCs w:val="24"/>
            <w:u w:val="single"/>
            <w:lang w:val="ru-RU" w:eastAsia="ru-RU"/>
          </w:rPr>
          <w:t>.</w:t>
        </w:r>
        <w:proofErr w:type="spellStart"/>
        <w:r w:rsidRPr="005A3EEF">
          <w:rPr>
            <w:rFonts w:ascii="Times New Roman" w:eastAsia="Times New Roman" w:hAnsi="Times New Roman" w:cs="Times New Roman"/>
            <w:spacing w:val="-3"/>
            <w:sz w:val="24"/>
            <w:szCs w:val="24"/>
            <w:u w:val="single"/>
            <w:lang w:eastAsia="ru-RU"/>
          </w:rPr>
          <w:t>su</w:t>
        </w:r>
        <w:proofErr w:type="spellEnd"/>
      </w:hyperlink>
    </w:p>
    <w:p w:rsidR="005A3EEF" w:rsidRDefault="005A3EEF" w:rsidP="005A3E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5A3EE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Справочно-информационный интернет-портал «Русский язык». </w:t>
      </w:r>
      <w:r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–</w:t>
      </w:r>
      <w:r w:rsidRPr="005A3EE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</w:t>
      </w:r>
    </w:p>
    <w:p w:rsidR="005A3EEF" w:rsidRPr="005A3EEF" w:rsidRDefault="005A3EEF" w:rsidP="005A3EE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5A3EE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Режим доступа: </w:t>
      </w:r>
      <w:hyperlink r:id="rId11" w:history="1">
        <w:r w:rsidRPr="005A3EE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http</w:t>
        </w:r>
        <w:r w:rsidRPr="005A3EEF">
          <w:rPr>
            <w:rFonts w:ascii="Times New Roman" w:eastAsia="Times New Roman" w:hAnsi="Times New Roman" w:cs="Times New Roman"/>
            <w:sz w:val="24"/>
            <w:szCs w:val="24"/>
            <w:u w:val="single"/>
            <w:lang w:val="ru-RU" w:eastAsia="ru-RU"/>
          </w:rPr>
          <w:t>://</w:t>
        </w:r>
        <w:r w:rsidRPr="005A3EE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www</w:t>
        </w:r>
        <w:r w:rsidRPr="005A3EEF">
          <w:rPr>
            <w:rFonts w:ascii="Times New Roman" w:eastAsia="Times New Roman" w:hAnsi="Times New Roman" w:cs="Times New Roman"/>
            <w:sz w:val="24"/>
            <w:szCs w:val="24"/>
            <w:u w:val="single"/>
            <w:lang w:val="ru-RU" w:eastAsia="ru-RU"/>
          </w:rPr>
          <w:t>.</w:t>
        </w:r>
        <w:proofErr w:type="spellStart"/>
        <w:r w:rsidRPr="005A3EE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gramota</w:t>
        </w:r>
        <w:proofErr w:type="spellEnd"/>
        <w:r w:rsidRPr="005A3EEF">
          <w:rPr>
            <w:rFonts w:ascii="Times New Roman" w:eastAsia="Times New Roman" w:hAnsi="Times New Roman" w:cs="Times New Roman"/>
            <w:sz w:val="24"/>
            <w:szCs w:val="24"/>
            <w:u w:val="single"/>
            <w:lang w:val="ru-RU" w:eastAsia="ru-RU"/>
          </w:rPr>
          <w:t>.</w:t>
        </w:r>
        <w:proofErr w:type="spellStart"/>
        <w:r w:rsidRPr="005A3EE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ru</w:t>
        </w:r>
        <w:proofErr w:type="spellEnd"/>
      </w:hyperlink>
    </w:p>
    <w:p w:rsidR="005A3EEF" w:rsidRPr="005A3EEF" w:rsidRDefault="005A3EEF" w:rsidP="005A3EE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5A3EEF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Учебные материалы и словари на сайте «Кирилл и Мефодий». - Режим доступа:</w:t>
      </w:r>
      <w:hyperlink r:id="rId12" w:history="1">
        <w:r w:rsidRPr="005A3EE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www</w:t>
        </w:r>
        <w:r w:rsidRPr="005A3EEF">
          <w:rPr>
            <w:rFonts w:ascii="Times New Roman" w:eastAsia="Times New Roman" w:hAnsi="Times New Roman" w:cs="Times New Roman"/>
            <w:sz w:val="24"/>
            <w:szCs w:val="24"/>
            <w:u w:val="single"/>
            <w:lang w:val="ru-RU" w:eastAsia="ru-RU"/>
          </w:rPr>
          <w:t>.</w:t>
        </w:r>
        <w:r w:rsidRPr="005A3EE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km</w:t>
        </w:r>
        <w:r w:rsidRPr="005A3EEF">
          <w:rPr>
            <w:rFonts w:ascii="Times New Roman" w:eastAsia="Times New Roman" w:hAnsi="Times New Roman" w:cs="Times New Roman"/>
            <w:sz w:val="24"/>
            <w:szCs w:val="24"/>
            <w:u w:val="single"/>
            <w:lang w:val="ru-RU" w:eastAsia="ru-RU"/>
          </w:rPr>
          <w:t>.</w:t>
        </w:r>
        <w:proofErr w:type="spellStart"/>
        <w:r w:rsidRPr="005A3EE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ru</w:t>
        </w:r>
        <w:proofErr w:type="spellEnd"/>
        <w:r w:rsidRPr="005A3EEF">
          <w:rPr>
            <w:rFonts w:ascii="Times New Roman" w:eastAsia="Times New Roman" w:hAnsi="Times New Roman" w:cs="Times New Roman"/>
            <w:sz w:val="24"/>
            <w:szCs w:val="24"/>
            <w:u w:val="single"/>
            <w:lang w:val="ru-RU" w:eastAsia="ru-RU"/>
          </w:rPr>
          <w:t>/</w:t>
        </w:r>
        <w:proofErr w:type="spellStart"/>
        <w:r w:rsidRPr="005A3EE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ed</w:t>
        </w:r>
        <w:proofErr w:type="spellEnd"/>
      </w:hyperlink>
    </w:p>
    <w:p w:rsidR="00954279" w:rsidRDefault="00954279" w:rsidP="00954279">
      <w:pPr>
        <w:rPr>
          <w:lang w:val="ru-RU"/>
        </w:rPr>
      </w:pPr>
    </w:p>
    <w:p w:rsidR="005A3EEF" w:rsidRPr="005A3EEF" w:rsidRDefault="005A3EEF" w:rsidP="005A3EEF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5A3EEF">
        <w:rPr>
          <w:rFonts w:ascii="Times New Roman" w:hAnsi="Times New Roman" w:cs="Times New Roman"/>
          <w:b/>
          <w:sz w:val="24"/>
          <w:szCs w:val="24"/>
          <w:lang w:val="ru-RU"/>
        </w:rPr>
        <w:t>Материально-техническое обеспечение образовательного процесса</w:t>
      </w:r>
    </w:p>
    <w:p w:rsidR="005A3EEF" w:rsidRPr="005A3EEF" w:rsidRDefault="005A3EEF" w:rsidP="005A3EE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5A3EEF">
        <w:rPr>
          <w:rFonts w:ascii="Times New Roman" w:eastAsia="Times New Roman" w:hAnsi="Times New Roman"/>
          <w:b/>
          <w:color w:val="000000"/>
          <w:sz w:val="24"/>
          <w:lang w:val="ru-RU"/>
        </w:rPr>
        <w:t>Учебное оборудование</w:t>
      </w:r>
      <w:r w:rsidRPr="005A3EEF">
        <w:rPr>
          <w:lang w:val="ru-RU"/>
        </w:rPr>
        <w:br/>
      </w:r>
      <w:r w:rsidRPr="005A3EEF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Интерактивная доска прямой проекции </w:t>
      </w:r>
      <w:proofErr w:type="spellStart"/>
      <w:r w:rsidRPr="005A3EEF">
        <w:rPr>
          <w:rFonts w:ascii="Times New Roman" w:eastAsia="Calibri" w:hAnsi="Times New Roman" w:cs="Times New Roman"/>
          <w:sz w:val="24"/>
          <w:szCs w:val="24"/>
          <w:lang w:val="ru-RU"/>
        </w:rPr>
        <w:t>SMARTBoard</w:t>
      </w:r>
      <w:proofErr w:type="spellEnd"/>
      <w:r w:rsidRPr="005A3EEF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480.</w:t>
      </w:r>
    </w:p>
    <w:p w:rsidR="005A3EEF" w:rsidRPr="005A3EEF" w:rsidRDefault="005A3EEF" w:rsidP="005A3EE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proofErr w:type="spellStart"/>
      <w:r w:rsidRPr="005A3EEF">
        <w:rPr>
          <w:rFonts w:ascii="Times New Roman" w:eastAsia="Calibri" w:hAnsi="Times New Roman" w:cs="Times New Roman"/>
          <w:sz w:val="24"/>
          <w:szCs w:val="24"/>
          <w:lang w:val="ru-RU"/>
        </w:rPr>
        <w:t>Мультимедийный</w:t>
      </w:r>
      <w:proofErr w:type="spellEnd"/>
      <w:r w:rsidRPr="005A3EEF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проектор, </w:t>
      </w:r>
      <w:proofErr w:type="spellStart"/>
      <w:r w:rsidRPr="005A3EEF">
        <w:rPr>
          <w:rFonts w:ascii="Times New Roman" w:eastAsia="Calibri" w:hAnsi="Times New Roman" w:cs="Times New Roman"/>
          <w:sz w:val="24"/>
          <w:szCs w:val="24"/>
          <w:lang w:val="ru-RU"/>
        </w:rPr>
        <w:t>Optoma</w:t>
      </w:r>
      <w:proofErr w:type="spellEnd"/>
      <w:r w:rsidRPr="005A3EEF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DS 327 с потолочным креплением</w:t>
      </w:r>
    </w:p>
    <w:p w:rsidR="005A3EEF" w:rsidRPr="005A3EEF" w:rsidRDefault="005A3EEF" w:rsidP="005A3EE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proofErr w:type="spellStart"/>
      <w:r w:rsidRPr="005A3EEF">
        <w:rPr>
          <w:rFonts w:ascii="Times New Roman" w:eastAsia="Calibri" w:hAnsi="Times New Roman" w:cs="Times New Roman"/>
          <w:sz w:val="24"/>
          <w:szCs w:val="24"/>
          <w:lang w:val="ru-RU"/>
        </w:rPr>
        <w:t>Радиомагнитола</w:t>
      </w:r>
      <w:proofErr w:type="spellEnd"/>
      <w:r w:rsidRPr="005A3EEF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   SUPRA SR-125 U </w:t>
      </w:r>
    </w:p>
    <w:p w:rsidR="005A3EEF" w:rsidRPr="005A3EEF" w:rsidRDefault="005A3EEF" w:rsidP="005A3EE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Телевизор, ЖК PHILIHS 32 </w:t>
      </w:r>
      <w:r w:rsidRPr="005A3EEF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PFL 5206\60 </w:t>
      </w:r>
    </w:p>
    <w:p w:rsidR="005A3EEF" w:rsidRPr="005A3EEF" w:rsidRDefault="005A3EEF" w:rsidP="005A3EE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5A3EEF">
        <w:rPr>
          <w:rFonts w:ascii="Times New Roman" w:eastAsia="Calibri" w:hAnsi="Times New Roman" w:cs="Times New Roman"/>
          <w:sz w:val="24"/>
          <w:szCs w:val="24"/>
          <w:lang w:val="ru-RU"/>
        </w:rPr>
        <w:t>Учебно-наглядные пособия для начальной школы в комплекте</w:t>
      </w:r>
    </w:p>
    <w:p w:rsidR="005A3EEF" w:rsidRDefault="005A3EEF" w:rsidP="005A3EE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5A3EEF">
        <w:rPr>
          <w:rFonts w:ascii="Times New Roman" w:eastAsia="Calibri" w:hAnsi="Times New Roman" w:cs="Times New Roman"/>
          <w:sz w:val="24"/>
          <w:szCs w:val="24"/>
          <w:lang w:val="ru-RU"/>
        </w:rPr>
        <w:t>Принтер, (М</w:t>
      </w:r>
      <w:r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ФУ) </w:t>
      </w:r>
      <w:proofErr w:type="spellStart"/>
      <w:r w:rsidRPr="005A3EEF">
        <w:rPr>
          <w:rFonts w:ascii="Times New Roman" w:eastAsia="Calibri" w:hAnsi="Times New Roman" w:cs="Times New Roman"/>
          <w:sz w:val="24"/>
          <w:szCs w:val="24"/>
          <w:lang w:val="ru-RU"/>
        </w:rPr>
        <w:t>Brother</w:t>
      </w:r>
      <w:proofErr w:type="spellEnd"/>
      <w:r w:rsidRPr="005A3EEF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DCP-7057 R – 1 шт.</w:t>
      </w:r>
    </w:p>
    <w:p w:rsidR="005A3EEF" w:rsidRPr="005A3EEF" w:rsidRDefault="005A3EEF" w:rsidP="005A3EE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:rsidR="00954279" w:rsidRPr="0030397D" w:rsidRDefault="005A3EEF" w:rsidP="0068099F">
      <w:pPr>
        <w:rPr>
          <w:lang w:val="ru-RU"/>
        </w:rPr>
      </w:pPr>
      <w:r w:rsidRPr="005A3EEF">
        <w:rPr>
          <w:rFonts w:ascii="Times New Roman" w:hAnsi="Times New Roman" w:cs="Times New Roman"/>
          <w:b/>
          <w:sz w:val="24"/>
          <w:szCs w:val="24"/>
          <w:lang w:val="ru-RU"/>
        </w:rPr>
        <w:t>Оборудование для проведения лабораторных и практических работ</w:t>
      </w:r>
    </w:p>
    <w:p w:rsidR="00D65CB6" w:rsidRPr="0030397D" w:rsidRDefault="00D65CB6">
      <w:pPr>
        <w:autoSpaceDE w:val="0"/>
        <w:autoSpaceDN w:val="0"/>
        <w:spacing w:after="66" w:line="220" w:lineRule="exact"/>
        <w:rPr>
          <w:lang w:val="ru-RU"/>
        </w:rPr>
      </w:pPr>
    </w:p>
    <w:p w:rsidR="00D65CB6" w:rsidRPr="0030397D" w:rsidRDefault="00D65CB6">
      <w:pPr>
        <w:autoSpaceDE w:val="0"/>
        <w:autoSpaceDN w:val="0"/>
        <w:spacing w:after="78" w:line="220" w:lineRule="exact"/>
        <w:rPr>
          <w:lang w:val="ru-RU"/>
        </w:rPr>
      </w:pPr>
    </w:p>
    <w:p w:rsidR="0068099F" w:rsidRDefault="0068099F">
      <w:pPr>
        <w:autoSpaceDE w:val="0"/>
        <w:autoSpaceDN w:val="0"/>
        <w:spacing w:after="0" w:line="230" w:lineRule="auto"/>
        <w:rPr>
          <w:rFonts w:ascii="Times New Roman" w:eastAsia="Times New Roman" w:hAnsi="Times New Roman"/>
          <w:b/>
          <w:color w:val="000000"/>
          <w:sz w:val="24"/>
          <w:lang w:val="ru-RU"/>
        </w:rPr>
      </w:pPr>
    </w:p>
    <w:p w:rsidR="0068099F" w:rsidRDefault="0068099F">
      <w:pPr>
        <w:autoSpaceDE w:val="0"/>
        <w:autoSpaceDN w:val="0"/>
        <w:spacing w:after="0" w:line="230" w:lineRule="auto"/>
        <w:rPr>
          <w:rFonts w:ascii="Times New Roman" w:eastAsia="Times New Roman" w:hAnsi="Times New Roman"/>
          <w:b/>
          <w:color w:val="000000"/>
          <w:sz w:val="24"/>
          <w:lang w:val="ru-RU"/>
        </w:rPr>
      </w:pPr>
    </w:p>
    <w:p w:rsidR="0068099F" w:rsidRDefault="0068099F">
      <w:pPr>
        <w:autoSpaceDE w:val="0"/>
        <w:autoSpaceDN w:val="0"/>
        <w:spacing w:after="0" w:line="230" w:lineRule="auto"/>
        <w:rPr>
          <w:rFonts w:ascii="Times New Roman" w:eastAsia="Times New Roman" w:hAnsi="Times New Roman"/>
          <w:b/>
          <w:color w:val="000000"/>
          <w:sz w:val="24"/>
          <w:lang w:val="ru-RU"/>
        </w:rPr>
      </w:pPr>
    </w:p>
    <w:p w:rsidR="0068099F" w:rsidRDefault="0068099F">
      <w:pPr>
        <w:autoSpaceDE w:val="0"/>
        <w:autoSpaceDN w:val="0"/>
        <w:spacing w:after="0" w:line="230" w:lineRule="auto"/>
        <w:rPr>
          <w:rFonts w:ascii="Times New Roman" w:eastAsia="Times New Roman" w:hAnsi="Times New Roman"/>
          <w:b/>
          <w:color w:val="000000"/>
          <w:sz w:val="24"/>
          <w:lang w:val="ru-RU"/>
        </w:rPr>
      </w:pPr>
    </w:p>
    <w:p w:rsidR="0068099F" w:rsidRDefault="0068099F">
      <w:pPr>
        <w:autoSpaceDE w:val="0"/>
        <w:autoSpaceDN w:val="0"/>
        <w:spacing w:after="0" w:line="230" w:lineRule="auto"/>
        <w:rPr>
          <w:rFonts w:ascii="Times New Roman" w:eastAsia="Times New Roman" w:hAnsi="Times New Roman"/>
          <w:b/>
          <w:color w:val="000000"/>
          <w:sz w:val="24"/>
          <w:lang w:val="ru-RU"/>
        </w:rPr>
      </w:pPr>
    </w:p>
    <w:p w:rsidR="0068099F" w:rsidRDefault="0068099F">
      <w:pPr>
        <w:autoSpaceDE w:val="0"/>
        <w:autoSpaceDN w:val="0"/>
        <w:spacing w:after="0" w:line="230" w:lineRule="auto"/>
        <w:rPr>
          <w:rFonts w:ascii="Times New Roman" w:eastAsia="Times New Roman" w:hAnsi="Times New Roman"/>
          <w:b/>
          <w:color w:val="000000"/>
          <w:sz w:val="24"/>
          <w:lang w:val="ru-RU"/>
        </w:rPr>
      </w:pPr>
    </w:p>
    <w:p w:rsidR="0068099F" w:rsidRDefault="0068099F">
      <w:pPr>
        <w:autoSpaceDE w:val="0"/>
        <w:autoSpaceDN w:val="0"/>
        <w:spacing w:after="0" w:line="230" w:lineRule="auto"/>
        <w:rPr>
          <w:rFonts w:ascii="Times New Roman" w:eastAsia="Times New Roman" w:hAnsi="Times New Roman"/>
          <w:b/>
          <w:color w:val="000000"/>
          <w:sz w:val="24"/>
          <w:lang w:val="ru-RU"/>
        </w:rPr>
      </w:pPr>
    </w:p>
    <w:p w:rsidR="0068099F" w:rsidRDefault="0068099F">
      <w:pPr>
        <w:autoSpaceDE w:val="0"/>
        <w:autoSpaceDN w:val="0"/>
        <w:spacing w:after="0" w:line="230" w:lineRule="auto"/>
        <w:rPr>
          <w:rFonts w:ascii="Times New Roman" w:eastAsia="Times New Roman" w:hAnsi="Times New Roman"/>
          <w:b/>
          <w:color w:val="000000"/>
          <w:sz w:val="24"/>
          <w:lang w:val="ru-RU"/>
        </w:rPr>
      </w:pPr>
    </w:p>
    <w:p w:rsidR="0068099F" w:rsidRDefault="0068099F">
      <w:pPr>
        <w:autoSpaceDE w:val="0"/>
        <w:autoSpaceDN w:val="0"/>
        <w:spacing w:after="0" w:line="230" w:lineRule="auto"/>
        <w:rPr>
          <w:rFonts w:ascii="Times New Roman" w:eastAsia="Times New Roman" w:hAnsi="Times New Roman"/>
          <w:b/>
          <w:color w:val="000000"/>
          <w:sz w:val="24"/>
          <w:lang w:val="ru-RU"/>
        </w:rPr>
      </w:pPr>
    </w:p>
    <w:p w:rsidR="0068099F" w:rsidRDefault="0068099F">
      <w:pPr>
        <w:autoSpaceDE w:val="0"/>
        <w:autoSpaceDN w:val="0"/>
        <w:spacing w:after="0" w:line="230" w:lineRule="auto"/>
        <w:rPr>
          <w:rFonts w:ascii="Times New Roman" w:eastAsia="Times New Roman" w:hAnsi="Times New Roman"/>
          <w:b/>
          <w:color w:val="000000"/>
          <w:sz w:val="24"/>
          <w:lang w:val="ru-RU"/>
        </w:rPr>
      </w:pPr>
    </w:p>
    <w:p w:rsidR="0068099F" w:rsidRDefault="0068099F">
      <w:pPr>
        <w:autoSpaceDE w:val="0"/>
        <w:autoSpaceDN w:val="0"/>
        <w:spacing w:after="0" w:line="230" w:lineRule="auto"/>
        <w:rPr>
          <w:rFonts w:ascii="Times New Roman" w:eastAsia="Times New Roman" w:hAnsi="Times New Roman"/>
          <w:b/>
          <w:color w:val="000000"/>
          <w:sz w:val="24"/>
          <w:lang w:val="ru-RU"/>
        </w:rPr>
      </w:pPr>
    </w:p>
    <w:p w:rsidR="0068099F" w:rsidRDefault="0068099F">
      <w:pPr>
        <w:autoSpaceDE w:val="0"/>
        <w:autoSpaceDN w:val="0"/>
        <w:spacing w:after="0" w:line="230" w:lineRule="auto"/>
        <w:rPr>
          <w:rFonts w:ascii="Times New Roman" w:eastAsia="Times New Roman" w:hAnsi="Times New Roman"/>
          <w:b/>
          <w:color w:val="000000"/>
          <w:sz w:val="24"/>
          <w:lang w:val="ru-RU"/>
        </w:rPr>
      </w:pPr>
    </w:p>
    <w:p w:rsidR="0068099F" w:rsidRDefault="0068099F">
      <w:pPr>
        <w:autoSpaceDE w:val="0"/>
        <w:autoSpaceDN w:val="0"/>
        <w:spacing w:after="0" w:line="230" w:lineRule="auto"/>
        <w:rPr>
          <w:rFonts w:ascii="Times New Roman" w:eastAsia="Times New Roman" w:hAnsi="Times New Roman"/>
          <w:b/>
          <w:color w:val="000000"/>
          <w:sz w:val="24"/>
          <w:lang w:val="ru-RU"/>
        </w:rPr>
      </w:pPr>
    </w:p>
    <w:p w:rsidR="0068099F" w:rsidRDefault="0068099F">
      <w:pPr>
        <w:autoSpaceDE w:val="0"/>
        <w:autoSpaceDN w:val="0"/>
        <w:spacing w:after="0" w:line="230" w:lineRule="auto"/>
        <w:rPr>
          <w:rFonts w:ascii="Times New Roman" w:eastAsia="Times New Roman" w:hAnsi="Times New Roman"/>
          <w:b/>
          <w:color w:val="000000"/>
          <w:sz w:val="24"/>
          <w:lang w:val="ru-RU"/>
        </w:rPr>
      </w:pPr>
    </w:p>
    <w:p w:rsidR="0068099F" w:rsidRDefault="0068099F">
      <w:pPr>
        <w:autoSpaceDE w:val="0"/>
        <w:autoSpaceDN w:val="0"/>
        <w:spacing w:after="0" w:line="230" w:lineRule="auto"/>
        <w:rPr>
          <w:rFonts w:ascii="Times New Roman" w:eastAsia="Times New Roman" w:hAnsi="Times New Roman"/>
          <w:b/>
          <w:color w:val="000000"/>
          <w:sz w:val="24"/>
          <w:lang w:val="ru-RU"/>
        </w:rPr>
      </w:pPr>
    </w:p>
    <w:p w:rsidR="0068099F" w:rsidRDefault="0068099F">
      <w:pPr>
        <w:autoSpaceDE w:val="0"/>
        <w:autoSpaceDN w:val="0"/>
        <w:spacing w:after="0" w:line="230" w:lineRule="auto"/>
        <w:rPr>
          <w:rFonts w:ascii="Times New Roman" w:eastAsia="Times New Roman" w:hAnsi="Times New Roman"/>
          <w:b/>
          <w:color w:val="000000"/>
          <w:sz w:val="24"/>
          <w:lang w:val="ru-RU"/>
        </w:rPr>
      </w:pPr>
    </w:p>
    <w:p w:rsidR="0068099F" w:rsidRDefault="0068099F">
      <w:pPr>
        <w:autoSpaceDE w:val="0"/>
        <w:autoSpaceDN w:val="0"/>
        <w:spacing w:after="0" w:line="230" w:lineRule="auto"/>
        <w:rPr>
          <w:rFonts w:ascii="Times New Roman" w:eastAsia="Times New Roman" w:hAnsi="Times New Roman"/>
          <w:b/>
          <w:color w:val="000000"/>
          <w:sz w:val="24"/>
          <w:lang w:val="ru-RU"/>
        </w:rPr>
      </w:pPr>
    </w:p>
    <w:p w:rsidR="00D65CB6" w:rsidRPr="0030397D" w:rsidRDefault="002E3E0D">
      <w:pPr>
        <w:autoSpaceDE w:val="0"/>
        <w:autoSpaceDN w:val="0"/>
        <w:spacing w:after="0" w:line="230" w:lineRule="auto"/>
        <w:rPr>
          <w:lang w:val="ru-RU"/>
        </w:rPr>
      </w:pPr>
      <w:r w:rsidRPr="0030397D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СОДЕРЖАНИЕ УЧЕБНОГО ПРЕДМЕТА </w:t>
      </w:r>
    </w:p>
    <w:p w:rsidR="00D65CB6" w:rsidRPr="0030397D" w:rsidRDefault="002E3E0D">
      <w:pPr>
        <w:autoSpaceDE w:val="0"/>
        <w:autoSpaceDN w:val="0"/>
        <w:spacing w:before="346" w:after="0" w:line="271" w:lineRule="auto"/>
        <w:ind w:right="144" w:firstLine="180"/>
        <w:rPr>
          <w:lang w:val="ru-RU"/>
        </w:rPr>
      </w:pPr>
      <w:r w:rsidRPr="0030397D">
        <w:rPr>
          <w:rFonts w:ascii="Times New Roman" w:eastAsia="Times New Roman" w:hAnsi="Times New Roman"/>
          <w:color w:val="000000"/>
          <w:sz w:val="24"/>
          <w:lang w:val="ru-RU"/>
        </w:rPr>
        <w:t>Основное содержание обучения в программе представлено разделами: «Числа и величины»,</w:t>
      </w:r>
      <w:r w:rsidR="0030397D">
        <w:rPr>
          <w:rFonts w:ascii="Times New Roman" w:eastAsia="Times New Roman" w:hAnsi="Times New Roman"/>
          <w:color w:val="000000"/>
          <w:sz w:val="24"/>
          <w:lang w:val="ru-RU"/>
        </w:rPr>
        <w:t xml:space="preserve"> </w:t>
      </w:r>
      <w:r w:rsidRPr="0030397D">
        <w:rPr>
          <w:rFonts w:ascii="Times New Roman" w:eastAsia="Times New Roman" w:hAnsi="Times New Roman"/>
          <w:color w:val="000000"/>
          <w:sz w:val="24"/>
          <w:lang w:val="ru-RU"/>
        </w:rPr>
        <w:t>«Арифметические действия», «Текстовые задачи», «Пространственные отношения и геометрические фигуры», «Математическая информация».</w:t>
      </w:r>
    </w:p>
    <w:p w:rsidR="00D65CB6" w:rsidRPr="0030397D" w:rsidRDefault="002E3E0D">
      <w:pPr>
        <w:tabs>
          <w:tab w:val="left" w:pos="180"/>
        </w:tabs>
        <w:autoSpaceDE w:val="0"/>
        <w:autoSpaceDN w:val="0"/>
        <w:spacing w:before="190" w:after="0" w:line="271" w:lineRule="auto"/>
        <w:ind w:right="720"/>
        <w:rPr>
          <w:lang w:val="ru-RU"/>
        </w:rPr>
      </w:pPr>
      <w:r w:rsidRPr="0030397D">
        <w:rPr>
          <w:lang w:val="ru-RU"/>
        </w:rPr>
        <w:tab/>
      </w:r>
      <w:r w:rsidRPr="0030397D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Числа и величины </w:t>
      </w:r>
      <w:r w:rsidRPr="0030397D">
        <w:rPr>
          <w:lang w:val="ru-RU"/>
        </w:rPr>
        <w:br/>
      </w:r>
      <w:r w:rsidRPr="0030397D">
        <w:rPr>
          <w:lang w:val="ru-RU"/>
        </w:rPr>
        <w:tab/>
      </w:r>
      <w:r w:rsidRPr="0030397D">
        <w:rPr>
          <w:rFonts w:ascii="Times New Roman" w:eastAsia="Times New Roman" w:hAnsi="Times New Roman"/>
          <w:color w:val="000000"/>
          <w:sz w:val="24"/>
          <w:lang w:val="ru-RU"/>
        </w:rPr>
        <w:t>Числа от 1 до 9: различение, чтение, запись. Единица счёта. Десяток. Счёт предметов, запись результата цифрами. Число и цифра 0 при измерении, вычислении.</w:t>
      </w:r>
    </w:p>
    <w:p w:rsidR="00D65CB6" w:rsidRPr="0030397D" w:rsidRDefault="002E3E0D">
      <w:pPr>
        <w:tabs>
          <w:tab w:val="left" w:pos="180"/>
        </w:tabs>
        <w:autoSpaceDE w:val="0"/>
        <w:autoSpaceDN w:val="0"/>
        <w:spacing w:before="70" w:after="0" w:line="262" w:lineRule="auto"/>
        <w:ind w:right="432"/>
        <w:rPr>
          <w:lang w:val="ru-RU"/>
        </w:rPr>
      </w:pPr>
      <w:r w:rsidRPr="0030397D">
        <w:rPr>
          <w:lang w:val="ru-RU"/>
        </w:rPr>
        <w:tab/>
      </w:r>
      <w:r w:rsidRPr="0030397D">
        <w:rPr>
          <w:rFonts w:ascii="Times New Roman" w:eastAsia="Times New Roman" w:hAnsi="Times New Roman"/>
          <w:color w:val="000000"/>
          <w:sz w:val="24"/>
          <w:lang w:val="ru-RU"/>
        </w:rPr>
        <w:t>Числа в пределах 20: чтение, запись, сравнение.  Однозначные и двузначные числа. Увеличение (уменьшение) числа на несколько единиц.</w:t>
      </w:r>
    </w:p>
    <w:p w:rsidR="00D65CB6" w:rsidRPr="0030397D" w:rsidRDefault="002E3E0D">
      <w:pPr>
        <w:tabs>
          <w:tab w:val="left" w:pos="180"/>
        </w:tabs>
        <w:autoSpaceDE w:val="0"/>
        <w:autoSpaceDN w:val="0"/>
        <w:spacing w:before="72" w:after="0" w:line="262" w:lineRule="auto"/>
        <w:ind w:right="432"/>
        <w:rPr>
          <w:lang w:val="ru-RU"/>
        </w:rPr>
      </w:pPr>
      <w:r w:rsidRPr="0030397D">
        <w:rPr>
          <w:lang w:val="ru-RU"/>
        </w:rPr>
        <w:tab/>
      </w:r>
      <w:r w:rsidRPr="0030397D">
        <w:rPr>
          <w:rFonts w:ascii="Times New Roman" w:eastAsia="Times New Roman" w:hAnsi="Times New Roman"/>
          <w:color w:val="000000"/>
          <w:sz w:val="24"/>
          <w:lang w:val="ru-RU"/>
        </w:rPr>
        <w:t>Длина и её измерение. Единицы длины: сантиметр, дециметр; установление соотношения между ними.</w:t>
      </w:r>
    </w:p>
    <w:p w:rsidR="00D65CB6" w:rsidRPr="0030397D" w:rsidRDefault="002E3E0D">
      <w:pPr>
        <w:tabs>
          <w:tab w:val="left" w:pos="180"/>
        </w:tabs>
        <w:autoSpaceDE w:val="0"/>
        <w:autoSpaceDN w:val="0"/>
        <w:spacing w:before="190" w:after="0" w:line="271" w:lineRule="auto"/>
        <w:rPr>
          <w:lang w:val="ru-RU"/>
        </w:rPr>
      </w:pPr>
      <w:r w:rsidRPr="0030397D">
        <w:rPr>
          <w:lang w:val="ru-RU"/>
        </w:rPr>
        <w:tab/>
      </w:r>
      <w:r w:rsidRPr="0030397D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Арифметические действия </w:t>
      </w:r>
      <w:r w:rsidRPr="0030397D">
        <w:rPr>
          <w:lang w:val="ru-RU"/>
        </w:rPr>
        <w:br/>
      </w:r>
      <w:r w:rsidRPr="0030397D">
        <w:rPr>
          <w:lang w:val="ru-RU"/>
        </w:rPr>
        <w:tab/>
      </w:r>
      <w:r w:rsidRPr="0030397D">
        <w:rPr>
          <w:rFonts w:ascii="Times New Roman" w:eastAsia="Times New Roman" w:hAnsi="Times New Roman"/>
          <w:color w:val="000000"/>
          <w:sz w:val="24"/>
          <w:lang w:val="ru-RU"/>
        </w:rPr>
        <w:t>Сложение и вычитание чисел в пределах 20. Названия компонентов действий, результатов действий сложения, вычитания. Вычитание как действие, обратное сложению.</w:t>
      </w:r>
    </w:p>
    <w:p w:rsidR="00D65CB6" w:rsidRPr="0030397D" w:rsidRDefault="002E3E0D">
      <w:pPr>
        <w:tabs>
          <w:tab w:val="left" w:pos="180"/>
        </w:tabs>
        <w:autoSpaceDE w:val="0"/>
        <w:autoSpaceDN w:val="0"/>
        <w:spacing w:before="190" w:after="0" w:line="271" w:lineRule="auto"/>
        <w:ind w:right="288"/>
        <w:rPr>
          <w:lang w:val="ru-RU"/>
        </w:rPr>
      </w:pPr>
      <w:r w:rsidRPr="0030397D">
        <w:rPr>
          <w:lang w:val="ru-RU"/>
        </w:rPr>
        <w:tab/>
      </w:r>
      <w:r w:rsidRPr="0030397D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Текстовые задачи </w:t>
      </w:r>
      <w:r w:rsidRPr="0030397D">
        <w:rPr>
          <w:lang w:val="ru-RU"/>
        </w:rPr>
        <w:br/>
      </w:r>
      <w:r w:rsidRPr="0030397D">
        <w:rPr>
          <w:lang w:val="ru-RU"/>
        </w:rPr>
        <w:tab/>
      </w:r>
      <w:r w:rsidRPr="0030397D">
        <w:rPr>
          <w:rFonts w:ascii="Times New Roman" w:eastAsia="Times New Roman" w:hAnsi="Times New Roman"/>
          <w:color w:val="000000"/>
          <w:sz w:val="24"/>
          <w:lang w:val="ru-RU"/>
        </w:rPr>
        <w:t>Текстовая задача: структурные элементы, составление текстовой задачи по образцу. Зависимость между данными и искомой величиной в текстовой задаче. Решение задач в одно действие.</w:t>
      </w:r>
    </w:p>
    <w:p w:rsidR="00D65CB6" w:rsidRPr="0030397D" w:rsidRDefault="002E3E0D">
      <w:pPr>
        <w:tabs>
          <w:tab w:val="left" w:pos="180"/>
        </w:tabs>
        <w:autoSpaceDE w:val="0"/>
        <w:autoSpaceDN w:val="0"/>
        <w:spacing w:before="190" w:after="0" w:line="271" w:lineRule="auto"/>
        <w:ind w:right="576"/>
        <w:rPr>
          <w:lang w:val="ru-RU"/>
        </w:rPr>
      </w:pPr>
      <w:r w:rsidRPr="0030397D">
        <w:rPr>
          <w:lang w:val="ru-RU"/>
        </w:rPr>
        <w:tab/>
      </w:r>
      <w:r w:rsidRPr="0030397D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Пространственные отношения и геометрические фигуры </w:t>
      </w:r>
      <w:r w:rsidRPr="0030397D">
        <w:rPr>
          <w:lang w:val="ru-RU"/>
        </w:rPr>
        <w:br/>
      </w:r>
      <w:r w:rsidRPr="0030397D">
        <w:rPr>
          <w:lang w:val="ru-RU"/>
        </w:rPr>
        <w:tab/>
      </w:r>
      <w:r w:rsidRPr="0030397D">
        <w:rPr>
          <w:rFonts w:ascii="Times New Roman" w:eastAsia="Times New Roman" w:hAnsi="Times New Roman"/>
          <w:color w:val="000000"/>
          <w:sz w:val="24"/>
          <w:lang w:val="ru-RU"/>
        </w:rPr>
        <w:t>Расположение предметов и объектов на плоскости, в пространстве: слева/справа, сверху/снизу, между; установление пространственных отношений.</w:t>
      </w:r>
    </w:p>
    <w:p w:rsidR="00D65CB6" w:rsidRPr="0030397D" w:rsidRDefault="002E3E0D">
      <w:pPr>
        <w:autoSpaceDE w:val="0"/>
        <w:autoSpaceDN w:val="0"/>
        <w:spacing w:before="70" w:after="0" w:line="271" w:lineRule="auto"/>
        <w:ind w:firstLine="180"/>
        <w:rPr>
          <w:lang w:val="ru-RU"/>
        </w:rPr>
      </w:pPr>
      <w:r w:rsidRPr="0030397D">
        <w:rPr>
          <w:rFonts w:ascii="Times New Roman" w:eastAsia="Times New Roman" w:hAnsi="Times New Roman"/>
          <w:color w:val="000000"/>
          <w:sz w:val="24"/>
          <w:lang w:val="ru-RU"/>
        </w:rPr>
        <w:t>Геометрические фигуры: распознавание круга, треугольника, прямоугольника, отрезка. Построение отрезка, квадрата, треугольника с помощью линейки на листе в клетку; измерение длины отрезка в сантиметрах.</w:t>
      </w:r>
    </w:p>
    <w:p w:rsidR="00D65CB6" w:rsidRPr="0030397D" w:rsidRDefault="002E3E0D">
      <w:pPr>
        <w:tabs>
          <w:tab w:val="left" w:pos="180"/>
        </w:tabs>
        <w:autoSpaceDE w:val="0"/>
        <w:autoSpaceDN w:val="0"/>
        <w:spacing w:before="190" w:after="0" w:line="271" w:lineRule="auto"/>
        <w:rPr>
          <w:lang w:val="ru-RU"/>
        </w:rPr>
      </w:pPr>
      <w:r w:rsidRPr="0030397D">
        <w:rPr>
          <w:lang w:val="ru-RU"/>
        </w:rPr>
        <w:tab/>
      </w:r>
      <w:r w:rsidRPr="0030397D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Математическая информация </w:t>
      </w:r>
      <w:r w:rsidRPr="0030397D">
        <w:rPr>
          <w:lang w:val="ru-RU"/>
        </w:rPr>
        <w:br/>
      </w:r>
      <w:r w:rsidRPr="0030397D">
        <w:rPr>
          <w:lang w:val="ru-RU"/>
        </w:rPr>
        <w:tab/>
      </w:r>
      <w:r w:rsidRPr="0030397D">
        <w:rPr>
          <w:rFonts w:ascii="Times New Roman" w:eastAsia="Times New Roman" w:hAnsi="Times New Roman"/>
          <w:color w:val="000000"/>
          <w:sz w:val="24"/>
          <w:lang w:val="ru-RU"/>
        </w:rPr>
        <w:t>Сбор данных об объекте по образцу. Характеристики объекта, группы объектов (количество, форма, размер). Группировка объектов по заданному признаку.</w:t>
      </w:r>
    </w:p>
    <w:p w:rsidR="00D65CB6" w:rsidRPr="0030397D" w:rsidRDefault="002E3E0D">
      <w:pPr>
        <w:autoSpaceDE w:val="0"/>
        <w:autoSpaceDN w:val="0"/>
        <w:spacing w:before="70" w:after="0" w:line="230" w:lineRule="auto"/>
        <w:ind w:left="180"/>
        <w:rPr>
          <w:lang w:val="ru-RU"/>
        </w:rPr>
      </w:pPr>
      <w:r w:rsidRPr="0030397D">
        <w:rPr>
          <w:rFonts w:ascii="Times New Roman" w:eastAsia="Times New Roman" w:hAnsi="Times New Roman"/>
          <w:color w:val="000000"/>
          <w:sz w:val="24"/>
          <w:lang w:val="ru-RU"/>
        </w:rPr>
        <w:t>Закономерность в ряду заданных объектов: её обнаружение, продолжение ряда.</w:t>
      </w:r>
    </w:p>
    <w:p w:rsidR="00D65CB6" w:rsidRPr="0030397D" w:rsidRDefault="002E3E0D">
      <w:pPr>
        <w:tabs>
          <w:tab w:val="left" w:pos="180"/>
        </w:tabs>
        <w:autoSpaceDE w:val="0"/>
        <w:autoSpaceDN w:val="0"/>
        <w:spacing w:before="70" w:after="0" w:line="262" w:lineRule="auto"/>
        <w:ind w:right="576"/>
        <w:rPr>
          <w:lang w:val="ru-RU"/>
        </w:rPr>
      </w:pPr>
      <w:r w:rsidRPr="0030397D">
        <w:rPr>
          <w:lang w:val="ru-RU"/>
        </w:rPr>
        <w:tab/>
      </w:r>
      <w:r w:rsidRPr="0030397D">
        <w:rPr>
          <w:rFonts w:ascii="Times New Roman" w:eastAsia="Times New Roman" w:hAnsi="Times New Roman"/>
          <w:color w:val="000000"/>
          <w:sz w:val="24"/>
          <w:lang w:val="ru-RU"/>
        </w:rPr>
        <w:t>Верные (истинные) и неверные (ложные) предложения, составленные относительно заданного набора математических объектов.</w:t>
      </w:r>
    </w:p>
    <w:p w:rsidR="00D65CB6" w:rsidRPr="0030397D" w:rsidRDefault="002E3E0D">
      <w:pPr>
        <w:autoSpaceDE w:val="0"/>
        <w:autoSpaceDN w:val="0"/>
        <w:spacing w:before="72" w:after="0" w:line="271" w:lineRule="auto"/>
        <w:ind w:right="144" w:firstLine="180"/>
        <w:rPr>
          <w:lang w:val="ru-RU"/>
        </w:rPr>
      </w:pPr>
      <w:r w:rsidRPr="0030397D">
        <w:rPr>
          <w:rFonts w:ascii="Times New Roman" w:eastAsia="Times New Roman" w:hAnsi="Times New Roman"/>
          <w:color w:val="000000"/>
          <w:sz w:val="24"/>
          <w:lang w:val="ru-RU"/>
        </w:rPr>
        <w:t>Чтение таблицы (содержащей не более 4-х данных); извлечение данного из строки, столбца; внесение одного-двух данных в таблицу. Чтение рисунка, схемы с одним-двумя числовыми данными (значениями данных величин).</w:t>
      </w:r>
    </w:p>
    <w:p w:rsidR="00D65CB6" w:rsidRPr="0030397D" w:rsidRDefault="002E3E0D">
      <w:pPr>
        <w:tabs>
          <w:tab w:val="left" w:pos="180"/>
        </w:tabs>
        <w:autoSpaceDE w:val="0"/>
        <w:autoSpaceDN w:val="0"/>
        <w:spacing w:before="70" w:after="0" w:line="262" w:lineRule="auto"/>
        <w:ind w:right="720"/>
        <w:rPr>
          <w:lang w:val="ru-RU"/>
        </w:rPr>
      </w:pPr>
      <w:r w:rsidRPr="0030397D">
        <w:rPr>
          <w:lang w:val="ru-RU"/>
        </w:rPr>
        <w:tab/>
      </w:r>
      <w:proofErr w:type="spellStart"/>
      <w:r w:rsidRPr="0030397D">
        <w:rPr>
          <w:rFonts w:ascii="Times New Roman" w:eastAsia="Times New Roman" w:hAnsi="Times New Roman"/>
          <w:color w:val="000000"/>
          <w:sz w:val="24"/>
          <w:lang w:val="ru-RU"/>
        </w:rPr>
        <w:t>Двух-трёхшаговые</w:t>
      </w:r>
      <w:proofErr w:type="spellEnd"/>
      <w:r w:rsidRPr="0030397D">
        <w:rPr>
          <w:rFonts w:ascii="Times New Roman" w:eastAsia="Times New Roman" w:hAnsi="Times New Roman"/>
          <w:color w:val="000000"/>
          <w:sz w:val="24"/>
          <w:lang w:val="ru-RU"/>
        </w:rPr>
        <w:t xml:space="preserve"> инструкции, связанные с вычислением, измерением длины, изображением геометрической фигуры.</w:t>
      </w:r>
    </w:p>
    <w:p w:rsidR="00D65CB6" w:rsidRPr="0030397D" w:rsidRDefault="002E3E0D">
      <w:pPr>
        <w:autoSpaceDE w:val="0"/>
        <w:autoSpaceDN w:val="0"/>
        <w:spacing w:before="190" w:after="0" w:line="230" w:lineRule="auto"/>
        <w:ind w:left="180"/>
        <w:rPr>
          <w:lang w:val="ru-RU"/>
        </w:rPr>
      </w:pPr>
      <w:r w:rsidRPr="0030397D">
        <w:rPr>
          <w:rFonts w:ascii="Times New Roman" w:eastAsia="Times New Roman" w:hAnsi="Times New Roman"/>
          <w:b/>
          <w:color w:val="000000"/>
          <w:sz w:val="24"/>
          <w:lang w:val="ru-RU"/>
        </w:rPr>
        <w:t>Универсальные учебные действия (пропедевтический уровень)</w:t>
      </w:r>
    </w:p>
    <w:p w:rsidR="00D65CB6" w:rsidRPr="0030397D" w:rsidRDefault="002E3E0D">
      <w:pPr>
        <w:autoSpaceDE w:val="0"/>
        <w:autoSpaceDN w:val="0"/>
        <w:spacing w:before="190" w:after="0" w:line="230" w:lineRule="auto"/>
        <w:ind w:left="180"/>
        <w:rPr>
          <w:lang w:val="ru-RU"/>
        </w:rPr>
      </w:pPr>
      <w:r w:rsidRPr="0030397D">
        <w:rPr>
          <w:rFonts w:ascii="Times New Roman" w:eastAsia="Times New Roman" w:hAnsi="Times New Roman"/>
          <w:i/>
          <w:color w:val="000000"/>
          <w:sz w:val="24"/>
          <w:lang w:val="ru-RU"/>
        </w:rPr>
        <w:t>Универсальные познавательные учебные действия:</w:t>
      </w:r>
    </w:p>
    <w:p w:rsidR="00D65CB6" w:rsidRPr="0030397D" w:rsidRDefault="002E3E0D">
      <w:pPr>
        <w:autoSpaceDE w:val="0"/>
        <w:autoSpaceDN w:val="0"/>
        <w:spacing w:before="178" w:after="0" w:line="230" w:lineRule="auto"/>
        <w:ind w:left="420"/>
        <w:rPr>
          <w:lang w:val="ru-RU"/>
        </w:rPr>
      </w:pPr>
      <w:r w:rsidRPr="0030397D">
        <w:rPr>
          <w:rFonts w:ascii="Times New Roman" w:eastAsia="Times New Roman" w:hAnsi="Times New Roman"/>
          <w:color w:val="000000"/>
          <w:sz w:val="24"/>
          <w:lang w:val="ru-RU"/>
        </w:rPr>
        <w:t xml:space="preserve">—  наблюдать математические объекты (числа, величины) в окружающем мире; </w:t>
      </w:r>
    </w:p>
    <w:p w:rsidR="00D65CB6" w:rsidRPr="0030397D" w:rsidRDefault="002E3E0D">
      <w:pPr>
        <w:autoSpaceDE w:val="0"/>
        <w:autoSpaceDN w:val="0"/>
        <w:spacing w:before="190" w:after="0" w:line="230" w:lineRule="auto"/>
        <w:ind w:left="420"/>
        <w:rPr>
          <w:lang w:val="ru-RU"/>
        </w:rPr>
      </w:pPr>
      <w:r w:rsidRPr="0030397D">
        <w:rPr>
          <w:rFonts w:ascii="Times New Roman" w:eastAsia="Times New Roman" w:hAnsi="Times New Roman"/>
          <w:color w:val="000000"/>
          <w:sz w:val="24"/>
          <w:lang w:val="ru-RU"/>
        </w:rPr>
        <w:t xml:space="preserve">—  обнаруживать общее и различное в записи арифметических действий; </w:t>
      </w:r>
    </w:p>
    <w:p w:rsidR="00D65CB6" w:rsidRPr="0030397D" w:rsidRDefault="002E3E0D">
      <w:pPr>
        <w:autoSpaceDE w:val="0"/>
        <w:autoSpaceDN w:val="0"/>
        <w:spacing w:before="190" w:after="0" w:line="230" w:lineRule="auto"/>
        <w:ind w:left="420"/>
        <w:rPr>
          <w:lang w:val="ru-RU"/>
        </w:rPr>
      </w:pPr>
      <w:r w:rsidRPr="0030397D">
        <w:rPr>
          <w:rFonts w:ascii="Times New Roman" w:eastAsia="Times New Roman" w:hAnsi="Times New Roman"/>
          <w:color w:val="000000"/>
          <w:sz w:val="24"/>
          <w:lang w:val="ru-RU"/>
        </w:rPr>
        <w:t xml:space="preserve">—  понимать назначение и необходимость использования величин в жизни; </w:t>
      </w:r>
    </w:p>
    <w:p w:rsidR="00D65CB6" w:rsidRPr="0030397D" w:rsidRDefault="002E3E0D">
      <w:pPr>
        <w:autoSpaceDE w:val="0"/>
        <w:autoSpaceDN w:val="0"/>
        <w:spacing w:before="190" w:after="0" w:line="230" w:lineRule="auto"/>
        <w:ind w:left="420"/>
        <w:rPr>
          <w:lang w:val="ru-RU"/>
        </w:rPr>
      </w:pPr>
      <w:r w:rsidRPr="0030397D">
        <w:rPr>
          <w:rFonts w:ascii="Times New Roman" w:eastAsia="Times New Roman" w:hAnsi="Times New Roman"/>
          <w:color w:val="000000"/>
          <w:sz w:val="24"/>
          <w:lang w:val="ru-RU"/>
        </w:rPr>
        <w:t xml:space="preserve">—  наблюдать действие измерительных приборов; </w:t>
      </w:r>
    </w:p>
    <w:p w:rsidR="00D65CB6" w:rsidRPr="0030397D" w:rsidRDefault="002E3E0D">
      <w:pPr>
        <w:autoSpaceDE w:val="0"/>
        <w:autoSpaceDN w:val="0"/>
        <w:spacing w:before="190" w:after="0" w:line="230" w:lineRule="auto"/>
        <w:ind w:left="420"/>
        <w:rPr>
          <w:lang w:val="ru-RU"/>
        </w:rPr>
      </w:pPr>
      <w:r w:rsidRPr="0030397D">
        <w:rPr>
          <w:rFonts w:ascii="Times New Roman" w:eastAsia="Times New Roman" w:hAnsi="Times New Roman"/>
          <w:color w:val="000000"/>
          <w:sz w:val="24"/>
          <w:lang w:val="ru-RU"/>
        </w:rPr>
        <w:t>—  сравнивать два объекта, два числа; распределять объекты на группы по заданному</w:t>
      </w:r>
    </w:p>
    <w:p w:rsidR="00D65CB6" w:rsidRPr="0030397D" w:rsidRDefault="00D65CB6">
      <w:pPr>
        <w:rPr>
          <w:lang w:val="ru-RU"/>
        </w:rPr>
        <w:sectPr w:rsidR="00D65CB6" w:rsidRPr="0030397D" w:rsidSect="005B299F">
          <w:pgSz w:w="11900" w:h="16840"/>
          <w:pgMar w:top="298" w:right="650" w:bottom="416" w:left="666" w:header="720" w:footer="720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20" w:equalWidth="0">
            <w:col w:w="10584" w:space="0"/>
          </w:cols>
          <w:docGrid w:linePitch="360"/>
        </w:sectPr>
      </w:pPr>
    </w:p>
    <w:p w:rsidR="00D65CB6" w:rsidRPr="0030397D" w:rsidRDefault="00D65CB6">
      <w:pPr>
        <w:autoSpaceDE w:val="0"/>
        <w:autoSpaceDN w:val="0"/>
        <w:spacing w:after="66" w:line="220" w:lineRule="exact"/>
        <w:rPr>
          <w:lang w:val="ru-RU"/>
        </w:rPr>
      </w:pPr>
    </w:p>
    <w:p w:rsidR="00D65CB6" w:rsidRPr="0030397D" w:rsidRDefault="002E3E0D">
      <w:pPr>
        <w:autoSpaceDE w:val="0"/>
        <w:autoSpaceDN w:val="0"/>
        <w:spacing w:after="0" w:line="329" w:lineRule="auto"/>
        <w:ind w:left="240" w:right="720"/>
        <w:rPr>
          <w:lang w:val="ru-RU"/>
        </w:rPr>
      </w:pPr>
      <w:r w:rsidRPr="0030397D">
        <w:rPr>
          <w:rFonts w:ascii="Times New Roman" w:eastAsia="Times New Roman" w:hAnsi="Times New Roman"/>
          <w:color w:val="000000"/>
          <w:sz w:val="24"/>
          <w:lang w:val="ru-RU"/>
        </w:rPr>
        <w:t xml:space="preserve">основанию; </w:t>
      </w:r>
      <w:r w:rsidRPr="0030397D">
        <w:rPr>
          <w:lang w:val="ru-RU"/>
        </w:rPr>
        <w:br/>
      </w:r>
      <w:r w:rsidRPr="0030397D">
        <w:rPr>
          <w:rFonts w:ascii="Times New Roman" w:eastAsia="Times New Roman" w:hAnsi="Times New Roman"/>
          <w:color w:val="000000"/>
          <w:sz w:val="24"/>
          <w:lang w:val="ru-RU"/>
        </w:rPr>
        <w:t xml:space="preserve">—  копировать изученные фигуры, рисовать от руки по собственному замыслу; приводить примеры чисел, геометрических фигур; </w:t>
      </w:r>
      <w:r w:rsidRPr="0030397D">
        <w:rPr>
          <w:lang w:val="ru-RU"/>
        </w:rPr>
        <w:br/>
      </w:r>
      <w:r w:rsidRPr="0030397D">
        <w:rPr>
          <w:rFonts w:ascii="Times New Roman" w:eastAsia="Times New Roman" w:hAnsi="Times New Roman"/>
          <w:color w:val="000000"/>
          <w:sz w:val="24"/>
          <w:lang w:val="ru-RU"/>
        </w:rPr>
        <w:t>—  вести порядковый и количественный счет (соблюдать последовательность).</w:t>
      </w:r>
    </w:p>
    <w:p w:rsidR="00D65CB6" w:rsidRPr="0030397D" w:rsidRDefault="002E3E0D">
      <w:pPr>
        <w:autoSpaceDE w:val="0"/>
        <w:autoSpaceDN w:val="0"/>
        <w:spacing w:before="178" w:after="0" w:line="326" w:lineRule="auto"/>
        <w:ind w:left="240" w:hanging="240"/>
        <w:rPr>
          <w:lang w:val="ru-RU"/>
        </w:rPr>
      </w:pPr>
      <w:r w:rsidRPr="0030397D">
        <w:rPr>
          <w:rFonts w:ascii="Times New Roman" w:eastAsia="Times New Roman" w:hAnsi="Times New Roman"/>
          <w:i/>
          <w:color w:val="000000"/>
          <w:sz w:val="24"/>
          <w:lang w:val="ru-RU"/>
        </w:rPr>
        <w:t>Работа с информацией:</w:t>
      </w:r>
      <w:r w:rsidRPr="0030397D">
        <w:rPr>
          <w:lang w:val="ru-RU"/>
        </w:rPr>
        <w:br/>
      </w:r>
      <w:r w:rsidRPr="0030397D">
        <w:rPr>
          <w:rFonts w:ascii="Times New Roman" w:eastAsia="Times New Roman" w:hAnsi="Times New Roman"/>
          <w:color w:val="000000"/>
          <w:sz w:val="24"/>
          <w:lang w:val="ru-RU"/>
        </w:rPr>
        <w:t xml:space="preserve">—  понимать, что математические явления могут быть представлены с помощью разных средств: текст, числовая запись, таблица, рисунок, схема; </w:t>
      </w:r>
      <w:r w:rsidRPr="0030397D">
        <w:rPr>
          <w:lang w:val="ru-RU"/>
        </w:rPr>
        <w:br/>
      </w:r>
      <w:r w:rsidRPr="0030397D">
        <w:rPr>
          <w:rFonts w:ascii="Times New Roman" w:eastAsia="Times New Roman" w:hAnsi="Times New Roman"/>
          <w:color w:val="000000"/>
          <w:sz w:val="24"/>
          <w:lang w:val="ru-RU"/>
        </w:rPr>
        <w:t>—  читать таблицу, извлекать информацию, представленную в табличной форме.</w:t>
      </w:r>
    </w:p>
    <w:p w:rsidR="00D65CB6" w:rsidRPr="0030397D" w:rsidRDefault="002E3E0D">
      <w:pPr>
        <w:autoSpaceDE w:val="0"/>
        <w:autoSpaceDN w:val="0"/>
        <w:spacing w:before="180" w:after="0" w:line="336" w:lineRule="auto"/>
        <w:ind w:left="240" w:right="288" w:hanging="240"/>
        <w:rPr>
          <w:lang w:val="ru-RU"/>
        </w:rPr>
      </w:pPr>
      <w:r w:rsidRPr="0030397D">
        <w:rPr>
          <w:rFonts w:ascii="Times New Roman" w:eastAsia="Times New Roman" w:hAnsi="Times New Roman"/>
          <w:i/>
          <w:color w:val="000000"/>
          <w:sz w:val="24"/>
          <w:lang w:val="ru-RU"/>
        </w:rPr>
        <w:t>Универсальные коммуникативные учебные действия:</w:t>
      </w:r>
      <w:r w:rsidRPr="0030397D">
        <w:rPr>
          <w:lang w:val="ru-RU"/>
        </w:rPr>
        <w:br/>
      </w:r>
      <w:r w:rsidRPr="0030397D">
        <w:rPr>
          <w:rFonts w:ascii="Times New Roman" w:eastAsia="Times New Roman" w:hAnsi="Times New Roman"/>
          <w:color w:val="000000"/>
          <w:sz w:val="24"/>
          <w:lang w:val="ru-RU"/>
        </w:rPr>
        <w:t xml:space="preserve">—  характеризовать (описывать) число, геометрическую фигуру, последовательность из нескольких чисел, записанных по порядку; </w:t>
      </w:r>
      <w:r w:rsidRPr="0030397D">
        <w:rPr>
          <w:lang w:val="ru-RU"/>
        </w:rPr>
        <w:br/>
      </w:r>
      <w:r w:rsidRPr="0030397D">
        <w:rPr>
          <w:rFonts w:ascii="Times New Roman" w:eastAsia="Times New Roman" w:hAnsi="Times New Roman"/>
          <w:color w:val="000000"/>
          <w:sz w:val="24"/>
          <w:lang w:val="ru-RU"/>
        </w:rPr>
        <w:t xml:space="preserve">—  комментировать ход сравнения двух объектов; описывать своими словами сюжетную ситуацию и математическое отношение, представленное в задаче; </w:t>
      </w:r>
      <w:r w:rsidRPr="0030397D">
        <w:rPr>
          <w:lang w:val="ru-RU"/>
        </w:rPr>
        <w:br/>
      </w:r>
      <w:r w:rsidRPr="0030397D">
        <w:rPr>
          <w:rFonts w:ascii="Times New Roman" w:eastAsia="Times New Roman" w:hAnsi="Times New Roman"/>
          <w:color w:val="000000"/>
          <w:sz w:val="24"/>
          <w:lang w:val="ru-RU"/>
        </w:rPr>
        <w:t xml:space="preserve">—  описывать положение предмета в пространстве различать и использовать математические знаки; </w:t>
      </w:r>
      <w:r w:rsidRPr="0030397D">
        <w:rPr>
          <w:lang w:val="ru-RU"/>
        </w:rPr>
        <w:br/>
      </w:r>
      <w:r w:rsidRPr="0030397D">
        <w:rPr>
          <w:rFonts w:ascii="Times New Roman" w:eastAsia="Times New Roman" w:hAnsi="Times New Roman"/>
          <w:color w:val="000000"/>
          <w:sz w:val="24"/>
          <w:lang w:val="ru-RU"/>
        </w:rPr>
        <w:t>—  строить предложения относительно заданного набора объектов.</w:t>
      </w:r>
    </w:p>
    <w:p w:rsidR="00D65CB6" w:rsidRPr="0030397D" w:rsidRDefault="002E3E0D">
      <w:pPr>
        <w:autoSpaceDE w:val="0"/>
        <w:autoSpaceDN w:val="0"/>
        <w:spacing w:before="178" w:after="0" w:line="350" w:lineRule="auto"/>
        <w:ind w:left="240" w:right="576" w:hanging="240"/>
        <w:rPr>
          <w:lang w:val="ru-RU"/>
        </w:rPr>
      </w:pPr>
      <w:r w:rsidRPr="0030397D">
        <w:rPr>
          <w:rFonts w:ascii="Times New Roman" w:eastAsia="Times New Roman" w:hAnsi="Times New Roman"/>
          <w:i/>
          <w:color w:val="000000"/>
          <w:sz w:val="24"/>
          <w:lang w:val="ru-RU"/>
        </w:rPr>
        <w:t>Универсальные регулятивные учебные действия:</w:t>
      </w:r>
      <w:r w:rsidRPr="0030397D">
        <w:rPr>
          <w:lang w:val="ru-RU"/>
        </w:rPr>
        <w:br/>
      </w:r>
      <w:r w:rsidRPr="0030397D">
        <w:rPr>
          <w:rFonts w:ascii="Times New Roman" w:eastAsia="Times New Roman" w:hAnsi="Times New Roman"/>
          <w:color w:val="000000"/>
          <w:sz w:val="24"/>
          <w:lang w:val="ru-RU"/>
        </w:rPr>
        <w:t>—  принимать учебную задачу, удерживать её в процессе деятельности;</w:t>
      </w:r>
      <w:r w:rsidRPr="0030397D">
        <w:rPr>
          <w:lang w:val="ru-RU"/>
        </w:rPr>
        <w:br/>
      </w:r>
      <w:r w:rsidRPr="0030397D">
        <w:rPr>
          <w:rFonts w:ascii="Times New Roman" w:eastAsia="Times New Roman" w:hAnsi="Times New Roman"/>
          <w:color w:val="000000"/>
          <w:sz w:val="24"/>
          <w:lang w:val="ru-RU"/>
        </w:rPr>
        <w:t xml:space="preserve">—  действовать в соответствии с предложенным образцом, инструкцией; </w:t>
      </w:r>
      <w:r w:rsidRPr="0030397D">
        <w:rPr>
          <w:lang w:val="ru-RU"/>
        </w:rPr>
        <w:br/>
      </w:r>
      <w:r w:rsidRPr="0030397D">
        <w:rPr>
          <w:rFonts w:ascii="Times New Roman" w:eastAsia="Times New Roman" w:hAnsi="Times New Roman"/>
          <w:color w:val="000000"/>
          <w:sz w:val="24"/>
          <w:lang w:val="ru-RU"/>
        </w:rPr>
        <w:t xml:space="preserve">—  проявлять интерес к проверке результатов решения учебной задачи, с помощью учителя устанавливать причину возникшей ошибки и трудности; </w:t>
      </w:r>
      <w:r w:rsidRPr="0030397D">
        <w:rPr>
          <w:lang w:val="ru-RU"/>
        </w:rPr>
        <w:br/>
      </w:r>
      <w:r w:rsidRPr="0030397D">
        <w:rPr>
          <w:rFonts w:ascii="Times New Roman" w:eastAsia="Times New Roman" w:hAnsi="Times New Roman"/>
          <w:color w:val="000000"/>
          <w:sz w:val="24"/>
          <w:lang w:val="ru-RU"/>
        </w:rPr>
        <w:t>—  проверять правильность вычисления с помощью другого приёма выполнения действия.</w:t>
      </w:r>
    </w:p>
    <w:p w:rsidR="00D65CB6" w:rsidRPr="0030397D" w:rsidRDefault="002E3E0D">
      <w:pPr>
        <w:autoSpaceDE w:val="0"/>
        <w:autoSpaceDN w:val="0"/>
        <w:spacing w:before="178" w:after="0" w:line="326" w:lineRule="auto"/>
        <w:ind w:left="240" w:hanging="240"/>
        <w:rPr>
          <w:lang w:val="ru-RU"/>
        </w:rPr>
      </w:pPr>
      <w:r w:rsidRPr="0030397D">
        <w:rPr>
          <w:rFonts w:ascii="Times New Roman" w:eastAsia="Times New Roman" w:hAnsi="Times New Roman"/>
          <w:i/>
          <w:color w:val="000000"/>
          <w:sz w:val="24"/>
          <w:lang w:val="ru-RU"/>
        </w:rPr>
        <w:t>Совместная деятельность:</w:t>
      </w:r>
      <w:r w:rsidRPr="0030397D">
        <w:rPr>
          <w:lang w:val="ru-RU"/>
        </w:rPr>
        <w:br/>
      </w:r>
      <w:r w:rsidRPr="0030397D">
        <w:rPr>
          <w:rFonts w:ascii="Times New Roman" w:eastAsia="Times New Roman" w:hAnsi="Times New Roman"/>
          <w:color w:val="000000"/>
          <w:sz w:val="24"/>
          <w:lang w:val="ru-RU"/>
        </w:rPr>
        <w:t xml:space="preserve">—  участвовать в парной работе с математическим материалом; </w:t>
      </w:r>
      <w:r w:rsidRPr="0030397D">
        <w:rPr>
          <w:lang w:val="ru-RU"/>
        </w:rPr>
        <w:br/>
      </w:r>
      <w:r w:rsidRPr="0030397D">
        <w:rPr>
          <w:rFonts w:ascii="Times New Roman" w:eastAsia="Times New Roman" w:hAnsi="Times New Roman"/>
          <w:color w:val="000000"/>
          <w:sz w:val="24"/>
          <w:lang w:val="ru-RU"/>
        </w:rPr>
        <w:t>—  выполнять правила совместной деятельности: договариваться, считаться с мнением партнёра, спокойно и мирно разрешать конфликты.</w:t>
      </w:r>
    </w:p>
    <w:p w:rsidR="00D65CB6" w:rsidRDefault="00D65CB6">
      <w:pPr>
        <w:rPr>
          <w:lang w:val="ru-RU"/>
        </w:rPr>
      </w:pPr>
    </w:p>
    <w:p w:rsidR="0068099F" w:rsidRDefault="0068099F">
      <w:pPr>
        <w:rPr>
          <w:lang w:val="ru-RU"/>
        </w:rPr>
      </w:pPr>
    </w:p>
    <w:p w:rsidR="00D65CB6" w:rsidRPr="0030397D" w:rsidRDefault="00D65CB6">
      <w:pPr>
        <w:autoSpaceDE w:val="0"/>
        <w:autoSpaceDN w:val="0"/>
        <w:spacing w:after="78" w:line="220" w:lineRule="exact"/>
        <w:rPr>
          <w:lang w:val="ru-RU"/>
        </w:rPr>
      </w:pPr>
    </w:p>
    <w:p w:rsidR="0068099F" w:rsidRDefault="0068099F">
      <w:pPr>
        <w:autoSpaceDE w:val="0"/>
        <w:autoSpaceDN w:val="0"/>
        <w:spacing w:after="0" w:line="230" w:lineRule="auto"/>
        <w:rPr>
          <w:rFonts w:ascii="Times New Roman" w:eastAsia="Times New Roman" w:hAnsi="Times New Roman"/>
          <w:b/>
          <w:color w:val="000000"/>
          <w:sz w:val="24"/>
          <w:lang w:val="ru-RU"/>
        </w:rPr>
      </w:pPr>
    </w:p>
    <w:p w:rsidR="0068099F" w:rsidRDefault="0068099F">
      <w:pPr>
        <w:autoSpaceDE w:val="0"/>
        <w:autoSpaceDN w:val="0"/>
        <w:spacing w:after="0" w:line="230" w:lineRule="auto"/>
        <w:rPr>
          <w:rFonts w:ascii="Times New Roman" w:eastAsia="Times New Roman" w:hAnsi="Times New Roman"/>
          <w:b/>
          <w:color w:val="000000"/>
          <w:sz w:val="24"/>
          <w:lang w:val="ru-RU"/>
        </w:rPr>
      </w:pPr>
    </w:p>
    <w:p w:rsidR="0068099F" w:rsidRDefault="0068099F">
      <w:pPr>
        <w:autoSpaceDE w:val="0"/>
        <w:autoSpaceDN w:val="0"/>
        <w:spacing w:after="0" w:line="230" w:lineRule="auto"/>
        <w:rPr>
          <w:rFonts w:ascii="Times New Roman" w:eastAsia="Times New Roman" w:hAnsi="Times New Roman"/>
          <w:b/>
          <w:color w:val="000000"/>
          <w:sz w:val="24"/>
          <w:lang w:val="ru-RU"/>
        </w:rPr>
      </w:pPr>
    </w:p>
    <w:p w:rsidR="0068099F" w:rsidRDefault="0068099F">
      <w:pPr>
        <w:autoSpaceDE w:val="0"/>
        <w:autoSpaceDN w:val="0"/>
        <w:spacing w:after="0" w:line="230" w:lineRule="auto"/>
        <w:rPr>
          <w:rFonts w:ascii="Times New Roman" w:eastAsia="Times New Roman" w:hAnsi="Times New Roman"/>
          <w:b/>
          <w:color w:val="000000"/>
          <w:sz w:val="24"/>
          <w:lang w:val="ru-RU"/>
        </w:rPr>
      </w:pPr>
    </w:p>
    <w:p w:rsidR="0068099F" w:rsidRDefault="0068099F">
      <w:pPr>
        <w:autoSpaceDE w:val="0"/>
        <w:autoSpaceDN w:val="0"/>
        <w:spacing w:after="0" w:line="230" w:lineRule="auto"/>
        <w:rPr>
          <w:rFonts w:ascii="Times New Roman" w:eastAsia="Times New Roman" w:hAnsi="Times New Roman"/>
          <w:b/>
          <w:color w:val="000000"/>
          <w:sz w:val="24"/>
          <w:lang w:val="ru-RU"/>
        </w:rPr>
      </w:pPr>
    </w:p>
    <w:p w:rsidR="0068099F" w:rsidRDefault="0068099F">
      <w:pPr>
        <w:autoSpaceDE w:val="0"/>
        <w:autoSpaceDN w:val="0"/>
        <w:spacing w:after="0" w:line="230" w:lineRule="auto"/>
        <w:rPr>
          <w:rFonts w:ascii="Times New Roman" w:eastAsia="Times New Roman" w:hAnsi="Times New Roman"/>
          <w:b/>
          <w:color w:val="000000"/>
          <w:sz w:val="24"/>
          <w:lang w:val="ru-RU"/>
        </w:rPr>
      </w:pPr>
    </w:p>
    <w:p w:rsidR="0068099F" w:rsidRDefault="0068099F">
      <w:pPr>
        <w:autoSpaceDE w:val="0"/>
        <w:autoSpaceDN w:val="0"/>
        <w:spacing w:after="0" w:line="230" w:lineRule="auto"/>
        <w:rPr>
          <w:rFonts w:ascii="Times New Roman" w:eastAsia="Times New Roman" w:hAnsi="Times New Roman"/>
          <w:b/>
          <w:color w:val="000000"/>
          <w:sz w:val="24"/>
          <w:lang w:val="ru-RU"/>
        </w:rPr>
      </w:pPr>
    </w:p>
    <w:p w:rsidR="0068099F" w:rsidRDefault="0068099F">
      <w:pPr>
        <w:autoSpaceDE w:val="0"/>
        <w:autoSpaceDN w:val="0"/>
        <w:spacing w:after="0" w:line="230" w:lineRule="auto"/>
        <w:rPr>
          <w:rFonts w:ascii="Times New Roman" w:eastAsia="Times New Roman" w:hAnsi="Times New Roman"/>
          <w:b/>
          <w:color w:val="000000"/>
          <w:sz w:val="24"/>
          <w:lang w:val="ru-RU"/>
        </w:rPr>
      </w:pPr>
    </w:p>
    <w:p w:rsidR="0068099F" w:rsidRDefault="0068099F">
      <w:pPr>
        <w:autoSpaceDE w:val="0"/>
        <w:autoSpaceDN w:val="0"/>
        <w:spacing w:after="0" w:line="230" w:lineRule="auto"/>
        <w:rPr>
          <w:rFonts w:ascii="Times New Roman" w:eastAsia="Times New Roman" w:hAnsi="Times New Roman"/>
          <w:b/>
          <w:color w:val="000000"/>
          <w:sz w:val="24"/>
          <w:lang w:val="ru-RU"/>
        </w:rPr>
      </w:pPr>
    </w:p>
    <w:p w:rsidR="0068099F" w:rsidRDefault="0068099F">
      <w:pPr>
        <w:autoSpaceDE w:val="0"/>
        <w:autoSpaceDN w:val="0"/>
        <w:spacing w:after="0" w:line="230" w:lineRule="auto"/>
        <w:rPr>
          <w:rFonts w:ascii="Times New Roman" w:eastAsia="Times New Roman" w:hAnsi="Times New Roman"/>
          <w:b/>
          <w:color w:val="000000"/>
          <w:sz w:val="24"/>
          <w:lang w:val="ru-RU"/>
        </w:rPr>
      </w:pPr>
    </w:p>
    <w:p w:rsidR="0068099F" w:rsidRDefault="0068099F">
      <w:pPr>
        <w:autoSpaceDE w:val="0"/>
        <w:autoSpaceDN w:val="0"/>
        <w:spacing w:after="0" w:line="230" w:lineRule="auto"/>
        <w:rPr>
          <w:rFonts w:ascii="Times New Roman" w:eastAsia="Times New Roman" w:hAnsi="Times New Roman"/>
          <w:b/>
          <w:color w:val="000000"/>
          <w:sz w:val="24"/>
          <w:lang w:val="ru-RU"/>
        </w:rPr>
      </w:pPr>
    </w:p>
    <w:p w:rsidR="0068099F" w:rsidRDefault="0068099F">
      <w:pPr>
        <w:autoSpaceDE w:val="0"/>
        <w:autoSpaceDN w:val="0"/>
        <w:spacing w:after="0" w:line="230" w:lineRule="auto"/>
        <w:rPr>
          <w:rFonts w:ascii="Times New Roman" w:eastAsia="Times New Roman" w:hAnsi="Times New Roman"/>
          <w:b/>
          <w:color w:val="000000"/>
          <w:sz w:val="24"/>
          <w:lang w:val="ru-RU"/>
        </w:rPr>
      </w:pPr>
    </w:p>
    <w:p w:rsidR="0068099F" w:rsidRDefault="0068099F">
      <w:pPr>
        <w:autoSpaceDE w:val="0"/>
        <w:autoSpaceDN w:val="0"/>
        <w:spacing w:after="0" w:line="230" w:lineRule="auto"/>
        <w:rPr>
          <w:rFonts w:ascii="Times New Roman" w:eastAsia="Times New Roman" w:hAnsi="Times New Roman"/>
          <w:b/>
          <w:color w:val="000000"/>
          <w:sz w:val="24"/>
          <w:lang w:val="ru-RU"/>
        </w:rPr>
      </w:pPr>
    </w:p>
    <w:p w:rsidR="0068099F" w:rsidRDefault="0068099F">
      <w:pPr>
        <w:autoSpaceDE w:val="0"/>
        <w:autoSpaceDN w:val="0"/>
        <w:spacing w:after="0" w:line="230" w:lineRule="auto"/>
        <w:rPr>
          <w:rFonts w:ascii="Times New Roman" w:eastAsia="Times New Roman" w:hAnsi="Times New Roman"/>
          <w:b/>
          <w:color w:val="000000"/>
          <w:sz w:val="24"/>
          <w:lang w:val="ru-RU"/>
        </w:rPr>
      </w:pPr>
    </w:p>
    <w:p w:rsidR="0068099F" w:rsidRDefault="0068099F">
      <w:pPr>
        <w:autoSpaceDE w:val="0"/>
        <w:autoSpaceDN w:val="0"/>
        <w:spacing w:after="0" w:line="230" w:lineRule="auto"/>
        <w:rPr>
          <w:rFonts w:ascii="Times New Roman" w:eastAsia="Times New Roman" w:hAnsi="Times New Roman"/>
          <w:b/>
          <w:color w:val="000000"/>
          <w:sz w:val="24"/>
          <w:lang w:val="ru-RU"/>
        </w:rPr>
      </w:pPr>
    </w:p>
    <w:p w:rsidR="0068099F" w:rsidRDefault="0068099F">
      <w:pPr>
        <w:autoSpaceDE w:val="0"/>
        <w:autoSpaceDN w:val="0"/>
        <w:spacing w:after="0" w:line="230" w:lineRule="auto"/>
        <w:rPr>
          <w:rFonts w:ascii="Times New Roman" w:eastAsia="Times New Roman" w:hAnsi="Times New Roman"/>
          <w:b/>
          <w:color w:val="000000"/>
          <w:sz w:val="24"/>
          <w:lang w:val="ru-RU"/>
        </w:rPr>
      </w:pPr>
    </w:p>
    <w:p w:rsidR="00D65CB6" w:rsidRPr="0030397D" w:rsidRDefault="002E3E0D">
      <w:pPr>
        <w:autoSpaceDE w:val="0"/>
        <w:autoSpaceDN w:val="0"/>
        <w:spacing w:after="0" w:line="230" w:lineRule="auto"/>
        <w:rPr>
          <w:lang w:val="ru-RU"/>
        </w:rPr>
      </w:pPr>
      <w:r w:rsidRPr="0030397D">
        <w:rPr>
          <w:rFonts w:ascii="Times New Roman" w:eastAsia="Times New Roman" w:hAnsi="Times New Roman"/>
          <w:b/>
          <w:color w:val="000000"/>
          <w:sz w:val="24"/>
          <w:lang w:val="ru-RU"/>
        </w:rPr>
        <w:t>ПЛАНИРУЕМЫЕ ОБРАЗОВАТЕЛЬНЫЕ РЕЗУЛЬТАТЫ</w:t>
      </w:r>
    </w:p>
    <w:p w:rsidR="00D65CB6" w:rsidRPr="0030397D" w:rsidRDefault="002E3E0D">
      <w:pPr>
        <w:tabs>
          <w:tab w:val="left" w:pos="180"/>
        </w:tabs>
        <w:autoSpaceDE w:val="0"/>
        <w:autoSpaceDN w:val="0"/>
        <w:spacing w:before="346" w:after="0" w:line="262" w:lineRule="auto"/>
        <w:ind w:right="1152"/>
        <w:rPr>
          <w:lang w:val="ru-RU"/>
        </w:rPr>
      </w:pPr>
      <w:r w:rsidRPr="0030397D">
        <w:rPr>
          <w:lang w:val="ru-RU"/>
        </w:rPr>
        <w:tab/>
      </w:r>
      <w:r w:rsidRPr="0030397D">
        <w:rPr>
          <w:rFonts w:ascii="Times New Roman" w:eastAsia="Times New Roman" w:hAnsi="Times New Roman"/>
          <w:color w:val="000000"/>
          <w:sz w:val="24"/>
          <w:lang w:val="ru-RU"/>
        </w:rPr>
        <w:t xml:space="preserve">Изучение математики в 1 классе направлено на достижение обучающимися личностных, </w:t>
      </w:r>
      <w:proofErr w:type="spellStart"/>
      <w:r w:rsidRPr="0030397D">
        <w:rPr>
          <w:rFonts w:ascii="Times New Roman" w:eastAsia="Times New Roman" w:hAnsi="Times New Roman"/>
          <w:color w:val="000000"/>
          <w:sz w:val="24"/>
          <w:lang w:val="ru-RU"/>
        </w:rPr>
        <w:t>метапредметных</w:t>
      </w:r>
      <w:proofErr w:type="spellEnd"/>
      <w:r w:rsidRPr="0030397D">
        <w:rPr>
          <w:rFonts w:ascii="Times New Roman" w:eastAsia="Times New Roman" w:hAnsi="Times New Roman"/>
          <w:color w:val="000000"/>
          <w:sz w:val="24"/>
          <w:lang w:val="ru-RU"/>
        </w:rPr>
        <w:t xml:space="preserve"> и предметных результатов освоения учебного предмета.</w:t>
      </w:r>
    </w:p>
    <w:p w:rsidR="00D65CB6" w:rsidRPr="0030397D" w:rsidRDefault="002E3E0D">
      <w:pPr>
        <w:autoSpaceDE w:val="0"/>
        <w:autoSpaceDN w:val="0"/>
        <w:spacing w:before="262" w:after="0" w:line="230" w:lineRule="auto"/>
        <w:rPr>
          <w:lang w:val="ru-RU"/>
        </w:rPr>
      </w:pPr>
      <w:r w:rsidRPr="0030397D">
        <w:rPr>
          <w:rFonts w:ascii="Times New Roman" w:eastAsia="Times New Roman" w:hAnsi="Times New Roman"/>
          <w:b/>
          <w:color w:val="000000"/>
          <w:sz w:val="24"/>
          <w:lang w:val="ru-RU"/>
        </w:rPr>
        <w:t>ЛИЧНОСТНЫЕ РЕЗУЛЬТАТЫ</w:t>
      </w:r>
    </w:p>
    <w:p w:rsidR="00D65CB6" w:rsidRPr="0030397D" w:rsidRDefault="002E3E0D">
      <w:pPr>
        <w:tabs>
          <w:tab w:val="left" w:pos="180"/>
        </w:tabs>
        <w:autoSpaceDE w:val="0"/>
        <w:autoSpaceDN w:val="0"/>
        <w:spacing w:before="166" w:after="0" w:line="262" w:lineRule="auto"/>
        <w:ind w:right="288"/>
        <w:rPr>
          <w:lang w:val="ru-RU"/>
        </w:rPr>
      </w:pPr>
      <w:r w:rsidRPr="0030397D">
        <w:rPr>
          <w:lang w:val="ru-RU"/>
        </w:rPr>
        <w:tab/>
      </w:r>
      <w:r w:rsidRPr="0030397D">
        <w:rPr>
          <w:rFonts w:ascii="Times New Roman" w:eastAsia="Times New Roman" w:hAnsi="Times New Roman"/>
          <w:color w:val="000000"/>
          <w:sz w:val="24"/>
          <w:lang w:val="ru-RU"/>
        </w:rPr>
        <w:t>В результате изучения предмета «Математика» у обучающегося будут сформированы следующие личностные результаты:</w:t>
      </w:r>
    </w:p>
    <w:p w:rsidR="00D65CB6" w:rsidRPr="0030397D" w:rsidRDefault="002E3E0D">
      <w:pPr>
        <w:autoSpaceDE w:val="0"/>
        <w:autoSpaceDN w:val="0"/>
        <w:spacing w:before="178" w:after="0" w:line="262" w:lineRule="auto"/>
        <w:ind w:left="420" w:right="144"/>
        <w:rPr>
          <w:lang w:val="ru-RU"/>
        </w:rPr>
      </w:pPr>
      <w:r w:rsidRPr="0030397D">
        <w:rPr>
          <w:rFonts w:ascii="Times New Roman" w:eastAsia="Times New Roman" w:hAnsi="Times New Roman"/>
          <w:color w:val="000000"/>
          <w:sz w:val="24"/>
          <w:lang w:val="ru-RU"/>
        </w:rPr>
        <w:t xml:space="preserve">—  осознавать необходимость изучения математики для адаптации к жизненным ситуациям, для развития общей культуры человека; </w:t>
      </w:r>
    </w:p>
    <w:p w:rsidR="00D65CB6" w:rsidRPr="0030397D" w:rsidRDefault="002E3E0D">
      <w:pPr>
        <w:autoSpaceDE w:val="0"/>
        <w:autoSpaceDN w:val="0"/>
        <w:spacing w:before="192" w:after="0" w:line="262" w:lineRule="auto"/>
        <w:ind w:left="420" w:right="576"/>
        <w:rPr>
          <w:lang w:val="ru-RU"/>
        </w:rPr>
      </w:pPr>
      <w:r w:rsidRPr="0030397D">
        <w:rPr>
          <w:rFonts w:ascii="Times New Roman" w:eastAsia="Times New Roman" w:hAnsi="Times New Roman"/>
          <w:color w:val="000000"/>
          <w:sz w:val="24"/>
          <w:lang w:val="ru-RU"/>
        </w:rPr>
        <w:t xml:space="preserve">—  развития способности мыслить, рассуждать, выдвигать предположения и доказывать или опровергать их; </w:t>
      </w:r>
    </w:p>
    <w:p w:rsidR="00D65CB6" w:rsidRPr="0030397D" w:rsidRDefault="002E3E0D">
      <w:pPr>
        <w:autoSpaceDE w:val="0"/>
        <w:autoSpaceDN w:val="0"/>
        <w:spacing w:before="190" w:after="0" w:line="271" w:lineRule="auto"/>
        <w:ind w:left="420" w:right="864"/>
        <w:rPr>
          <w:lang w:val="ru-RU"/>
        </w:rPr>
      </w:pPr>
      <w:r w:rsidRPr="0030397D">
        <w:rPr>
          <w:rFonts w:ascii="Times New Roman" w:eastAsia="Times New Roman" w:hAnsi="Times New Roman"/>
          <w:color w:val="000000"/>
          <w:sz w:val="24"/>
          <w:lang w:val="ru-RU"/>
        </w:rPr>
        <w:t>—  применять правила совместной деятельности со сверстниками, проявлять способность договариваться, лидировать, следовать указаниям, осознавать личную ответственность и объективно оценивать свой вклад в общий результат;</w:t>
      </w:r>
    </w:p>
    <w:p w:rsidR="00D65CB6" w:rsidRPr="0030397D" w:rsidRDefault="002E3E0D">
      <w:pPr>
        <w:autoSpaceDE w:val="0"/>
        <w:autoSpaceDN w:val="0"/>
        <w:spacing w:before="190" w:after="0" w:line="230" w:lineRule="auto"/>
        <w:ind w:left="420"/>
        <w:rPr>
          <w:lang w:val="ru-RU"/>
        </w:rPr>
      </w:pPr>
      <w:r w:rsidRPr="0030397D">
        <w:rPr>
          <w:rFonts w:ascii="Times New Roman" w:eastAsia="Times New Roman" w:hAnsi="Times New Roman"/>
          <w:color w:val="000000"/>
          <w:sz w:val="24"/>
          <w:lang w:val="ru-RU"/>
        </w:rPr>
        <w:t xml:space="preserve">—  осваивать навыки организации безопасного поведения в информационной среде; </w:t>
      </w:r>
    </w:p>
    <w:p w:rsidR="00D65CB6" w:rsidRPr="0030397D" w:rsidRDefault="002E3E0D">
      <w:pPr>
        <w:autoSpaceDE w:val="0"/>
        <w:autoSpaceDN w:val="0"/>
        <w:spacing w:before="190" w:after="0" w:line="262" w:lineRule="auto"/>
        <w:ind w:left="420" w:right="144"/>
        <w:rPr>
          <w:lang w:val="ru-RU"/>
        </w:rPr>
      </w:pPr>
      <w:r w:rsidRPr="0030397D">
        <w:rPr>
          <w:rFonts w:ascii="Times New Roman" w:eastAsia="Times New Roman" w:hAnsi="Times New Roman"/>
          <w:color w:val="000000"/>
          <w:sz w:val="24"/>
          <w:lang w:val="ru-RU"/>
        </w:rPr>
        <w:t xml:space="preserve">—  применять математику для решения практических задач в повседневной жизни, в том числе при оказании помощи одноклассникам, детям младшего возраста, взрослым и пожилым людям; </w:t>
      </w:r>
    </w:p>
    <w:p w:rsidR="00D65CB6" w:rsidRPr="0030397D" w:rsidRDefault="002E3E0D">
      <w:pPr>
        <w:autoSpaceDE w:val="0"/>
        <w:autoSpaceDN w:val="0"/>
        <w:spacing w:before="190" w:after="0" w:line="271" w:lineRule="auto"/>
        <w:ind w:left="420" w:right="288"/>
        <w:rPr>
          <w:lang w:val="ru-RU"/>
        </w:rPr>
      </w:pPr>
      <w:r w:rsidRPr="0030397D">
        <w:rPr>
          <w:rFonts w:ascii="Times New Roman" w:eastAsia="Times New Roman" w:hAnsi="Times New Roman"/>
          <w:color w:val="000000"/>
          <w:sz w:val="24"/>
          <w:lang w:val="ru-RU"/>
        </w:rPr>
        <w:t xml:space="preserve">—  работать в ситуациях, расширяющих опыт применения математических отношений в реальной жизни, повышающих интерес к интеллектуальному труду и уверенность своих силах при решении поставленных задач, умение преодолевать трудности; </w:t>
      </w:r>
    </w:p>
    <w:p w:rsidR="00D65CB6" w:rsidRPr="0030397D" w:rsidRDefault="002E3E0D">
      <w:pPr>
        <w:autoSpaceDE w:val="0"/>
        <w:autoSpaceDN w:val="0"/>
        <w:spacing w:before="190" w:after="0" w:line="262" w:lineRule="auto"/>
        <w:ind w:left="420" w:right="864"/>
        <w:rPr>
          <w:lang w:val="ru-RU"/>
        </w:rPr>
      </w:pPr>
      <w:r w:rsidRPr="0030397D">
        <w:rPr>
          <w:rFonts w:ascii="Times New Roman" w:eastAsia="Times New Roman" w:hAnsi="Times New Roman"/>
          <w:color w:val="000000"/>
          <w:sz w:val="24"/>
          <w:lang w:val="ru-RU"/>
        </w:rPr>
        <w:t xml:space="preserve">—  оценивать практические и учебные ситуации с точки зрения возможности применения математики для рационального и эффективного решения учебных и жизненных проблем; </w:t>
      </w:r>
    </w:p>
    <w:p w:rsidR="00D65CB6" w:rsidRPr="0030397D" w:rsidRDefault="002E3E0D">
      <w:pPr>
        <w:autoSpaceDE w:val="0"/>
        <w:autoSpaceDN w:val="0"/>
        <w:spacing w:before="190" w:after="0" w:line="230" w:lineRule="auto"/>
        <w:ind w:left="420"/>
        <w:rPr>
          <w:lang w:val="ru-RU"/>
        </w:rPr>
      </w:pPr>
      <w:r w:rsidRPr="0030397D">
        <w:rPr>
          <w:rFonts w:ascii="Times New Roman" w:eastAsia="Times New Roman" w:hAnsi="Times New Roman"/>
          <w:color w:val="000000"/>
          <w:sz w:val="24"/>
          <w:lang w:val="ru-RU"/>
        </w:rPr>
        <w:t xml:space="preserve">—  оценивать свои успехи в изучении математики, намечать пути устранения трудностей; </w:t>
      </w:r>
    </w:p>
    <w:p w:rsidR="00D65CB6" w:rsidRPr="0030397D" w:rsidRDefault="002E3E0D">
      <w:pPr>
        <w:autoSpaceDE w:val="0"/>
        <w:autoSpaceDN w:val="0"/>
        <w:spacing w:before="190" w:after="0" w:line="271" w:lineRule="auto"/>
        <w:ind w:left="420" w:right="288"/>
        <w:rPr>
          <w:lang w:val="ru-RU"/>
        </w:rPr>
      </w:pPr>
      <w:r w:rsidRPr="0030397D">
        <w:rPr>
          <w:rFonts w:ascii="Times New Roman" w:eastAsia="Times New Roman" w:hAnsi="Times New Roman"/>
          <w:color w:val="000000"/>
          <w:sz w:val="24"/>
          <w:lang w:val="ru-RU"/>
        </w:rPr>
        <w:t>—  стремиться углублять свои математические знания и умения; пользоваться разнообразными информационными средствами для решения предложенных и самостоятельно выбранных учебных проблем, задач.</w:t>
      </w:r>
    </w:p>
    <w:p w:rsidR="00D65CB6" w:rsidRPr="0030397D" w:rsidRDefault="002E3E0D">
      <w:pPr>
        <w:autoSpaceDE w:val="0"/>
        <w:autoSpaceDN w:val="0"/>
        <w:spacing w:before="324" w:after="0" w:line="230" w:lineRule="auto"/>
        <w:rPr>
          <w:lang w:val="ru-RU"/>
        </w:rPr>
      </w:pPr>
      <w:r w:rsidRPr="0030397D">
        <w:rPr>
          <w:rFonts w:ascii="Times New Roman" w:eastAsia="Times New Roman" w:hAnsi="Times New Roman"/>
          <w:b/>
          <w:color w:val="000000"/>
          <w:sz w:val="24"/>
          <w:lang w:val="ru-RU"/>
        </w:rPr>
        <w:t>МЕТАПРЕДМЕТНЫЕ РЕЗУЛЬТАТЫ</w:t>
      </w:r>
    </w:p>
    <w:p w:rsidR="00D65CB6" w:rsidRPr="0030397D" w:rsidRDefault="002E3E0D">
      <w:pPr>
        <w:autoSpaceDE w:val="0"/>
        <w:autoSpaceDN w:val="0"/>
        <w:spacing w:before="168" w:after="0" w:line="230" w:lineRule="auto"/>
        <w:ind w:left="180"/>
        <w:rPr>
          <w:lang w:val="ru-RU"/>
        </w:rPr>
      </w:pPr>
      <w:r w:rsidRPr="0030397D">
        <w:rPr>
          <w:rFonts w:ascii="Times New Roman" w:eastAsia="Times New Roman" w:hAnsi="Times New Roman"/>
          <w:color w:val="000000"/>
          <w:sz w:val="24"/>
          <w:lang w:val="ru-RU"/>
        </w:rPr>
        <w:t>К концу обучения у обучающегося формируются следующие универсальные учебные действия.</w:t>
      </w:r>
    </w:p>
    <w:p w:rsidR="00D65CB6" w:rsidRPr="0030397D" w:rsidRDefault="002E3E0D">
      <w:pPr>
        <w:autoSpaceDE w:val="0"/>
        <w:autoSpaceDN w:val="0"/>
        <w:spacing w:before="192" w:after="0" w:line="230" w:lineRule="auto"/>
        <w:ind w:left="180"/>
        <w:rPr>
          <w:lang w:val="ru-RU"/>
        </w:rPr>
      </w:pPr>
      <w:r w:rsidRPr="0030397D">
        <w:rPr>
          <w:rFonts w:ascii="Times New Roman" w:eastAsia="Times New Roman" w:hAnsi="Times New Roman"/>
          <w:b/>
          <w:color w:val="000000"/>
          <w:sz w:val="24"/>
          <w:lang w:val="ru-RU"/>
        </w:rPr>
        <w:t>Универсальные  познавательные учебные действия:</w:t>
      </w:r>
    </w:p>
    <w:p w:rsidR="00D65CB6" w:rsidRPr="0030397D" w:rsidRDefault="002E3E0D">
      <w:pPr>
        <w:autoSpaceDE w:val="0"/>
        <w:autoSpaceDN w:val="0"/>
        <w:spacing w:before="190" w:after="0" w:line="230" w:lineRule="auto"/>
        <w:ind w:left="180"/>
        <w:rPr>
          <w:lang w:val="ru-RU"/>
        </w:rPr>
      </w:pPr>
      <w:r w:rsidRPr="0030397D">
        <w:rPr>
          <w:rFonts w:ascii="Times New Roman" w:eastAsia="Times New Roman" w:hAnsi="Times New Roman"/>
          <w:i/>
          <w:color w:val="000000"/>
          <w:sz w:val="24"/>
          <w:lang w:val="ru-RU"/>
        </w:rPr>
        <w:t>1)  Базовые логические действия:</w:t>
      </w:r>
    </w:p>
    <w:p w:rsidR="00D65CB6" w:rsidRPr="0030397D" w:rsidRDefault="002E3E0D">
      <w:pPr>
        <w:autoSpaceDE w:val="0"/>
        <w:autoSpaceDN w:val="0"/>
        <w:spacing w:before="178" w:after="0" w:line="262" w:lineRule="auto"/>
        <w:ind w:left="420" w:right="1008"/>
        <w:rPr>
          <w:lang w:val="ru-RU"/>
        </w:rPr>
      </w:pPr>
      <w:r w:rsidRPr="0030397D">
        <w:rPr>
          <w:rFonts w:ascii="Times New Roman" w:eastAsia="Times New Roman" w:hAnsi="Times New Roman"/>
          <w:color w:val="000000"/>
          <w:sz w:val="24"/>
          <w:lang w:val="ru-RU"/>
        </w:rPr>
        <w:t xml:space="preserve">—  устанавливать связи и зависимости между математическими объектами (часть-целое; причина-следствие; протяжённость); </w:t>
      </w:r>
    </w:p>
    <w:p w:rsidR="00D65CB6" w:rsidRPr="0030397D" w:rsidRDefault="002E3E0D">
      <w:pPr>
        <w:autoSpaceDE w:val="0"/>
        <w:autoSpaceDN w:val="0"/>
        <w:spacing w:before="190" w:after="0" w:line="262" w:lineRule="auto"/>
        <w:ind w:left="420" w:right="288"/>
        <w:rPr>
          <w:lang w:val="ru-RU"/>
        </w:rPr>
      </w:pPr>
      <w:r w:rsidRPr="0030397D">
        <w:rPr>
          <w:rFonts w:ascii="Times New Roman" w:eastAsia="Times New Roman" w:hAnsi="Times New Roman"/>
          <w:color w:val="000000"/>
          <w:sz w:val="24"/>
          <w:lang w:val="ru-RU"/>
        </w:rPr>
        <w:t>—  применять базовые логические универсальные действия: сравнение, анализ, классификация (группировка), обобщение;</w:t>
      </w:r>
    </w:p>
    <w:p w:rsidR="00D65CB6" w:rsidRPr="0030397D" w:rsidRDefault="002E3E0D">
      <w:pPr>
        <w:autoSpaceDE w:val="0"/>
        <w:autoSpaceDN w:val="0"/>
        <w:spacing w:before="190" w:after="0" w:line="262" w:lineRule="auto"/>
        <w:ind w:left="420" w:right="432"/>
        <w:rPr>
          <w:lang w:val="ru-RU"/>
        </w:rPr>
      </w:pPr>
      <w:r w:rsidRPr="0030397D">
        <w:rPr>
          <w:rFonts w:ascii="Times New Roman" w:eastAsia="Times New Roman" w:hAnsi="Times New Roman"/>
          <w:color w:val="000000"/>
          <w:sz w:val="24"/>
          <w:lang w:val="ru-RU"/>
        </w:rPr>
        <w:t>—  приобретать практические графические и измерительные навыки для успешного решения учебных и житейских задач;</w:t>
      </w:r>
    </w:p>
    <w:p w:rsidR="00D65CB6" w:rsidRPr="0030397D" w:rsidRDefault="002E3E0D">
      <w:pPr>
        <w:autoSpaceDE w:val="0"/>
        <w:autoSpaceDN w:val="0"/>
        <w:spacing w:before="190" w:after="0" w:line="262" w:lineRule="auto"/>
        <w:ind w:left="420" w:right="288"/>
        <w:rPr>
          <w:lang w:val="ru-RU"/>
        </w:rPr>
      </w:pPr>
      <w:r w:rsidRPr="0030397D">
        <w:rPr>
          <w:rFonts w:ascii="Times New Roman" w:eastAsia="Times New Roman" w:hAnsi="Times New Roman"/>
          <w:color w:val="000000"/>
          <w:sz w:val="24"/>
          <w:lang w:val="ru-RU"/>
        </w:rPr>
        <w:t>—  представлять текстовую задачу, её решение в виде модели, схемы, арифметической записи, текста в соответствии с предложенной учебной проблемой.</w:t>
      </w:r>
    </w:p>
    <w:p w:rsidR="00D65CB6" w:rsidRPr="0030397D" w:rsidRDefault="002E3E0D">
      <w:pPr>
        <w:autoSpaceDE w:val="0"/>
        <w:autoSpaceDN w:val="0"/>
        <w:spacing w:before="178" w:after="0" w:line="230" w:lineRule="auto"/>
        <w:ind w:left="180"/>
        <w:rPr>
          <w:lang w:val="ru-RU"/>
        </w:rPr>
      </w:pPr>
      <w:r w:rsidRPr="0030397D">
        <w:rPr>
          <w:rFonts w:ascii="Times New Roman" w:eastAsia="Times New Roman" w:hAnsi="Times New Roman"/>
          <w:i/>
          <w:color w:val="000000"/>
          <w:sz w:val="24"/>
          <w:lang w:val="ru-RU"/>
        </w:rPr>
        <w:t>2)  Базовые исследовательские действия:</w:t>
      </w:r>
    </w:p>
    <w:p w:rsidR="00D65CB6" w:rsidRPr="0030397D" w:rsidRDefault="00D65CB6">
      <w:pPr>
        <w:rPr>
          <w:lang w:val="ru-RU"/>
        </w:rPr>
        <w:sectPr w:rsidR="00D65CB6" w:rsidRPr="0030397D" w:rsidSect="005B299F">
          <w:pgSz w:w="11900" w:h="16840"/>
          <w:pgMar w:top="298" w:right="650" w:bottom="372" w:left="666" w:header="720" w:footer="720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20" w:equalWidth="0">
            <w:col w:w="10584" w:space="0"/>
          </w:cols>
          <w:docGrid w:linePitch="360"/>
        </w:sectPr>
      </w:pPr>
    </w:p>
    <w:p w:rsidR="00D65CB6" w:rsidRPr="0030397D" w:rsidRDefault="00D65CB6">
      <w:pPr>
        <w:autoSpaceDE w:val="0"/>
        <w:autoSpaceDN w:val="0"/>
        <w:spacing w:after="132" w:line="220" w:lineRule="exact"/>
        <w:rPr>
          <w:lang w:val="ru-RU"/>
        </w:rPr>
      </w:pPr>
    </w:p>
    <w:p w:rsidR="00D65CB6" w:rsidRPr="0030397D" w:rsidRDefault="002E3E0D">
      <w:pPr>
        <w:autoSpaceDE w:val="0"/>
        <w:autoSpaceDN w:val="0"/>
        <w:spacing w:after="0" w:line="262" w:lineRule="auto"/>
        <w:ind w:left="240" w:right="864"/>
        <w:rPr>
          <w:lang w:val="ru-RU"/>
        </w:rPr>
      </w:pPr>
      <w:r w:rsidRPr="0030397D">
        <w:rPr>
          <w:rFonts w:ascii="Times New Roman" w:eastAsia="Times New Roman" w:hAnsi="Times New Roman"/>
          <w:color w:val="000000"/>
          <w:sz w:val="24"/>
          <w:lang w:val="ru-RU"/>
        </w:rPr>
        <w:t xml:space="preserve">—  проявлять способность ориентироваться в учебном материале разных разделов курса математики; </w:t>
      </w:r>
    </w:p>
    <w:p w:rsidR="00D65CB6" w:rsidRPr="0030397D" w:rsidRDefault="002E3E0D">
      <w:pPr>
        <w:autoSpaceDE w:val="0"/>
        <w:autoSpaceDN w:val="0"/>
        <w:spacing w:before="190" w:after="0" w:line="262" w:lineRule="auto"/>
        <w:ind w:left="240" w:right="1440"/>
        <w:rPr>
          <w:lang w:val="ru-RU"/>
        </w:rPr>
      </w:pPr>
      <w:r w:rsidRPr="0030397D">
        <w:rPr>
          <w:rFonts w:ascii="Times New Roman" w:eastAsia="Times New Roman" w:hAnsi="Times New Roman"/>
          <w:color w:val="000000"/>
          <w:sz w:val="24"/>
          <w:lang w:val="ru-RU"/>
        </w:rPr>
        <w:t xml:space="preserve">—  понимать и адекватно использовать математическую терминологию: различать, характеризовать, использовать для решения учебных и практических задач; </w:t>
      </w:r>
    </w:p>
    <w:p w:rsidR="00D65CB6" w:rsidRPr="0030397D" w:rsidRDefault="002E3E0D">
      <w:pPr>
        <w:autoSpaceDE w:val="0"/>
        <w:autoSpaceDN w:val="0"/>
        <w:spacing w:before="190" w:after="0" w:line="230" w:lineRule="auto"/>
        <w:ind w:left="240"/>
        <w:rPr>
          <w:lang w:val="ru-RU"/>
        </w:rPr>
      </w:pPr>
      <w:r w:rsidRPr="0030397D">
        <w:rPr>
          <w:rFonts w:ascii="Times New Roman" w:eastAsia="Times New Roman" w:hAnsi="Times New Roman"/>
          <w:color w:val="000000"/>
          <w:sz w:val="24"/>
          <w:lang w:val="ru-RU"/>
        </w:rPr>
        <w:t>—  применять изученные методы познания (измерение, моделирование, перебор вариантов)</w:t>
      </w:r>
    </w:p>
    <w:p w:rsidR="00D65CB6" w:rsidRPr="0030397D" w:rsidRDefault="002E3E0D">
      <w:pPr>
        <w:autoSpaceDE w:val="0"/>
        <w:autoSpaceDN w:val="0"/>
        <w:spacing w:before="178" w:after="0" w:line="230" w:lineRule="auto"/>
        <w:rPr>
          <w:lang w:val="ru-RU"/>
        </w:rPr>
      </w:pPr>
      <w:r w:rsidRPr="0030397D">
        <w:rPr>
          <w:rFonts w:ascii="Times New Roman" w:eastAsia="Times New Roman" w:hAnsi="Times New Roman"/>
          <w:color w:val="000000"/>
          <w:sz w:val="24"/>
          <w:lang w:val="ru-RU"/>
        </w:rPr>
        <w:t>3)  Работа с информацией:</w:t>
      </w:r>
    </w:p>
    <w:p w:rsidR="00D65CB6" w:rsidRPr="0030397D" w:rsidRDefault="002E3E0D">
      <w:pPr>
        <w:autoSpaceDE w:val="0"/>
        <w:autoSpaceDN w:val="0"/>
        <w:spacing w:before="178" w:after="0" w:line="262" w:lineRule="auto"/>
        <w:ind w:left="240"/>
        <w:rPr>
          <w:lang w:val="ru-RU"/>
        </w:rPr>
      </w:pPr>
      <w:r w:rsidRPr="0030397D">
        <w:rPr>
          <w:rFonts w:ascii="Times New Roman" w:eastAsia="Times New Roman" w:hAnsi="Times New Roman"/>
          <w:color w:val="000000"/>
          <w:sz w:val="24"/>
          <w:lang w:val="ru-RU"/>
        </w:rPr>
        <w:t xml:space="preserve">—  находить и использовать для решения учебных задач текстовую, графическую информацию в разных источниках информационной среды; </w:t>
      </w:r>
    </w:p>
    <w:p w:rsidR="00D65CB6" w:rsidRPr="0030397D" w:rsidRDefault="002E3E0D">
      <w:pPr>
        <w:autoSpaceDE w:val="0"/>
        <w:autoSpaceDN w:val="0"/>
        <w:spacing w:before="192" w:after="0" w:line="262" w:lineRule="auto"/>
        <w:ind w:left="240" w:right="864"/>
        <w:rPr>
          <w:lang w:val="ru-RU"/>
        </w:rPr>
      </w:pPr>
      <w:r w:rsidRPr="0030397D">
        <w:rPr>
          <w:rFonts w:ascii="Times New Roman" w:eastAsia="Times New Roman" w:hAnsi="Times New Roman"/>
          <w:color w:val="000000"/>
          <w:sz w:val="24"/>
          <w:lang w:val="ru-RU"/>
        </w:rPr>
        <w:t xml:space="preserve">—  читать, интерпретировать графически представленную информацию (схему, таблицу, диаграмму, другую модель); </w:t>
      </w:r>
    </w:p>
    <w:p w:rsidR="00D65CB6" w:rsidRPr="0030397D" w:rsidRDefault="002E3E0D">
      <w:pPr>
        <w:autoSpaceDE w:val="0"/>
        <w:autoSpaceDN w:val="0"/>
        <w:spacing w:before="190" w:after="0" w:line="262" w:lineRule="auto"/>
        <w:ind w:left="240" w:right="432"/>
        <w:rPr>
          <w:lang w:val="ru-RU"/>
        </w:rPr>
      </w:pPr>
      <w:r w:rsidRPr="0030397D">
        <w:rPr>
          <w:rFonts w:ascii="Times New Roman" w:eastAsia="Times New Roman" w:hAnsi="Times New Roman"/>
          <w:color w:val="000000"/>
          <w:sz w:val="24"/>
          <w:lang w:val="ru-RU"/>
        </w:rPr>
        <w:t xml:space="preserve">—  представлять информацию в заданной форме (дополнять таблицу, текст), формулировать утверждение по образцу, в соответствии с требованиями учебной задачи; </w:t>
      </w:r>
    </w:p>
    <w:p w:rsidR="00D65CB6" w:rsidRPr="0030397D" w:rsidRDefault="002E3E0D">
      <w:pPr>
        <w:autoSpaceDE w:val="0"/>
        <w:autoSpaceDN w:val="0"/>
        <w:spacing w:before="190" w:after="0" w:line="262" w:lineRule="auto"/>
        <w:ind w:left="240"/>
        <w:rPr>
          <w:lang w:val="ru-RU"/>
        </w:rPr>
      </w:pPr>
      <w:r w:rsidRPr="0030397D">
        <w:rPr>
          <w:rFonts w:ascii="Times New Roman" w:eastAsia="Times New Roman" w:hAnsi="Times New Roman"/>
          <w:color w:val="000000"/>
          <w:sz w:val="24"/>
          <w:lang w:val="ru-RU"/>
        </w:rPr>
        <w:t>—  принимать правила, безопасно использовать предлагаемые электронные средства и источники информации.</w:t>
      </w:r>
    </w:p>
    <w:p w:rsidR="00D65CB6" w:rsidRPr="0030397D" w:rsidRDefault="002E3E0D">
      <w:pPr>
        <w:autoSpaceDE w:val="0"/>
        <w:autoSpaceDN w:val="0"/>
        <w:spacing w:before="178" w:after="0" w:line="230" w:lineRule="auto"/>
        <w:rPr>
          <w:lang w:val="ru-RU"/>
        </w:rPr>
      </w:pPr>
      <w:r w:rsidRPr="0030397D">
        <w:rPr>
          <w:rFonts w:ascii="Times New Roman" w:eastAsia="Times New Roman" w:hAnsi="Times New Roman"/>
          <w:b/>
          <w:color w:val="000000"/>
          <w:sz w:val="24"/>
          <w:lang w:val="ru-RU"/>
        </w:rPr>
        <w:t>Универсальные коммуникативные учебные действия:</w:t>
      </w:r>
    </w:p>
    <w:p w:rsidR="00D65CB6" w:rsidRPr="0030397D" w:rsidRDefault="002E3E0D">
      <w:pPr>
        <w:autoSpaceDE w:val="0"/>
        <w:autoSpaceDN w:val="0"/>
        <w:spacing w:before="298" w:after="0" w:line="230" w:lineRule="auto"/>
        <w:ind w:left="240"/>
        <w:rPr>
          <w:lang w:val="ru-RU"/>
        </w:rPr>
      </w:pPr>
      <w:r w:rsidRPr="0030397D">
        <w:rPr>
          <w:rFonts w:ascii="Times New Roman" w:eastAsia="Times New Roman" w:hAnsi="Times New Roman"/>
          <w:color w:val="000000"/>
          <w:sz w:val="24"/>
          <w:lang w:val="ru-RU"/>
        </w:rPr>
        <w:t>—  конструировать утверждения, проверять их истинность;</w:t>
      </w:r>
    </w:p>
    <w:p w:rsidR="00D65CB6" w:rsidRPr="0030397D" w:rsidRDefault="002E3E0D">
      <w:pPr>
        <w:autoSpaceDE w:val="0"/>
        <w:autoSpaceDN w:val="0"/>
        <w:spacing w:before="238" w:after="0" w:line="230" w:lineRule="auto"/>
        <w:ind w:left="240"/>
        <w:rPr>
          <w:lang w:val="ru-RU"/>
        </w:rPr>
      </w:pPr>
      <w:r w:rsidRPr="0030397D">
        <w:rPr>
          <w:rFonts w:ascii="Times New Roman" w:eastAsia="Times New Roman" w:hAnsi="Times New Roman"/>
          <w:color w:val="000000"/>
          <w:sz w:val="24"/>
          <w:lang w:val="ru-RU"/>
        </w:rPr>
        <w:t>—  строить логическое рассуждение;</w:t>
      </w:r>
    </w:p>
    <w:p w:rsidR="00D65CB6" w:rsidRPr="0030397D" w:rsidRDefault="002E3E0D">
      <w:pPr>
        <w:autoSpaceDE w:val="0"/>
        <w:autoSpaceDN w:val="0"/>
        <w:spacing w:before="238" w:after="0" w:line="230" w:lineRule="auto"/>
        <w:jc w:val="center"/>
        <w:rPr>
          <w:lang w:val="ru-RU"/>
        </w:rPr>
      </w:pPr>
      <w:r w:rsidRPr="0030397D">
        <w:rPr>
          <w:rFonts w:ascii="Times New Roman" w:eastAsia="Times New Roman" w:hAnsi="Times New Roman"/>
          <w:color w:val="000000"/>
          <w:sz w:val="24"/>
          <w:lang w:val="ru-RU"/>
        </w:rPr>
        <w:t>—  использовать текст задания для объяснения способа и хода решения математической задачи;</w:t>
      </w:r>
    </w:p>
    <w:p w:rsidR="00D65CB6" w:rsidRPr="0030397D" w:rsidRDefault="002E3E0D">
      <w:pPr>
        <w:autoSpaceDE w:val="0"/>
        <w:autoSpaceDN w:val="0"/>
        <w:spacing w:before="238" w:after="0" w:line="230" w:lineRule="auto"/>
        <w:ind w:left="240"/>
        <w:rPr>
          <w:lang w:val="ru-RU"/>
        </w:rPr>
      </w:pPr>
      <w:r w:rsidRPr="0030397D">
        <w:rPr>
          <w:rFonts w:ascii="Times New Roman" w:eastAsia="Times New Roman" w:hAnsi="Times New Roman"/>
          <w:color w:val="000000"/>
          <w:sz w:val="24"/>
          <w:lang w:val="ru-RU"/>
        </w:rPr>
        <w:t>—  формулировать ответ;</w:t>
      </w:r>
    </w:p>
    <w:p w:rsidR="00D65CB6" w:rsidRPr="0030397D" w:rsidRDefault="002E3E0D">
      <w:pPr>
        <w:autoSpaceDE w:val="0"/>
        <w:autoSpaceDN w:val="0"/>
        <w:spacing w:before="238" w:after="0" w:line="262" w:lineRule="auto"/>
        <w:ind w:left="240" w:right="288"/>
        <w:rPr>
          <w:lang w:val="ru-RU"/>
        </w:rPr>
      </w:pPr>
      <w:r w:rsidRPr="0030397D">
        <w:rPr>
          <w:rFonts w:ascii="Times New Roman" w:eastAsia="Times New Roman" w:hAnsi="Times New Roman"/>
          <w:color w:val="000000"/>
          <w:sz w:val="24"/>
          <w:lang w:val="ru-RU"/>
        </w:rPr>
        <w:t>—  комментировать процесс вычисления, построения, решения; объяснять полученный ответ с использованием изученной терминологии;</w:t>
      </w:r>
    </w:p>
    <w:p w:rsidR="00D65CB6" w:rsidRPr="0030397D" w:rsidRDefault="002E3E0D">
      <w:pPr>
        <w:autoSpaceDE w:val="0"/>
        <w:autoSpaceDN w:val="0"/>
        <w:spacing w:before="238" w:after="0" w:line="271" w:lineRule="auto"/>
        <w:ind w:left="240"/>
        <w:rPr>
          <w:lang w:val="ru-RU"/>
        </w:rPr>
      </w:pPr>
      <w:r w:rsidRPr="0030397D">
        <w:rPr>
          <w:rFonts w:ascii="Times New Roman" w:eastAsia="Times New Roman" w:hAnsi="Times New Roman"/>
          <w:color w:val="000000"/>
          <w:sz w:val="24"/>
          <w:lang w:val="ru-RU"/>
        </w:rPr>
        <w:t>—  в процессе диалогов по обсуждению изученного материала — задавать вопросы, высказывать суждения, оценивать выступления участников, приводить доказательства своей правоты, проявлять этику общения;</w:t>
      </w:r>
    </w:p>
    <w:p w:rsidR="00D65CB6" w:rsidRPr="0030397D" w:rsidRDefault="002E3E0D">
      <w:pPr>
        <w:autoSpaceDE w:val="0"/>
        <w:autoSpaceDN w:val="0"/>
        <w:spacing w:before="240" w:after="0" w:line="271" w:lineRule="auto"/>
        <w:ind w:left="240"/>
        <w:rPr>
          <w:lang w:val="ru-RU"/>
        </w:rPr>
      </w:pPr>
      <w:r w:rsidRPr="0030397D">
        <w:rPr>
          <w:rFonts w:ascii="Times New Roman" w:eastAsia="Times New Roman" w:hAnsi="Times New Roman"/>
          <w:color w:val="000000"/>
          <w:sz w:val="24"/>
          <w:lang w:val="ru-RU"/>
        </w:rPr>
        <w:t>—  создавать в соответствии с учебной задачей тексты разного вида - описание (например, геометрической фигуры), рассуждение (к примеру, при решении задачи), инструкция (например, измерение длины отрезка);</w:t>
      </w:r>
    </w:p>
    <w:p w:rsidR="00D65CB6" w:rsidRPr="0030397D" w:rsidRDefault="002E3E0D">
      <w:pPr>
        <w:autoSpaceDE w:val="0"/>
        <w:autoSpaceDN w:val="0"/>
        <w:spacing w:before="238" w:after="0" w:line="230" w:lineRule="auto"/>
        <w:ind w:left="240"/>
        <w:rPr>
          <w:lang w:val="ru-RU"/>
        </w:rPr>
      </w:pPr>
      <w:r w:rsidRPr="0030397D">
        <w:rPr>
          <w:rFonts w:ascii="Times New Roman" w:eastAsia="Times New Roman" w:hAnsi="Times New Roman"/>
          <w:color w:val="000000"/>
          <w:sz w:val="24"/>
          <w:lang w:val="ru-RU"/>
        </w:rPr>
        <w:t>—  ориентироваться в алгоритмах: воспроизводить, дополнять, исправлять деформированные;</w:t>
      </w:r>
    </w:p>
    <w:p w:rsidR="00D65CB6" w:rsidRPr="0030397D" w:rsidRDefault="002E3E0D">
      <w:pPr>
        <w:autoSpaceDE w:val="0"/>
        <w:autoSpaceDN w:val="0"/>
        <w:spacing w:before="238" w:after="0" w:line="262" w:lineRule="auto"/>
        <w:ind w:left="240" w:right="144"/>
        <w:rPr>
          <w:lang w:val="ru-RU"/>
        </w:rPr>
      </w:pPr>
      <w:r w:rsidRPr="0030397D">
        <w:rPr>
          <w:rFonts w:ascii="Times New Roman" w:eastAsia="Times New Roman" w:hAnsi="Times New Roman"/>
          <w:color w:val="000000"/>
          <w:sz w:val="24"/>
          <w:lang w:val="ru-RU"/>
        </w:rPr>
        <w:t>—  составлять по аналогии;</w:t>
      </w:r>
      <w:proofErr w:type="gramStart"/>
      <w:r w:rsidRPr="0030397D">
        <w:rPr>
          <w:rFonts w:ascii="Times New Roman" w:eastAsia="Times New Roman" w:hAnsi="Times New Roman"/>
          <w:color w:val="000000"/>
          <w:sz w:val="24"/>
          <w:lang w:val="ru-RU"/>
        </w:rPr>
        <w:t xml:space="preserve"> .</w:t>
      </w:r>
      <w:proofErr w:type="gramEnd"/>
      <w:r w:rsidRPr="0030397D">
        <w:rPr>
          <w:rFonts w:ascii="Times New Roman" w:eastAsia="Times New Roman" w:hAnsi="Times New Roman"/>
          <w:color w:val="000000"/>
          <w:sz w:val="24"/>
          <w:lang w:val="ru-RU"/>
        </w:rPr>
        <w:t xml:space="preserve"> самостоятельно составлять тексты заданий, аналогичные типовым изученным.</w:t>
      </w:r>
    </w:p>
    <w:p w:rsidR="00D65CB6" w:rsidRPr="0030397D" w:rsidRDefault="002E3E0D">
      <w:pPr>
        <w:autoSpaceDE w:val="0"/>
        <w:autoSpaceDN w:val="0"/>
        <w:spacing w:before="178" w:after="0" w:line="230" w:lineRule="auto"/>
        <w:rPr>
          <w:lang w:val="ru-RU"/>
        </w:rPr>
      </w:pPr>
      <w:r w:rsidRPr="0030397D">
        <w:rPr>
          <w:rFonts w:ascii="Times New Roman" w:eastAsia="Times New Roman" w:hAnsi="Times New Roman"/>
          <w:b/>
          <w:color w:val="000000"/>
          <w:sz w:val="24"/>
          <w:lang w:val="ru-RU"/>
        </w:rPr>
        <w:t>Универсальные регулятивные учебные действия:</w:t>
      </w:r>
    </w:p>
    <w:p w:rsidR="00D65CB6" w:rsidRPr="0030397D" w:rsidRDefault="002E3E0D">
      <w:pPr>
        <w:autoSpaceDE w:val="0"/>
        <w:autoSpaceDN w:val="0"/>
        <w:spacing w:before="190" w:after="0" w:line="230" w:lineRule="auto"/>
        <w:rPr>
          <w:lang w:val="ru-RU"/>
        </w:rPr>
      </w:pPr>
      <w:r w:rsidRPr="0030397D">
        <w:rPr>
          <w:rFonts w:ascii="Times New Roman" w:eastAsia="Times New Roman" w:hAnsi="Times New Roman"/>
          <w:i/>
          <w:color w:val="000000"/>
          <w:sz w:val="24"/>
          <w:lang w:val="ru-RU"/>
        </w:rPr>
        <w:t>1)  Самоорганизация:</w:t>
      </w:r>
    </w:p>
    <w:p w:rsidR="00D65CB6" w:rsidRPr="0030397D" w:rsidRDefault="002E3E0D">
      <w:pPr>
        <w:autoSpaceDE w:val="0"/>
        <w:autoSpaceDN w:val="0"/>
        <w:spacing w:before="178" w:after="0" w:line="230" w:lineRule="auto"/>
        <w:ind w:left="240"/>
        <w:rPr>
          <w:lang w:val="ru-RU"/>
        </w:rPr>
      </w:pPr>
      <w:r w:rsidRPr="0030397D">
        <w:rPr>
          <w:rFonts w:ascii="Times New Roman" w:eastAsia="Times New Roman" w:hAnsi="Times New Roman"/>
          <w:color w:val="000000"/>
          <w:sz w:val="24"/>
          <w:lang w:val="ru-RU"/>
        </w:rPr>
        <w:t xml:space="preserve">—  планировать этапы предстоящей работы, определять последовательность учебных действий; </w:t>
      </w:r>
    </w:p>
    <w:p w:rsidR="00D65CB6" w:rsidRPr="0030397D" w:rsidRDefault="002E3E0D">
      <w:pPr>
        <w:autoSpaceDE w:val="0"/>
        <w:autoSpaceDN w:val="0"/>
        <w:spacing w:before="190" w:after="0" w:line="262" w:lineRule="auto"/>
        <w:ind w:left="240" w:right="864"/>
        <w:rPr>
          <w:lang w:val="ru-RU"/>
        </w:rPr>
      </w:pPr>
      <w:r w:rsidRPr="0030397D">
        <w:rPr>
          <w:rFonts w:ascii="Times New Roman" w:eastAsia="Times New Roman" w:hAnsi="Times New Roman"/>
          <w:color w:val="000000"/>
          <w:sz w:val="24"/>
          <w:lang w:val="ru-RU"/>
        </w:rPr>
        <w:t>—  выполнять правила безопасного использования электронных средств, предлагаемых в процессе обучения.</w:t>
      </w:r>
    </w:p>
    <w:p w:rsidR="00D65CB6" w:rsidRPr="0030397D" w:rsidRDefault="002E3E0D">
      <w:pPr>
        <w:autoSpaceDE w:val="0"/>
        <w:autoSpaceDN w:val="0"/>
        <w:spacing w:before="178" w:after="0" w:line="230" w:lineRule="auto"/>
        <w:rPr>
          <w:lang w:val="ru-RU"/>
        </w:rPr>
      </w:pPr>
      <w:r w:rsidRPr="0030397D">
        <w:rPr>
          <w:rFonts w:ascii="Times New Roman" w:eastAsia="Times New Roman" w:hAnsi="Times New Roman"/>
          <w:i/>
          <w:color w:val="000000"/>
          <w:sz w:val="24"/>
          <w:lang w:val="ru-RU"/>
        </w:rPr>
        <w:t>2)  Самоконтроль:</w:t>
      </w:r>
    </w:p>
    <w:p w:rsidR="00D65CB6" w:rsidRPr="0030397D" w:rsidRDefault="002E3E0D">
      <w:pPr>
        <w:autoSpaceDE w:val="0"/>
        <w:autoSpaceDN w:val="0"/>
        <w:spacing w:before="178" w:after="0" w:line="230" w:lineRule="auto"/>
        <w:ind w:left="240"/>
        <w:rPr>
          <w:lang w:val="ru-RU"/>
        </w:rPr>
      </w:pPr>
      <w:r w:rsidRPr="0030397D">
        <w:rPr>
          <w:rFonts w:ascii="Times New Roman" w:eastAsia="Times New Roman" w:hAnsi="Times New Roman"/>
          <w:color w:val="000000"/>
          <w:sz w:val="24"/>
          <w:lang w:val="ru-RU"/>
        </w:rPr>
        <w:t xml:space="preserve">—  осуществлять контроль процесса и результата своей деятельности, объективно оценивать их; </w:t>
      </w:r>
    </w:p>
    <w:p w:rsidR="00D65CB6" w:rsidRPr="0030397D" w:rsidRDefault="00D65CB6">
      <w:pPr>
        <w:rPr>
          <w:lang w:val="ru-RU"/>
        </w:rPr>
        <w:sectPr w:rsidR="00D65CB6" w:rsidRPr="0030397D" w:rsidSect="005B299F">
          <w:pgSz w:w="11900" w:h="16840"/>
          <w:pgMar w:top="352" w:right="722" w:bottom="302" w:left="846" w:header="720" w:footer="720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20" w:equalWidth="0">
            <w:col w:w="10332" w:space="0"/>
          </w:cols>
          <w:docGrid w:linePitch="360"/>
        </w:sectPr>
      </w:pPr>
    </w:p>
    <w:p w:rsidR="00D65CB6" w:rsidRPr="0030397D" w:rsidRDefault="00D65CB6">
      <w:pPr>
        <w:autoSpaceDE w:val="0"/>
        <w:autoSpaceDN w:val="0"/>
        <w:spacing w:after="144" w:line="220" w:lineRule="exact"/>
        <w:rPr>
          <w:lang w:val="ru-RU"/>
        </w:rPr>
      </w:pPr>
    </w:p>
    <w:p w:rsidR="00D65CB6" w:rsidRPr="0030397D" w:rsidRDefault="002E3E0D">
      <w:pPr>
        <w:autoSpaceDE w:val="0"/>
        <w:autoSpaceDN w:val="0"/>
        <w:spacing w:after="0" w:line="230" w:lineRule="auto"/>
        <w:ind w:left="420"/>
        <w:rPr>
          <w:lang w:val="ru-RU"/>
        </w:rPr>
      </w:pPr>
      <w:r w:rsidRPr="0030397D">
        <w:rPr>
          <w:rFonts w:ascii="Times New Roman" w:eastAsia="Times New Roman" w:hAnsi="Times New Roman"/>
          <w:color w:val="000000"/>
          <w:sz w:val="24"/>
          <w:lang w:val="ru-RU"/>
        </w:rPr>
        <w:t xml:space="preserve">—  выбирать и при необходимости корректировать способы действий; </w:t>
      </w:r>
    </w:p>
    <w:p w:rsidR="00D65CB6" w:rsidRPr="0030397D" w:rsidRDefault="002E3E0D">
      <w:pPr>
        <w:autoSpaceDE w:val="0"/>
        <w:autoSpaceDN w:val="0"/>
        <w:spacing w:before="190" w:after="0" w:line="262" w:lineRule="auto"/>
        <w:ind w:left="420"/>
        <w:rPr>
          <w:lang w:val="ru-RU"/>
        </w:rPr>
      </w:pPr>
      <w:r w:rsidRPr="0030397D">
        <w:rPr>
          <w:rFonts w:ascii="Times New Roman" w:eastAsia="Times New Roman" w:hAnsi="Times New Roman"/>
          <w:color w:val="000000"/>
          <w:sz w:val="24"/>
          <w:lang w:val="ru-RU"/>
        </w:rPr>
        <w:t>—  находить ошибки в своей работе, устанавливать их причины, вести поиск путей преодоления ошибок.</w:t>
      </w:r>
    </w:p>
    <w:p w:rsidR="00D65CB6" w:rsidRPr="0030397D" w:rsidRDefault="002E3E0D">
      <w:pPr>
        <w:autoSpaceDE w:val="0"/>
        <w:autoSpaceDN w:val="0"/>
        <w:spacing w:before="178" w:after="0" w:line="230" w:lineRule="auto"/>
        <w:ind w:left="180"/>
        <w:rPr>
          <w:lang w:val="ru-RU"/>
        </w:rPr>
      </w:pPr>
      <w:r w:rsidRPr="0030397D">
        <w:rPr>
          <w:rFonts w:ascii="Times New Roman" w:eastAsia="Times New Roman" w:hAnsi="Times New Roman"/>
          <w:i/>
          <w:color w:val="000000"/>
          <w:sz w:val="24"/>
          <w:lang w:val="ru-RU"/>
        </w:rPr>
        <w:t>3)  Самооценка:</w:t>
      </w:r>
    </w:p>
    <w:p w:rsidR="00D65CB6" w:rsidRPr="0030397D" w:rsidRDefault="002E3E0D">
      <w:pPr>
        <w:autoSpaceDE w:val="0"/>
        <w:autoSpaceDN w:val="0"/>
        <w:spacing w:before="178" w:after="0" w:line="271" w:lineRule="auto"/>
        <w:ind w:left="420"/>
        <w:rPr>
          <w:lang w:val="ru-RU"/>
        </w:rPr>
      </w:pPr>
      <w:r w:rsidRPr="0030397D">
        <w:rPr>
          <w:rFonts w:ascii="Times New Roman" w:eastAsia="Times New Roman" w:hAnsi="Times New Roman"/>
          <w:color w:val="000000"/>
          <w:sz w:val="24"/>
          <w:lang w:val="ru-RU"/>
        </w:rPr>
        <w:t xml:space="preserve">—  предвидеть возможность возникновения трудностей и ошибок, предусматривать способы их предупреждения (формулирование вопросов, обращение к учебнику, дополнительным средствам обучения, в том числе электронным); </w:t>
      </w:r>
    </w:p>
    <w:p w:rsidR="00D65CB6" w:rsidRPr="0030397D" w:rsidRDefault="002E3E0D">
      <w:pPr>
        <w:autoSpaceDE w:val="0"/>
        <w:autoSpaceDN w:val="0"/>
        <w:spacing w:before="190" w:after="0" w:line="230" w:lineRule="auto"/>
        <w:ind w:left="420"/>
        <w:rPr>
          <w:lang w:val="ru-RU"/>
        </w:rPr>
      </w:pPr>
      <w:r w:rsidRPr="0030397D">
        <w:rPr>
          <w:rFonts w:ascii="Times New Roman" w:eastAsia="Times New Roman" w:hAnsi="Times New Roman"/>
          <w:color w:val="000000"/>
          <w:sz w:val="24"/>
          <w:lang w:val="ru-RU"/>
        </w:rPr>
        <w:t>—  оценивать рациональность своих действий, давать им качественную характеристику.</w:t>
      </w:r>
    </w:p>
    <w:p w:rsidR="00D65CB6" w:rsidRPr="0030397D" w:rsidRDefault="002E3E0D">
      <w:pPr>
        <w:autoSpaceDE w:val="0"/>
        <w:autoSpaceDN w:val="0"/>
        <w:spacing w:before="180" w:after="0" w:line="230" w:lineRule="auto"/>
        <w:ind w:left="180"/>
        <w:rPr>
          <w:lang w:val="ru-RU"/>
        </w:rPr>
      </w:pPr>
      <w:r w:rsidRPr="0030397D">
        <w:rPr>
          <w:rFonts w:ascii="Times New Roman" w:eastAsia="Times New Roman" w:hAnsi="Times New Roman"/>
          <w:b/>
          <w:color w:val="000000"/>
          <w:sz w:val="24"/>
          <w:lang w:val="ru-RU"/>
        </w:rPr>
        <w:t>Совместная деятельность:</w:t>
      </w:r>
    </w:p>
    <w:p w:rsidR="00D65CB6" w:rsidRPr="0030397D" w:rsidRDefault="002E3E0D">
      <w:pPr>
        <w:autoSpaceDE w:val="0"/>
        <w:autoSpaceDN w:val="0"/>
        <w:spacing w:before="180" w:after="0" w:line="271" w:lineRule="auto"/>
        <w:ind w:left="420" w:right="576"/>
        <w:rPr>
          <w:lang w:val="ru-RU"/>
        </w:rPr>
      </w:pPr>
      <w:r w:rsidRPr="0030397D">
        <w:rPr>
          <w:rFonts w:ascii="Times New Roman" w:eastAsia="Times New Roman" w:hAnsi="Times New Roman"/>
          <w:color w:val="000000"/>
          <w:sz w:val="24"/>
          <w:lang w:val="ru-RU"/>
        </w:rPr>
        <w:t xml:space="preserve">—  участвовать в совместной деятельности: распределять работу между членами группы (например, в случае решения задач, требующих перебора большого количества вариантов, приведения примеров и </w:t>
      </w:r>
      <w:proofErr w:type="spellStart"/>
      <w:r w:rsidRPr="0030397D">
        <w:rPr>
          <w:rFonts w:ascii="Times New Roman" w:eastAsia="Times New Roman" w:hAnsi="Times New Roman"/>
          <w:color w:val="000000"/>
          <w:sz w:val="24"/>
          <w:lang w:val="ru-RU"/>
        </w:rPr>
        <w:t>контрпримеров</w:t>
      </w:r>
      <w:proofErr w:type="spellEnd"/>
      <w:r w:rsidRPr="0030397D">
        <w:rPr>
          <w:rFonts w:ascii="Times New Roman" w:eastAsia="Times New Roman" w:hAnsi="Times New Roman"/>
          <w:color w:val="000000"/>
          <w:sz w:val="24"/>
          <w:lang w:val="ru-RU"/>
        </w:rPr>
        <w:t xml:space="preserve">); </w:t>
      </w:r>
    </w:p>
    <w:p w:rsidR="00D65CB6" w:rsidRPr="0030397D" w:rsidRDefault="002E3E0D">
      <w:pPr>
        <w:autoSpaceDE w:val="0"/>
        <w:autoSpaceDN w:val="0"/>
        <w:spacing w:before="190" w:after="0" w:line="262" w:lineRule="auto"/>
        <w:ind w:left="420"/>
        <w:rPr>
          <w:lang w:val="ru-RU"/>
        </w:rPr>
      </w:pPr>
      <w:r w:rsidRPr="0030397D">
        <w:rPr>
          <w:rFonts w:ascii="Times New Roman" w:eastAsia="Times New Roman" w:hAnsi="Times New Roman"/>
          <w:color w:val="000000"/>
          <w:sz w:val="24"/>
          <w:lang w:val="ru-RU"/>
        </w:rPr>
        <w:t>—  согласовывать  мнения в ходе поиска доказательств, выбора рационального способа, анализа информации;</w:t>
      </w:r>
    </w:p>
    <w:p w:rsidR="00D65CB6" w:rsidRPr="0030397D" w:rsidRDefault="002E3E0D">
      <w:pPr>
        <w:autoSpaceDE w:val="0"/>
        <w:autoSpaceDN w:val="0"/>
        <w:spacing w:before="190" w:after="0" w:line="262" w:lineRule="auto"/>
        <w:ind w:left="420" w:right="144"/>
        <w:rPr>
          <w:lang w:val="ru-RU"/>
        </w:rPr>
      </w:pPr>
      <w:r w:rsidRPr="0030397D">
        <w:rPr>
          <w:rFonts w:ascii="Times New Roman" w:eastAsia="Times New Roman" w:hAnsi="Times New Roman"/>
          <w:color w:val="000000"/>
          <w:sz w:val="24"/>
          <w:lang w:val="ru-RU"/>
        </w:rPr>
        <w:t>—  осуществлять совместный контроль и оценку выполняемых действий, предвидеть возможность возникновения ошибок и трудностей, предусматривать пути их предупреждения.</w:t>
      </w:r>
    </w:p>
    <w:p w:rsidR="00D65CB6" w:rsidRPr="0030397D" w:rsidRDefault="002E3E0D">
      <w:pPr>
        <w:autoSpaceDE w:val="0"/>
        <w:autoSpaceDN w:val="0"/>
        <w:spacing w:before="322" w:after="0" w:line="230" w:lineRule="auto"/>
        <w:rPr>
          <w:lang w:val="ru-RU"/>
        </w:rPr>
      </w:pPr>
      <w:r w:rsidRPr="0030397D">
        <w:rPr>
          <w:rFonts w:ascii="Times New Roman" w:eastAsia="Times New Roman" w:hAnsi="Times New Roman"/>
          <w:b/>
          <w:color w:val="000000"/>
          <w:sz w:val="24"/>
          <w:lang w:val="ru-RU"/>
        </w:rPr>
        <w:t>ПРЕДМЕТНЫЕ РЕЗУЛЬТАТЫ</w:t>
      </w:r>
    </w:p>
    <w:p w:rsidR="00D65CB6" w:rsidRPr="0030397D" w:rsidRDefault="002E3E0D">
      <w:pPr>
        <w:autoSpaceDE w:val="0"/>
        <w:autoSpaceDN w:val="0"/>
        <w:spacing w:before="166" w:after="0" w:line="230" w:lineRule="auto"/>
        <w:ind w:left="180"/>
        <w:rPr>
          <w:lang w:val="ru-RU"/>
        </w:rPr>
      </w:pPr>
      <w:r w:rsidRPr="0030397D">
        <w:rPr>
          <w:rFonts w:ascii="Times New Roman" w:eastAsia="Times New Roman" w:hAnsi="Times New Roman"/>
          <w:color w:val="000000"/>
          <w:sz w:val="24"/>
          <w:lang w:val="ru-RU"/>
        </w:rPr>
        <w:t>К концу обучения в 1 классе обучающийся научится:</w:t>
      </w:r>
    </w:p>
    <w:p w:rsidR="00D65CB6" w:rsidRPr="0030397D" w:rsidRDefault="002E3E0D">
      <w:pPr>
        <w:autoSpaceDE w:val="0"/>
        <w:autoSpaceDN w:val="0"/>
        <w:spacing w:before="178" w:after="0" w:line="230" w:lineRule="auto"/>
        <w:ind w:left="420"/>
        <w:rPr>
          <w:lang w:val="ru-RU"/>
        </w:rPr>
      </w:pPr>
      <w:r w:rsidRPr="0030397D">
        <w:rPr>
          <w:rFonts w:ascii="Times New Roman" w:eastAsia="Times New Roman" w:hAnsi="Times New Roman"/>
          <w:color w:val="000000"/>
          <w:sz w:val="24"/>
          <w:lang w:val="ru-RU"/>
        </w:rPr>
        <w:t xml:space="preserve">—  читать, записывать, сравнивать,  упорядочивать  числа  от  0 до 20; </w:t>
      </w:r>
    </w:p>
    <w:p w:rsidR="00D65CB6" w:rsidRPr="0030397D" w:rsidRDefault="002E3E0D">
      <w:pPr>
        <w:autoSpaceDE w:val="0"/>
        <w:autoSpaceDN w:val="0"/>
        <w:spacing w:before="190" w:after="0" w:line="230" w:lineRule="auto"/>
        <w:ind w:left="420"/>
        <w:rPr>
          <w:lang w:val="ru-RU"/>
        </w:rPr>
      </w:pPr>
      <w:r w:rsidRPr="0030397D">
        <w:rPr>
          <w:rFonts w:ascii="Times New Roman" w:eastAsia="Times New Roman" w:hAnsi="Times New Roman"/>
          <w:color w:val="000000"/>
          <w:sz w:val="24"/>
          <w:lang w:val="ru-RU"/>
        </w:rPr>
        <w:t xml:space="preserve">—  пересчитывать различные объекты, устанавливать порядковый номер объекта; </w:t>
      </w:r>
    </w:p>
    <w:p w:rsidR="00D65CB6" w:rsidRPr="0030397D" w:rsidRDefault="002E3E0D">
      <w:pPr>
        <w:autoSpaceDE w:val="0"/>
        <w:autoSpaceDN w:val="0"/>
        <w:spacing w:before="190" w:after="0" w:line="230" w:lineRule="auto"/>
        <w:ind w:left="420"/>
        <w:rPr>
          <w:lang w:val="ru-RU"/>
        </w:rPr>
      </w:pPr>
      <w:r w:rsidRPr="0030397D">
        <w:rPr>
          <w:rFonts w:ascii="Times New Roman" w:eastAsia="Times New Roman" w:hAnsi="Times New Roman"/>
          <w:color w:val="000000"/>
          <w:sz w:val="24"/>
          <w:lang w:val="ru-RU"/>
        </w:rPr>
        <w:t xml:space="preserve">—  находить числа, большие/меньшие данного числа на заданное число; </w:t>
      </w:r>
    </w:p>
    <w:p w:rsidR="00D65CB6" w:rsidRPr="0030397D" w:rsidRDefault="002E3E0D">
      <w:pPr>
        <w:autoSpaceDE w:val="0"/>
        <w:autoSpaceDN w:val="0"/>
        <w:spacing w:before="190" w:after="0" w:line="271" w:lineRule="auto"/>
        <w:ind w:left="420" w:right="288"/>
        <w:rPr>
          <w:lang w:val="ru-RU"/>
        </w:rPr>
      </w:pPr>
      <w:r w:rsidRPr="0030397D">
        <w:rPr>
          <w:rFonts w:ascii="Times New Roman" w:eastAsia="Times New Roman" w:hAnsi="Times New Roman"/>
          <w:color w:val="000000"/>
          <w:sz w:val="24"/>
          <w:lang w:val="ru-RU"/>
        </w:rPr>
        <w:t xml:space="preserve">—  выполнять арифметические действия сложения и вычитания в пределах 20 (устно и письменно) без перехода через десяток; называть и различать компоненты действий сложения (слагаемые, сумма) и вычитания (уменьшаемое, вычитаемое, разность); </w:t>
      </w:r>
    </w:p>
    <w:p w:rsidR="00D65CB6" w:rsidRPr="0030397D" w:rsidRDefault="002E3E0D">
      <w:pPr>
        <w:autoSpaceDE w:val="0"/>
        <w:autoSpaceDN w:val="0"/>
        <w:spacing w:before="190" w:after="0" w:line="262" w:lineRule="auto"/>
        <w:ind w:left="420" w:right="432"/>
        <w:rPr>
          <w:lang w:val="ru-RU"/>
        </w:rPr>
      </w:pPr>
      <w:r w:rsidRPr="0030397D">
        <w:rPr>
          <w:rFonts w:ascii="Times New Roman" w:eastAsia="Times New Roman" w:hAnsi="Times New Roman"/>
          <w:color w:val="000000"/>
          <w:sz w:val="24"/>
          <w:lang w:val="ru-RU"/>
        </w:rPr>
        <w:t xml:space="preserve">—  решать текстовые задачи в одно действие на сложение и вычитание: выделять условие и требование (вопрос); </w:t>
      </w:r>
    </w:p>
    <w:p w:rsidR="00D65CB6" w:rsidRPr="0030397D" w:rsidRDefault="002E3E0D">
      <w:pPr>
        <w:autoSpaceDE w:val="0"/>
        <w:autoSpaceDN w:val="0"/>
        <w:spacing w:before="192" w:after="0" w:line="262" w:lineRule="auto"/>
        <w:ind w:left="420" w:right="720"/>
        <w:rPr>
          <w:lang w:val="ru-RU"/>
        </w:rPr>
      </w:pPr>
      <w:r w:rsidRPr="0030397D">
        <w:rPr>
          <w:rFonts w:ascii="Times New Roman" w:eastAsia="Times New Roman" w:hAnsi="Times New Roman"/>
          <w:color w:val="000000"/>
          <w:sz w:val="24"/>
          <w:lang w:val="ru-RU"/>
        </w:rPr>
        <w:t xml:space="preserve">—  сравнивать объекты по длине, устанавливая между ними соотношение длиннее/короче (выше/ниже, шире/уже); </w:t>
      </w:r>
    </w:p>
    <w:p w:rsidR="00D65CB6" w:rsidRPr="0030397D" w:rsidRDefault="002E3E0D">
      <w:pPr>
        <w:autoSpaceDE w:val="0"/>
        <w:autoSpaceDN w:val="0"/>
        <w:spacing w:before="190" w:after="0" w:line="262" w:lineRule="auto"/>
        <w:ind w:left="420"/>
        <w:rPr>
          <w:lang w:val="ru-RU"/>
        </w:rPr>
      </w:pPr>
      <w:r w:rsidRPr="0030397D">
        <w:rPr>
          <w:rFonts w:ascii="Times New Roman" w:eastAsia="Times New Roman" w:hAnsi="Times New Roman"/>
          <w:color w:val="000000"/>
          <w:sz w:val="24"/>
          <w:lang w:val="ru-RU"/>
        </w:rPr>
        <w:t xml:space="preserve">—  знать и использовать единицу длины — сантиметр; измерять длину отрезка, чертить отрезок заданной длины (в см); </w:t>
      </w:r>
    </w:p>
    <w:p w:rsidR="00D65CB6" w:rsidRPr="0030397D" w:rsidRDefault="002E3E0D">
      <w:pPr>
        <w:autoSpaceDE w:val="0"/>
        <w:autoSpaceDN w:val="0"/>
        <w:spacing w:before="190" w:after="0" w:line="262" w:lineRule="auto"/>
        <w:ind w:left="420" w:right="1008"/>
        <w:rPr>
          <w:lang w:val="ru-RU"/>
        </w:rPr>
      </w:pPr>
      <w:r w:rsidRPr="0030397D">
        <w:rPr>
          <w:rFonts w:ascii="Times New Roman" w:eastAsia="Times New Roman" w:hAnsi="Times New Roman"/>
          <w:color w:val="000000"/>
          <w:sz w:val="24"/>
          <w:lang w:val="ru-RU"/>
        </w:rPr>
        <w:t xml:space="preserve">—  различать число и цифру; распознавать геометрические фигуры: круг, треугольник, прямоугольник (квадрат), отрезок; </w:t>
      </w:r>
    </w:p>
    <w:p w:rsidR="00D65CB6" w:rsidRPr="0030397D" w:rsidRDefault="002E3E0D">
      <w:pPr>
        <w:autoSpaceDE w:val="0"/>
        <w:autoSpaceDN w:val="0"/>
        <w:spacing w:before="190" w:after="0" w:line="262" w:lineRule="auto"/>
        <w:ind w:left="420"/>
        <w:rPr>
          <w:lang w:val="ru-RU"/>
        </w:rPr>
      </w:pPr>
      <w:r w:rsidRPr="0030397D">
        <w:rPr>
          <w:rFonts w:ascii="Times New Roman" w:eastAsia="Times New Roman" w:hAnsi="Times New Roman"/>
          <w:color w:val="000000"/>
          <w:sz w:val="24"/>
          <w:lang w:val="ru-RU"/>
        </w:rPr>
        <w:t xml:space="preserve">—  устанавливать между объектами соотношения: слева/справа, дальше/ближе, между, перед/за, над/под; </w:t>
      </w:r>
    </w:p>
    <w:p w:rsidR="00D65CB6" w:rsidRPr="0030397D" w:rsidRDefault="002E3E0D">
      <w:pPr>
        <w:autoSpaceDE w:val="0"/>
        <w:autoSpaceDN w:val="0"/>
        <w:spacing w:before="190" w:after="0" w:line="262" w:lineRule="auto"/>
        <w:ind w:left="420"/>
        <w:rPr>
          <w:lang w:val="ru-RU"/>
        </w:rPr>
      </w:pPr>
      <w:r w:rsidRPr="0030397D">
        <w:rPr>
          <w:rFonts w:ascii="Times New Roman" w:eastAsia="Times New Roman" w:hAnsi="Times New Roman"/>
          <w:color w:val="000000"/>
          <w:sz w:val="24"/>
          <w:lang w:val="ru-RU"/>
        </w:rPr>
        <w:t xml:space="preserve">—  распознавать верные (истинные) и неверные (ложные) утверждения относительно заданного набора объектов/предметов; </w:t>
      </w:r>
    </w:p>
    <w:p w:rsidR="00D65CB6" w:rsidRPr="0030397D" w:rsidRDefault="002E3E0D">
      <w:pPr>
        <w:autoSpaceDE w:val="0"/>
        <w:autoSpaceDN w:val="0"/>
        <w:spacing w:before="190" w:after="0" w:line="262" w:lineRule="auto"/>
        <w:ind w:left="420" w:right="144"/>
        <w:rPr>
          <w:lang w:val="ru-RU"/>
        </w:rPr>
      </w:pPr>
      <w:r w:rsidRPr="0030397D">
        <w:rPr>
          <w:rFonts w:ascii="Times New Roman" w:eastAsia="Times New Roman" w:hAnsi="Times New Roman"/>
          <w:color w:val="000000"/>
          <w:sz w:val="24"/>
          <w:lang w:val="ru-RU"/>
        </w:rPr>
        <w:t xml:space="preserve">—  группировать объекты по заданному признаку; находить и называть закономерности в ряду объектов повседневной жизни; </w:t>
      </w:r>
    </w:p>
    <w:p w:rsidR="00D65CB6" w:rsidRPr="0030397D" w:rsidRDefault="00D65CB6">
      <w:pPr>
        <w:rPr>
          <w:lang w:val="ru-RU"/>
        </w:rPr>
        <w:sectPr w:rsidR="00D65CB6" w:rsidRPr="0030397D" w:rsidSect="005B299F">
          <w:pgSz w:w="11900" w:h="16840"/>
          <w:pgMar w:top="364" w:right="790" w:bottom="422" w:left="666" w:header="720" w:footer="720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20" w:equalWidth="0">
            <w:col w:w="10444" w:space="0"/>
          </w:cols>
          <w:docGrid w:linePitch="360"/>
        </w:sectPr>
      </w:pPr>
    </w:p>
    <w:p w:rsidR="00D65CB6" w:rsidRPr="0030397D" w:rsidRDefault="00D65CB6">
      <w:pPr>
        <w:autoSpaceDE w:val="0"/>
        <w:autoSpaceDN w:val="0"/>
        <w:spacing w:after="108" w:line="220" w:lineRule="exact"/>
        <w:rPr>
          <w:lang w:val="ru-RU"/>
        </w:rPr>
      </w:pPr>
    </w:p>
    <w:p w:rsidR="00D65CB6" w:rsidRPr="0030397D" w:rsidRDefault="002E3E0D">
      <w:pPr>
        <w:autoSpaceDE w:val="0"/>
        <w:autoSpaceDN w:val="0"/>
        <w:spacing w:after="0" w:line="262" w:lineRule="auto"/>
        <w:ind w:right="144"/>
        <w:rPr>
          <w:lang w:val="ru-RU"/>
        </w:rPr>
      </w:pPr>
      <w:r w:rsidRPr="0030397D">
        <w:rPr>
          <w:rFonts w:ascii="Times New Roman" w:eastAsia="Times New Roman" w:hAnsi="Times New Roman"/>
          <w:color w:val="000000"/>
          <w:sz w:val="24"/>
          <w:lang w:val="ru-RU"/>
        </w:rPr>
        <w:t xml:space="preserve">—  различать строки и столбцы таблицы, вносить данное в таблицу, извлекать данное/данные из таблицы; </w:t>
      </w:r>
    </w:p>
    <w:p w:rsidR="00D65CB6" w:rsidRPr="0030397D" w:rsidRDefault="002E3E0D">
      <w:pPr>
        <w:autoSpaceDE w:val="0"/>
        <w:autoSpaceDN w:val="0"/>
        <w:spacing w:before="190" w:after="0" w:line="262" w:lineRule="auto"/>
        <w:rPr>
          <w:lang w:val="ru-RU"/>
        </w:rPr>
      </w:pPr>
      <w:r w:rsidRPr="0030397D">
        <w:rPr>
          <w:rFonts w:ascii="Times New Roman" w:eastAsia="Times New Roman" w:hAnsi="Times New Roman"/>
          <w:color w:val="000000"/>
          <w:sz w:val="24"/>
          <w:lang w:val="ru-RU"/>
        </w:rPr>
        <w:t>—  сравнивать два объекта (числа, геометрические фигуры); распределять объекты на две группы по заданному основанию.</w:t>
      </w:r>
    </w:p>
    <w:p w:rsidR="00D65CB6" w:rsidRPr="0030397D" w:rsidRDefault="00D65CB6">
      <w:pPr>
        <w:autoSpaceDE w:val="0"/>
        <w:autoSpaceDN w:val="0"/>
        <w:spacing w:after="64" w:line="220" w:lineRule="exact"/>
        <w:rPr>
          <w:lang w:val="ru-RU"/>
        </w:rPr>
      </w:pPr>
    </w:p>
    <w:p w:rsidR="00D65CB6" w:rsidRDefault="002E3E0D">
      <w:pPr>
        <w:autoSpaceDE w:val="0"/>
        <w:autoSpaceDN w:val="0"/>
        <w:spacing w:after="666" w:line="233" w:lineRule="auto"/>
        <w:rPr>
          <w:rFonts w:ascii="Times New Roman" w:eastAsia="Times New Roman" w:hAnsi="Times New Roman"/>
          <w:b/>
          <w:color w:val="000000"/>
          <w:w w:val="101"/>
          <w:sz w:val="19"/>
        </w:rPr>
      </w:pPr>
      <w:r>
        <w:rPr>
          <w:rFonts w:ascii="Times New Roman" w:eastAsia="Times New Roman" w:hAnsi="Times New Roman"/>
          <w:b/>
          <w:color w:val="000000"/>
          <w:w w:val="101"/>
          <w:sz w:val="19"/>
        </w:rPr>
        <w:t xml:space="preserve">ТЕМАТИЧЕСКОЕ ПЛАНИРОВАНИЕ </w:t>
      </w: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396"/>
        <w:gridCol w:w="3614"/>
        <w:gridCol w:w="528"/>
        <w:gridCol w:w="1104"/>
        <w:gridCol w:w="1140"/>
        <w:gridCol w:w="864"/>
        <w:gridCol w:w="5066"/>
        <w:gridCol w:w="1236"/>
        <w:gridCol w:w="1548"/>
      </w:tblGrid>
      <w:tr w:rsidR="0030397D" w:rsidRPr="0030397D" w:rsidTr="005B299F">
        <w:trPr>
          <w:trHeight w:val="333"/>
        </w:trPr>
        <w:tc>
          <w:tcPr>
            <w:tcW w:w="396" w:type="dxa"/>
            <w:vMerge w:val="restart"/>
          </w:tcPr>
          <w:p w:rsidR="0030397D" w:rsidRPr="0030397D" w:rsidRDefault="0030397D" w:rsidP="0030397D">
            <w:pPr>
              <w:spacing w:before="74" w:line="266" w:lineRule="auto"/>
              <w:ind w:right="62"/>
              <w:rPr>
                <w:rFonts w:ascii="Times New Roman" w:eastAsia="Times New Roman" w:hAnsi="Times New Roman" w:cs="Times New Roman"/>
                <w:b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b/>
                <w:w w:val="105"/>
                <w:sz w:val="15"/>
                <w:lang w:val="ru-RU"/>
              </w:rPr>
              <w:t>№</w:t>
            </w:r>
            <w:r w:rsidRPr="0030397D">
              <w:rPr>
                <w:rFonts w:ascii="Times New Roman" w:eastAsia="Times New Roman" w:hAnsi="Times New Roman" w:cs="Times New Roman"/>
                <w:b/>
                <w:spacing w:val="1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b/>
                <w:spacing w:val="-1"/>
                <w:w w:val="105"/>
                <w:sz w:val="15"/>
                <w:lang w:val="ru-RU"/>
              </w:rPr>
              <w:t>п/п</w:t>
            </w:r>
          </w:p>
        </w:tc>
        <w:tc>
          <w:tcPr>
            <w:tcW w:w="3614" w:type="dxa"/>
            <w:vMerge w:val="restart"/>
          </w:tcPr>
          <w:p w:rsidR="0030397D" w:rsidRPr="0030397D" w:rsidRDefault="0030397D" w:rsidP="0030397D">
            <w:pPr>
              <w:spacing w:before="74"/>
              <w:rPr>
                <w:rFonts w:ascii="Times New Roman" w:eastAsia="Times New Roman" w:hAnsi="Times New Roman" w:cs="Times New Roman"/>
                <w:b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b/>
                <w:w w:val="105"/>
                <w:sz w:val="15"/>
                <w:lang w:val="ru-RU"/>
              </w:rPr>
              <w:t>Наименование</w:t>
            </w:r>
            <w:r w:rsidRPr="0030397D">
              <w:rPr>
                <w:rFonts w:ascii="Times New Roman" w:eastAsia="Times New Roman" w:hAnsi="Times New Roman" w:cs="Times New Roman"/>
                <w:b/>
                <w:spacing w:val="-10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b/>
                <w:w w:val="105"/>
                <w:sz w:val="15"/>
                <w:lang w:val="ru-RU"/>
              </w:rPr>
              <w:t>разделов</w:t>
            </w:r>
            <w:r w:rsidRPr="0030397D">
              <w:rPr>
                <w:rFonts w:ascii="Times New Roman" w:eastAsia="Times New Roman" w:hAnsi="Times New Roman" w:cs="Times New Roman"/>
                <w:b/>
                <w:spacing w:val="-10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b/>
                <w:w w:val="105"/>
                <w:sz w:val="15"/>
                <w:lang w:val="ru-RU"/>
              </w:rPr>
              <w:t>и</w:t>
            </w:r>
            <w:r w:rsidRPr="0030397D">
              <w:rPr>
                <w:rFonts w:ascii="Times New Roman" w:eastAsia="Times New Roman" w:hAnsi="Times New Roman" w:cs="Times New Roman"/>
                <w:b/>
                <w:spacing w:val="-10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b/>
                <w:w w:val="105"/>
                <w:sz w:val="15"/>
                <w:lang w:val="ru-RU"/>
              </w:rPr>
              <w:t>тем</w:t>
            </w:r>
            <w:r w:rsidRPr="0030397D">
              <w:rPr>
                <w:rFonts w:ascii="Times New Roman" w:eastAsia="Times New Roman" w:hAnsi="Times New Roman" w:cs="Times New Roman"/>
                <w:b/>
                <w:spacing w:val="-9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b/>
                <w:w w:val="105"/>
                <w:sz w:val="15"/>
                <w:lang w:val="ru-RU"/>
              </w:rPr>
              <w:t>программы</w:t>
            </w:r>
          </w:p>
        </w:tc>
        <w:tc>
          <w:tcPr>
            <w:tcW w:w="2772" w:type="dxa"/>
            <w:gridSpan w:val="3"/>
          </w:tcPr>
          <w:p w:rsidR="0030397D" w:rsidRPr="0030397D" w:rsidRDefault="0030397D" w:rsidP="0030397D">
            <w:pPr>
              <w:spacing w:before="74"/>
              <w:rPr>
                <w:rFonts w:ascii="Times New Roman" w:eastAsia="Times New Roman" w:hAnsi="Times New Roman" w:cs="Times New Roman"/>
                <w:b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b/>
                <w:spacing w:val="-1"/>
                <w:w w:val="105"/>
                <w:sz w:val="15"/>
                <w:lang w:val="ru-RU"/>
              </w:rPr>
              <w:t>Количество</w:t>
            </w:r>
            <w:r w:rsidRPr="0030397D">
              <w:rPr>
                <w:rFonts w:ascii="Times New Roman" w:eastAsia="Times New Roman" w:hAnsi="Times New Roman" w:cs="Times New Roman"/>
                <w:b/>
                <w:spacing w:val="-6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b/>
                <w:w w:val="105"/>
                <w:sz w:val="15"/>
                <w:lang w:val="ru-RU"/>
              </w:rPr>
              <w:t>часов</w:t>
            </w:r>
          </w:p>
        </w:tc>
        <w:tc>
          <w:tcPr>
            <w:tcW w:w="864" w:type="dxa"/>
            <w:vMerge w:val="restart"/>
          </w:tcPr>
          <w:p w:rsidR="0030397D" w:rsidRPr="0030397D" w:rsidRDefault="0030397D" w:rsidP="0030397D">
            <w:pPr>
              <w:spacing w:before="74" w:line="266" w:lineRule="auto"/>
              <w:ind w:right="100"/>
              <w:rPr>
                <w:rFonts w:ascii="Times New Roman" w:eastAsia="Times New Roman" w:hAnsi="Times New Roman" w:cs="Times New Roman"/>
                <w:b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b/>
                <w:w w:val="105"/>
                <w:sz w:val="15"/>
                <w:lang w:val="ru-RU"/>
              </w:rPr>
              <w:t>Дата</w:t>
            </w:r>
            <w:r w:rsidRPr="0030397D">
              <w:rPr>
                <w:rFonts w:ascii="Times New Roman" w:eastAsia="Times New Roman" w:hAnsi="Times New Roman" w:cs="Times New Roman"/>
                <w:b/>
                <w:spacing w:val="1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b/>
                <w:spacing w:val="-1"/>
                <w:w w:val="105"/>
                <w:sz w:val="15"/>
                <w:lang w:val="ru-RU"/>
              </w:rPr>
              <w:t>изучения</w:t>
            </w:r>
          </w:p>
        </w:tc>
        <w:tc>
          <w:tcPr>
            <w:tcW w:w="5066" w:type="dxa"/>
            <w:vMerge w:val="restart"/>
          </w:tcPr>
          <w:p w:rsidR="0030397D" w:rsidRPr="0030397D" w:rsidRDefault="0030397D" w:rsidP="0030397D">
            <w:pPr>
              <w:spacing w:before="74"/>
              <w:rPr>
                <w:rFonts w:ascii="Times New Roman" w:eastAsia="Times New Roman" w:hAnsi="Times New Roman" w:cs="Times New Roman"/>
                <w:b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b/>
                <w:spacing w:val="-1"/>
                <w:w w:val="105"/>
                <w:sz w:val="15"/>
                <w:lang w:val="ru-RU"/>
              </w:rPr>
              <w:t>Виды</w:t>
            </w:r>
            <w:r w:rsidRPr="0030397D"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b/>
                <w:spacing w:val="-1"/>
                <w:w w:val="105"/>
                <w:sz w:val="15"/>
                <w:lang w:val="ru-RU"/>
              </w:rPr>
              <w:t>деятельности</w:t>
            </w:r>
          </w:p>
        </w:tc>
        <w:tc>
          <w:tcPr>
            <w:tcW w:w="1236" w:type="dxa"/>
            <w:vMerge w:val="restart"/>
          </w:tcPr>
          <w:p w:rsidR="0030397D" w:rsidRPr="0030397D" w:rsidRDefault="0030397D" w:rsidP="0030397D">
            <w:pPr>
              <w:spacing w:before="74" w:line="266" w:lineRule="auto"/>
              <w:ind w:right="161"/>
              <w:rPr>
                <w:rFonts w:ascii="Times New Roman" w:eastAsia="Times New Roman" w:hAnsi="Times New Roman" w:cs="Times New Roman"/>
                <w:b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b/>
                <w:spacing w:val="-2"/>
                <w:w w:val="105"/>
                <w:sz w:val="15"/>
                <w:lang w:val="ru-RU"/>
              </w:rPr>
              <w:t>Виды, формы</w:t>
            </w:r>
            <w:r w:rsidRPr="0030397D">
              <w:rPr>
                <w:rFonts w:ascii="Times New Roman" w:eastAsia="Times New Roman" w:hAnsi="Times New Roman" w:cs="Times New Roman"/>
                <w:b/>
                <w:spacing w:val="-37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b/>
                <w:w w:val="105"/>
                <w:sz w:val="15"/>
                <w:lang w:val="ru-RU"/>
              </w:rPr>
              <w:t>контроля</w:t>
            </w:r>
          </w:p>
        </w:tc>
        <w:tc>
          <w:tcPr>
            <w:tcW w:w="1548" w:type="dxa"/>
            <w:vMerge w:val="restart"/>
          </w:tcPr>
          <w:p w:rsidR="0030397D" w:rsidRPr="0030397D" w:rsidRDefault="0030397D" w:rsidP="0030397D">
            <w:pPr>
              <w:spacing w:before="74" w:line="266" w:lineRule="auto"/>
              <w:ind w:right="215"/>
              <w:rPr>
                <w:rFonts w:ascii="Times New Roman" w:eastAsia="Times New Roman" w:hAnsi="Times New Roman" w:cs="Times New Roman"/>
                <w:b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b/>
                <w:w w:val="105"/>
                <w:sz w:val="15"/>
                <w:lang w:val="ru-RU"/>
              </w:rPr>
              <w:t>Электронные</w:t>
            </w:r>
            <w:r w:rsidRPr="0030397D">
              <w:rPr>
                <w:rFonts w:ascii="Times New Roman" w:eastAsia="Times New Roman" w:hAnsi="Times New Roman" w:cs="Times New Roman"/>
                <w:b/>
                <w:spacing w:val="1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b/>
                <w:w w:val="105"/>
                <w:sz w:val="15"/>
                <w:lang w:val="ru-RU"/>
              </w:rPr>
              <w:t>(цифровые)</w:t>
            </w:r>
            <w:r w:rsidRPr="0030397D">
              <w:rPr>
                <w:rFonts w:ascii="Times New Roman" w:eastAsia="Times New Roman" w:hAnsi="Times New Roman" w:cs="Times New Roman"/>
                <w:b/>
                <w:spacing w:val="1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b/>
                <w:spacing w:val="-1"/>
                <w:w w:val="105"/>
                <w:sz w:val="15"/>
                <w:lang w:val="ru-RU"/>
              </w:rPr>
              <w:t>образовательные</w:t>
            </w:r>
            <w:r w:rsidRPr="0030397D">
              <w:rPr>
                <w:rFonts w:ascii="Times New Roman" w:eastAsia="Times New Roman" w:hAnsi="Times New Roman" w:cs="Times New Roman"/>
                <w:b/>
                <w:spacing w:val="-37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b/>
                <w:w w:val="105"/>
                <w:sz w:val="15"/>
                <w:lang w:val="ru-RU"/>
              </w:rPr>
              <w:t>ресурсы</w:t>
            </w:r>
          </w:p>
        </w:tc>
      </w:tr>
      <w:tr w:rsidR="0030397D" w:rsidRPr="0030397D" w:rsidTr="005B299F">
        <w:trPr>
          <w:trHeight w:val="561"/>
        </w:trPr>
        <w:tc>
          <w:tcPr>
            <w:tcW w:w="396" w:type="dxa"/>
            <w:vMerge/>
            <w:tcBorders>
              <w:top w:val="nil"/>
            </w:tcBorders>
          </w:tcPr>
          <w:p w:rsidR="0030397D" w:rsidRPr="0030397D" w:rsidRDefault="0030397D" w:rsidP="0030397D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3614" w:type="dxa"/>
            <w:vMerge/>
            <w:tcBorders>
              <w:top w:val="nil"/>
            </w:tcBorders>
          </w:tcPr>
          <w:p w:rsidR="0030397D" w:rsidRPr="0030397D" w:rsidRDefault="0030397D" w:rsidP="0030397D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528" w:type="dxa"/>
          </w:tcPr>
          <w:p w:rsidR="0030397D" w:rsidRPr="0030397D" w:rsidRDefault="0030397D" w:rsidP="0030397D">
            <w:pPr>
              <w:spacing w:before="74"/>
              <w:rPr>
                <w:rFonts w:ascii="Times New Roman" w:eastAsia="Times New Roman" w:hAnsi="Times New Roman" w:cs="Times New Roman"/>
                <w:b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b/>
                <w:w w:val="105"/>
                <w:sz w:val="15"/>
                <w:lang w:val="ru-RU"/>
              </w:rPr>
              <w:t>всего</w:t>
            </w:r>
          </w:p>
        </w:tc>
        <w:tc>
          <w:tcPr>
            <w:tcW w:w="1104" w:type="dxa"/>
          </w:tcPr>
          <w:p w:rsidR="0030397D" w:rsidRPr="0030397D" w:rsidRDefault="0030397D" w:rsidP="0030397D">
            <w:pPr>
              <w:spacing w:before="74" w:line="266" w:lineRule="auto"/>
              <w:ind w:right="43"/>
              <w:rPr>
                <w:rFonts w:ascii="Times New Roman" w:eastAsia="Times New Roman" w:hAnsi="Times New Roman" w:cs="Times New Roman"/>
                <w:b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b/>
                <w:spacing w:val="-1"/>
                <w:w w:val="105"/>
                <w:sz w:val="15"/>
                <w:lang w:val="ru-RU"/>
              </w:rPr>
              <w:t>контрольные</w:t>
            </w:r>
            <w:r w:rsidRPr="0030397D">
              <w:rPr>
                <w:rFonts w:ascii="Times New Roman" w:eastAsia="Times New Roman" w:hAnsi="Times New Roman" w:cs="Times New Roman"/>
                <w:b/>
                <w:spacing w:val="-37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b/>
                <w:w w:val="105"/>
                <w:sz w:val="15"/>
                <w:lang w:val="ru-RU"/>
              </w:rPr>
              <w:t>работы</w:t>
            </w:r>
          </w:p>
        </w:tc>
        <w:tc>
          <w:tcPr>
            <w:tcW w:w="1140" w:type="dxa"/>
          </w:tcPr>
          <w:p w:rsidR="0030397D" w:rsidRPr="0030397D" w:rsidRDefault="0030397D" w:rsidP="0030397D">
            <w:pPr>
              <w:spacing w:before="74" w:line="266" w:lineRule="auto"/>
              <w:ind w:right="44"/>
              <w:rPr>
                <w:rFonts w:ascii="Times New Roman" w:eastAsia="Times New Roman" w:hAnsi="Times New Roman" w:cs="Times New Roman"/>
                <w:b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b/>
                <w:spacing w:val="-1"/>
                <w:w w:val="105"/>
                <w:sz w:val="15"/>
                <w:lang w:val="ru-RU"/>
              </w:rPr>
              <w:t>практические</w:t>
            </w:r>
            <w:r w:rsidRPr="0030397D">
              <w:rPr>
                <w:rFonts w:ascii="Times New Roman" w:eastAsia="Times New Roman" w:hAnsi="Times New Roman" w:cs="Times New Roman"/>
                <w:b/>
                <w:spacing w:val="-37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b/>
                <w:w w:val="105"/>
                <w:sz w:val="15"/>
                <w:lang w:val="ru-RU"/>
              </w:rPr>
              <w:t>работы</w:t>
            </w:r>
          </w:p>
        </w:tc>
        <w:tc>
          <w:tcPr>
            <w:tcW w:w="864" w:type="dxa"/>
            <w:vMerge/>
            <w:tcBorders>
              <w:top w:val="nil"/>
            </w:tcBorders>
          </w:tcPr>
          <w:p w:rsidR="0030397D" w:rsidRPr="0030397D" w:rsidRDefault="0030397D" w:rsidP="0030397D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5066" w:type="dxa"/>
            <w:vMerge/>
            <w:tcBorders>
              <w:top w:val="nil"/>
            </w:tcBorders>
          </w:tcPr>
          <w:p w:rsidR="0030397D" w:rsidRPr="0030397D" w:rsidRDefault="0030397D" w:rsidP="0030397D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236" w:type="dxa"/>
            <w:vMerge/>
            <w:tcBorders>
              <w:top w:val="nil"/>
            </w:tcBorders>
          </w:tcPr>
          <w:p w:rsidR="0030397D" w:rsidRPr="0030397D" w:rsidRDefault="0030397D" w:rsidP="0030397D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1548" w:type="dxa"/>
            <w:vMerge/>
            <w:tcBorders>
              <w:top w:val="nil"/>
            </w:tcBorders>
          </w:tcPr>
          <w:p w:rsidR="0030397D" w:rsidRPr="0030397D" w:rsidRDefault="0030397D" w:rsidP="0030397D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</w:tr>
      <w:tr w:rsidR="0030397D" w:rsidRPr="0030397D" w:rsidTr="005B299F">
        <w:trPr>
          <w:trHeight w:val="333"/>
        </w:trPr>
        <w:tc>
          <w:tcPr>
            <w:tcW w:w="15496" w:type="dxa"/>
            <w:gridSpan w:val="9"/>
          </w:tcPr>
          <w:p w:rsidR="0030397D" w:rsidRPr="0030397D" w:rsidRDefault="0030397D" w:rsidP="0030397D">
            <w:pPr>
              <w:spacing w:before="74"/>
              <w:rPr>
                <w:rFonts w:ascii="Times New Roman" w:eastAsia="Times New Roman" w:hAnsi="Times New Roman" w:cs="Times New Roman"/>
                <w:b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Раздел</w:t>
            </w:r>
            <w:r w:rsidRPr="0030397D">
              <w:rPr>
                <w:rFonts w:ascii="Times New Roman" w:eastAsia="Times New Roman" w:hAnsi="Times New Roman" w:cs="Times New Roman"/>
                <w:spacing w:val="-7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1.</w:t>
            </w:r>
            <w:r w:rsidRPr="0030397D">
              <w:rPr>
                <w:rFonts w:ascii="Times New Roman" w:eastAsia="Times New Roman" w:hAnsi="Times New Roman" w:cs="Times New Roman"/>
                <w:spacing w:val="-6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b/>
                <w:w w:val="105"/>
                <w:sz w:val="15"/>
                <w:lang w:val="ru-RU"/>
              </w:rPr>
              <w:t>Числа</w:t>
            </w:r>
          </w:p>
        </w:tc>
      </w:tr>
      <w:tr w:rsidR="0030397D" w:rsidRPr="0030397D" w:rsidTr="005B299F">
        <w:trPr>
          <w:trHeight w:val="525"/>
        </w:trPr>
        <w:tc>
          <w:tcPr>
            <w:tcW w:w="396" w:type="dxa"/>
          </w:tcPr>
          <w:p w:rsidR="0030397D" w:rsidRPr="0030397D" w:rsidRDefault="0030397D" w:rsidP="0030397D">
            <w:pPr>
              <w:spacing w:before="74"/>
              <w:ind w:right="49"/>
              <w:jc w:val="center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1.1.</w:t>
            </w:r>
          </w:p>
        </w:tc>
        <w:tc>
          <w:tcPr>
            <w:tcW w:w="3614" w:type="dxa"/>
          </w:tcPr>
          <w:p w:rsidR="0030397D" w:rsidRPr="0030397D" w:rsidRDefault="0030397D" w:rsidP="0030397D">
            <w:pPr>
              <w:spacing w:before="62"/>
              <w:rPr>
                <w:rFonts w:ascii="Times New Roman" w:eastAsia="Times New Roman" w:hAnsi="Times New Roman" w:cs="Times New Roman"/>
                <w:b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b/>
                <w:w w:val="105"/>
                <w:sz w:val="15"/>
                <w:lang w:val="ru-RU"/>
              </w:rPr>
              <w:t>Числа</w:t>
            </w:r>
            <w:r w:rsidRPr="0030397D">
              <w:rPr>
                <w:rFonts w:ascii="Times New Roman" w:eastAsia="Times New Roman" w:hAnsi="Times New Roman" w:cs="Times New Roman"/>
                <w:b/>
                <w:spacing w:val="-7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b/>
                <w:w w:val="105"/>
                <w:sz w:val="15"/>
                <w:lang w:val="ru-RU"/>
              </w:rPr>
              <w:t>от</w:t>
            </w:r>
            <w:r w:rsidRPr="0030397D">
              <w:rPr>
                <w:rFonts w:ascii="Times New Roman" w:eastAsia="Times New Roman" w:hAnsi="Times New Roman" w:cs="Times New Roman"/>
                <w:b/>
                <w:spacing w:val="-7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b/>
                <w:w w:val="105"/>
                <w:sz w:val="15"/>
                <w:lang w:val="ru-RU"/>
              </w:rPr>
              <w:t>1</w:t>
            </w:r>
            <w:r w:rsidRPr="0030397D">
              <w:rPr>
                <w:rFonts w:ascii="Times New Roman" w:eastAsia="Times New Roman" w:hAnsi="Times New Roman" w:cs="Times New Roman"/>
                <w:b/>
                <w:spacing w:val="-7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b/>
                <w:w w:val="105"/>
                <w:sz w:val="15"/>
                <w:lang w:val="ru-RU"/>
              </w:rPr>
              <w:t>до</w:t>
            </w:r>
            <w:r w:rsidRPr="0030397D">
              <w:rPr>
                <w:rFonts w:ascii="Times New Roman" w:eastAsia="Times New Roman" w:hAnsi="Times New Roman" w:cs="Times New Roman"/>
                <w:b/>
                <w:spacing w:val="-7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b/>
                <w:w w:val="105"/>
                <w:sz w:val="15"/>
                <w:lang w:val="ru-RU"/>
              </w:rPr>
              <w:t>9:</w:t>
            </w:r>
            <w:r w:rsidRPr="0030397D">
              <w:rPr>
                <w:rFonts w:ascii="Times New Roman" w:eastAsia="Times New Roman" w:hAnsi="Times New Roman" w:cs="Times New Roman"/>
                <w:b/>
                <w:spacing w:val="-7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b/>
                <w:w w:val="105"/>
                <w:sz w:val="15"/>
                <w:lang w:val="ru-RU"/>
              </w:rPr>
              <w:t>различение,</w:t>
            </w:r>
            <w:r w:rsidRPr="0030397D">
              <w:rPr>
                <w:rFonts w:ascii="Times New Roman" w:eastAsia="Times New Roman" w:hAnsi="Times New Roman" w:cs="Times New Roman"/>
                <w:b/>
                <w:spacing w:val="-7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b/>
                <w:w w:val="105"/>
                <w:sz w:val="15"/>
                <w:lang w:val="ru-RU"/>
              </w:rPr>
              <w:t>чтение,</w:t>
            </w:r>
            <w:r w:rsidRPr="0030397D">
              <w:rPr>
                <w:rFonts w:ascii="Times New Roman" w:eastAsia="Times New Roman" w:hAnsi="Times New Roman" w:cs="Times New Roman"/>
                <w:b/>
                <w:spacing w:val="-7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b/>
                <w:w w:val="105"/>
                <w:sz w:val="15"/>
                <w:lang w:val="ru-RU"/>
              </w:rPr>
              <w:t>запись.</w:t>
            </w:r>
          </w:p>
        </w:tc>
        <w:tc>
          <w:tcPr>
            <w:tcW w:w="528" w:type="dxa"/>
          </w:tcPr>
          <w:p w:rsidR="0030397D" w:rsidRPr="0030397D" w:rsidRDefault="0030397D" w:rsidP="0030397D">
            <w:pPr>
              <w:spacing w:before="74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4"/>
                <w:sz w:val="15"/>
                <w:lang w:val="ru-RU"/>
              </w:rPr>
              <w:t>2</w:t>
            </w:r>
          </w:p>
        </w:tc>
        <w:tc>
          <w:tcPr>
            <w:tcW w:w="1104" w:type="dxa"/>
          </w:tcPr>
          <w:p w:rsidR="0030397D" w:rsidRPr="0030397D" w:rsidRDefault="0030397D" w:rsidP="0030397D">
            <w:pPr>
              <w:spacing w:before="74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4"/>
                <w:sz w:val="15"/>
                <w:lang w:val="ru-RU"/>
              </w:rPr>
              <w:t>0</w:t>
            </w:r>
          </w:p>
        </w:tc>
        <w:tc>
          <w:tcPr>
            <w:tcW w:w="1140" w:type="dxa"/>
          </w:tcPr>
          <w:p w:rsidR="0030397D" w:rsidRPr="0030397D" w:rsidRDefault="0030397D" w:rsidP="0030397D">
            <w:pPr>
              <w:spacing w:before="74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4"/>
                <w:sz w:val="15"/>
                <w:lang w:val="ru-RU"/>
              </w:rPr>
              <w:t>2</w:t>
            </w:r>
          </w:p>
        </w:tc>
        <w:tc>
          <w:tcPr>
            <w:tcW w:w="864" w:type="dxa"/>
          </w:tcPr>
          <w:p w:rsidR="0030397D" w:rsidRPr="0030397D" w:rsidRDefault="0030397D" w:rsidP="0030397D">
            <w:pPr>
              <w:spacing w:before="74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02.09.2022</w:t>
            </w:r>
          </w:p>
          <w:p w:rsidR="0030397D" w:rsidRPr="0030397D" w:rsidRDefault="0030397D" w:rsidP="0030397D">
            <w:pPr>
              <w:spacing w:before="20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05.09.2022</w:t>
            </w:r>
          </w:p>
        </w:tc>
        <w:tc>
          <w:tcPr>
            <w:tcW w:w="5066" w:type="dxa"/>
          </w:tcPr>
          <w:p w:rsidR="0030397D" w:rsidRPr="0030397D" w:rsidRDefault="0030397D" w:rsidP="0030397D">
            <w:pPr>
              <w:spacing w:before="74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lang w:val="ru-RU"/>
              </w:rPr>
              <w:t>Словесное</w:t>
            </w:r>
            <w:r w:rsidRPr="0030397D">
              <w:rPr>
                <w:rFonts w:ascii="Times New Roman" w:eastAsia="Times New Roman" w:hAnsi="Times New Roman" w:cs="Times New Roman"/>
                <w:spacing w:val="-3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lang w:val="ru-RU"/>
              </w:rPr>
              <w:t>описание</w:t>
            </w:r>
            <w:r w:rsidRPr="0030397D">
              <w:rPr>
                <w:rFonts w:ascii="Times New Roman" w:eastAsia="Times New Roman" w:hAnsi="Times New Roman" w:cs="Times New Roman"/>
                <w:spacing w:val="-3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lang w:val="ru-RU"/>
              </w:rPr>
              <w:t>группы</w:t>
            </w:r>
            <w:r w:rsidRPr="0030397D">
              <w:rPr>
                <w:rFonts w:ascii="Times New Roman" w:eastAsia="Times New Roman" w:hAnsi="Times New Roman" w:cs="Times New Roman"/>
                <w:spacing w:val="-7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lang w:val="ru-RU"/>
              </w:rPr>
              <w:t>предметов,</w:t>
            </w:r>
            <w:r w:rsidRPr="0030397D">
              <w:rPr>
                <w:rFonts w:ascii="Times New Roman" w:eastAsia="Times New Roman" w:hAnsi="Times New Roman" w:cs="Times New Roman"/>
                <w:spacing w:val="-5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ряда</w:t>
            </w:r>
            <w:r w:rsidRPr="0030397D">
              <w:rPr>
                <w:rFonts w:ascii="Times New Roman" w:eastAsia="Times New Roman" w:hAnsi="Times New Roman" w:cs="Times New Roman"/>
                <w:spacing w:val="-5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чисел;</w:t>
            </w:r>
          </w:p>
        </w:tc>
        <w:tc>
          <w:tcPr>
            <w:tcW w:w="1236" w:type="dxa"/>
          </w:tcPr>
          <w:p w:rsidR="0030397D" w:rsidRPr="0030397D" w:rsidRDefault="0030397D" w:rsidP="0030397D">
            <w:pPr>
              <w:spacing w:before="74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Устный</w:t>
            </w:r>
            <w:r w:rsidRPr="0030397D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опрос;</w:t>
            </w:r>
          </w:p>
        </w:tc>
        <w:tc>
          <w:tcPr>
            <w:tcW w:w="1548" w:type="dxa"/>
          </w:tcPr>
          <w:p w:rsidR="0030397D" w:rsidRPr="0030397D" w:rsidRDefault="00D50E20" w:rsidP="0030397D">
            <w:pPr>
              <w:spacing w:before="74"/>
              <w:ind w:right="39"/>
              <w:jc w:val="center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hyperlink r:id="rId13">
              <w:r w:rsidR="0030397D" w:rsidRPr="0030397D">
                <w:rPr>
                  <w:rFonts w:ascii="Times New Roman" w:eastAsia="Times New Roman" w:hAnsi="Times New Roman" w:cs="Times New Roman"/>
                  <w:w w:val="105"/>
                  <w:sz w:val="15"/>
                  <w:lang w:val="ru-RU"/>
                </w:rPr>
                <w:t>http://kopilurokov.ru/</w:t>
              </w:r>
            </w:hyperlink>
          </w:p>
        </w:tc>
      </w:tr>
      <w:tr w:rsidR="0030397D" w:rsidRPr="0030397D" w:rsidTr="005B299F">
        <w:trPr>
          <w:trHeight w:val="909"/>
        </w:trPr>
        <w:tc>
          <w:tcPr>
            <w:tcW w:w="396" w:type="dxa"/>
          </w:tcPr>
          <w:p w:rsidR="0030397D" w:rsidRPr="0030397D" w:rsidRDefault="0030397D" w:rsidP="0030397D">
            <w:pPr>
              <w:spacing w:before="74"/>
              <w:ind w:right="49"/>
              <w:jc w:val="center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1.2.</w:t>
            </w:r>
          </w:p>
        </w:tc>
        <w:tc>
          <w:tcPr>
            <w:tcW w:w="3614" w:type="dxa"/>
          </w:tcPr>
          <w:p w:rsidR="0030397D" w:rsidRPr="0030397D" w:rsidRDefault="0030397D" w:rsidP="0030397D">
            <w:pPr>
              <w:spacing w:before="74"/>
              <w:rPr>
                <w:rFonts w:ascii="Times New Roman" w:eastAsia="Times New Roman" w:hAnsi="Times New Roman" w:cs="Times New Roman"/>
                <w:b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b/>
                <w:spacing w:val="-1"/>
                <w:w w:val="105"/>
                <w:sz w:val="15"/>
                <w:lang w:val="ru-RU"/>
              </w:rPr>
              <w:t>Единица</w:t>
            </w:r>
            <w:r w:rsidRPr="0030397D">
              <w:rPr>
                <w:rFonts w:ascii="Times New Roman" w:eastAsia="Times New Roman" w:hAnsi="Times New Roman" w:cs="Times New Roman"/>
                <w:b/>
                <w:spacing w:val="-9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b/>
                <w:w w:val="105"/>
                <w:sz w:val="15"/>
                <w:lang w:val="ru-RU"/>
              </w:rPr>
              <w:t>счёта.</w:t>
            </w:r>
            <w:r w:rsidRPr="0030397D">
              <w:rPr>
                <w:rFonts w:ascii="Times New Roman" w:eastAsia="Times New Roman" w:hAnsi="Times New Roman" w:cs="Times New Roman"/>
                <w:b/>
                <w:spacing w:val="-8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b/>
                <w:w w:val="105"/>
                <w:sz w:val="15"/>
                <w:lang w:val="ru-RU"/>
              </w:rPr>
              <w:t>Десяток.</w:t>
            </w:r>
          </w:p>
        </w:tc>
        <w:tc>
          <w:tcPr>
            <w:tcW w:w="528" w:type="dxa"/>
          </w:tcPr>
          <w:p w:rsidR="0030397D" w:rsidRPr="0030397D" w:rsidRDefault="0030397D" w:rsidP="0030397D">
            <w:pPr>
              <w:spacing w:before="74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4"/>
                <w:sz w:val="15"/>
                <w:lang w:val="ru-RU"/>
              </w:rPr>
              <w:t>2</w:t>
            </w:r>
          </w:p>
        </w:tc>
        <w:tc>
          <w:tcPr>
            <w:tcW w:w="1104" w:type="dxa"/>
          </w:tcPr>
          <w:p w:rsidR="0030397D" w:rsidRPr="0030397D" w:rsidRDefault="0030397D" w:rsidP="0030397D">
            <w:pPr>
              <w:spacing w:before="74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4"/>
                <w:sz w:val="15"/>
                <w:lang w:val="ru-RU"/>
              </w:rPr>
              <w:t>0</w:t>
            </w:r>
          </w:p>
        </w:tc>
        <w:tc>
          <w:tcPr>
            <w:tcW w:w="1140" w:type="dxa"/>
          </w:tcPr>
          <w:p w:rsidR="0030397D" w:rsidRPr="0030397D" w:rsidRDefault="0030397D" w:rsidP="0030397D">
            <w:pPr>
              <w:spacing w:before="74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4"/>
                <w:sz w:val="15"/>
                <w:lang w:val="ru-RU"/>
              </w:rPr>
              <w:t>2</w:t>
            </w:r>
          </w:p>
        </w:tc>
        <w:tc>
          <w:tcPr>
            <w:tcW w:w="864" w:type="dxa"/>
          </w:tcPr>
          <w:p w:rsidR="0030397D" w:rsidRPr="0030397D" w:rsidRDefault="0030397D" w:rsidP="0030397D">
            <w:pPr>
              <w:spacing w:before="74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06.09.2022</w:t>
            </w:r>
          </w:p>
          <w:p w:rsidR="0030397D" w:rsidRPr="0030397D" w:rsidRDefault="0030397D" w:rsidP="0030397D">
            <w:pPr>
              <w:spacing w:before="20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07.09.2022</w:t>
            </w:r>
          </w:p>
        </w:tc>
        <w:tc>
          <w:tcPr>
            <w:tcW w:w="5066" w:type="dxa"/>
          </w:tcPr>
          <w:p w:rsidR="0030397D" w:rsidRPr="0030397D" w:rsidRDefault="0030397D" w:rsidP="0030397D">
            <w:pPr>
              <w:spacing w:before="74" w:line="266" w:lineRule="auto"/>
              <w:ind w:right="134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lang w:val="ru-RU"/>
              </w:rPr>
              <w:t xml:space="preserve">Устная работа: счёт единицами в разном порядке, чтение,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упорядочение</w:t>
            </w:r>
            <w:r w:rsidRPr="0030397D">
              <w:rPr>
                <w:rFonts w:ascii="Times New Roman" w:eastAsia="Times New Roman" w:hAnsi="Times New Roman" w:cs="Times New Roman"/>
                <w:spacing w:val="-37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однозначных</w:t>
            </w:r>
            <w:r w:rsidRPr="0030397D">
              <w:rPr>
                <w:rFonts w:ascii="Times New Roman" w:eastAsia="Times New Roman" w:hAnsi="Times New Roman" w:cs="Times New Roman"/>
                <w:spacing w:val="-2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и</w:t>
            </w:r>
            <w:r w:rsidRPr="0030397D">
              <w:rPr>
                <w:rFonts w:ascii="Times New Roman" w:eastAsia="Times New Roman" w:hAnsi="Times New Roman" w:cs="Times New Roman"/>
                <w:spacing w:val="-2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двузначных</w:t>
            </w:r>
            <w:r w:rsidRPr="0030397D">
              <w:rPr>
                <w:rFonts w:ascii="Times New Roman" w:eastAsia="Times New Roman" w:hAnsi="Times New Roman" w:cs="Times New Roman"/>
                <w:spacing w:val="-2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чисел;</w:t>
            </w:r>
            <w:r w:rsidRPr="0030397D">
              <w:rPr>
                <w:rFonts w:ascii="Times New Roman" w:eastAsia="Times New Roman" w:hAnsi="Times New Roman" w:cs="Times New Roman"/>
                <w:spacing w:val="-2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счёт</w:t>
            </w:r>
            <w:r w:rsidRPr="0030397D">
              <w:rPr>
                <w:rFonts w:ascii="Times New Roman" w:eastAsia="Times New Roman" w:hAnsi="Times New Roman" w:cs="Times New Roman"/>
                <w:spacing w:val="-2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по</w:t>
            </w:r>
            <w:r w:rsidRPr="0030397D">
              <w:rPr>
                <w:rFonts w:ascii="Times New Roman" w:eastAsia="Times New Roman" w:hAnsi="Times New Roman" w:cs="Times New Roman"/>
                <w:spacing w:val="-2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2,</w:t>
            </w:r>
            <w:r w:rsidRPr="0030397D">
              <w:rPr>
                <w:rFonts w:ascii="Times New Roman" w:eastAsia="Times New Roman" w:hAnsi="Times New Roman" w:cs="Times New Roman"/>
                <w:spacing w:val="-2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по</w:t>
            </w:r>
            <w:r w:rsidRPr="0030397D">
              <w:rPr>
                <w:rFonts w:ascii="Times New Roman" w:eastAsia="Times New Roman" w:hAnsi="Times New Roman" w:cs="Times New Roman"/>
                <w:spacing w:val="-2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5;</w:t>
            </w:r>
          </w:p>
          <w:p w:rsidR="0030397D" w:rsidRPr="0030397D" w:rsidRDefault="0030397D" w:rsidP="0030397D">
            <w:pPr>
              <w:spacing w:before="2" w:line="266" w:lineRule="auto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lang w:val="ru-RU"/>
              </w:rPr>
              <w:t>Работа</w:t>
            </w:r>
            <w:r w:rsidRPr="0030397D">
              <w:rPr>
                <w:rFonts w:ascii="Times New Roman" w:eastAsia="Times New Roman" w:hAnsi="Times New Roman" w:cs="Times New Roman"/>
                <w:spacing w:val="-9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lang w:val="ru-RU"/>
              </w:rPr>
              <w:t>с</w:t>
            </w:r>
            <w:r w:rsidRPr="0030397D">
              <w:rPr>
                <w:rFonts w:ascii="Times New Roman" w:eastAsia="Times New Roman" w:hAnsi="Times New Roman" w:cs="Times New Roman"/>
                <w:spacing w:val="-9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lang w:val="ru-RU"/>
              </w:rPr>
              <w:t>таблицей</w:t>
            </w:r>
            <w:r w:rsidRPr="0030397D">
              <w:rPr>
                <w:rFonts w:ascii="Times New Roman" w:eastAsia="Times New Roman" w:hAnsi="Times New Roman" w:cs="Times New Roman"/>
                <w:spacing w:val="-9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lang w:val="ru-RU"/>
              </w:rPr>
              <w:t>чисел:</w:t>
            </w:r>
            <w:r w:rsidRPr="0030397D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наблюдение,</w:t>
            </w:r>
            <w:r w:rsidRPr="0030397D">
              <w:rPr>
                <w:rFonts w:ascii="Times New Roman" w:eastAsia="Times New Roman" w:hAnsi="Times New Roman" w:cs="Times New Roman"/>
                <w:spacing w:val="-9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установление</w:t>
            </w:r>
            <w:r w:rsidRPr="0030397D">
              <w:rPr>
                <w:rFonts w:ascii="Times New Roman" w:eastAsia="Times New Roman" w:hAnsi="Times New Roman" w:cs="Times New Roman"/>
                <w:spacing w:val="-9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закономерностей</w:t>
            </w:r>
            <w:r w:rsidRPr="0030397D">
              <w:rPr>
                <w:rFonts w:ascii="Times New Roman" w:eastAsia="Times New Roman" w:hAnsi="Times New Roman" w:cs="Times New Roman"/>
                <w:spacing w:val="-9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в</w:t>
            </w:r>
            <w:r w:rsidRPr="0030397D">
              <w:rPr>
                <w:rFonts w:ascii="Times New Roman" w:eastAsia="Times New Roman" w:hAnsi="Times New Roman" w:cs="Times New Roman"/>
                <w:spacing w:val="1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расположении</w:t>
            </w:r>
            <w:r w:rsidRPr="0030397D">
              <w:rPr>
                <w:rFonts w:ascii="Times New Roman" w:eastAsia="Times New Roman" w:hAnsi="Times New Roman" w:cs="Times New Roman"/>
                <w:spacing w:val="-2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чисел;</w:t>
            </w:r>
          </w:p>
        </w:tc>
        <w:tc>
          <w:tcPr>
            <w:tcW w:w="1236" w:type="dxa"/>
          </w:tcPr>
          <w:p w:rsidR="0030397D" w:rsidRPr="0030397D" w:rsidRDefault="0030397D" w:rsidP="0030397D">
            <w:pPr>
              <w:spacing w:before="74" w:line="266" w:lineRule="auto"/>
              <w:ind w:right="204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lang w:val="ru-RU"/>
              </w:rPr>
              <w:t>Практическая</w:t>
            </w:r>
            <w:r w:rsidRPr="0030397D">
              <w:rPr>
                <w:rFonts w:ascii="Times New Roman" w:eastAsia="Times New Roman" w:hAnsi="Times New Roman" w:cs="Times New Roman"/>
                <w:spacing w:val="-37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работа;</w:t>
            </w:r>
          </w:p>
        </w:tc>
        <w:tc>
          <w:tcPr>
            <w:tcW w:w="1548" w:type="dxa"/>
          </w:tcPr>
          <w:p w:rsidR="0030397D" w:rsidRPr="0030397D" w:rsidRDefault="00D50E20" w:rsidP="0030397D">
            <w:pPr>
              <w:spacing w:before="74"/>
              <w:ind w:right="39"/>
              <w:jc w:val="center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hyperlink r:id="rId14">
              <w:r w:rsidR="0030397D" w:rsidRPr="0030397D">
                <w:rPr>
                  <w:rFonts w:ascii="Times New Roman" w:eastAsia="Times New Roman" w:hAnsi="Times New Roman" w:cs="Times New Roman"/>
                  <w:w w:val="105"/>
                  <w:sz w:val="15"/>
                  <w:lang w:val="ru-RU"/>
                </w:rPr>
                <w:t>http://kopilurokov.ru/,</w:t>
              </w:r>
            </w:hyperlink>
          </w:p>
        </w:tc>
      </w:tr>
      <w:tr w:rsidR="0030397D" w:rsidRPr="0030397D" w:rsidTr="005B299F">
        <w:trPr>
          <w:trHeight w:val="909"/>
        </w:trPr>
        <w:tc>
          <w:tcPr>
            <w:tcW w:w="396" w:type="dxa"/>
          </w:tcPr>
          <w:p w:rsidR="0030397D" w:rsidRPr="0030397D" w:rsidRDefault="0030397D" w:rsidP="0030397D">
            <w:pPr>
              <w:spacing w:before="74"/>
              <w:ind w:right="49"/>
              <w:jc w:val="center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1.3.</w:t>
            </w:r>
          </w:p>
        </w:tc>
        <w:tc>
          <w:tcPr>
            <w:tcW w:w="3614" w:type="dxa"/>
          </w:tcPr>
          <w:p w:rsidR="0030397D" w:rsidRPr="0030397D" w:rsidRDefault="0030397D" w:rsidP="0030397D">
            <w:pPr>
              <w:spacing w:before="74"/>
              <w:rPr>
                <w:rFonts w:ascii="Times New Roman" w:eastAsia="Times New Roman" w:hAnsi="Times New Roman" w:cs="Times New Roman"/>
                <w:b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b/>
                <w:spacing w:val="-1"/>
                <w:w w:val="105"/>
                <w:sz w:val="15"/>
                <w:lang w:val="ru-RU"/>
              </w:rPr>
              <w:t>Счёт</w:t>
            </w:r>
            <w:r w:rsidRPr="0030397D">
              <w:rPr>
                <w:rFonts w:ascii="Times New Roman" w:eastAsia="Times New Roman" w:hAnsi="Times New Roman" w:cs="Times New Roman"/>
                <w:b/>
                <w:spacing w:val="-9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b/>
                <w:spacing w:val="-1"/>
                <w:w w:val="105"/>
                <w:sz w:val="15"/>
                <w:lang w:val="ru-RU"/>
              </w:rPr>
              <w:t>предметов,</w:t>
            </w:r>
            <w:r w:rsidRPr="0030397D">
              <w:rPr>
                <w:rFonts w:ascii="Times New Roman" w:eastAsia="Times New Roman" w:hAnsi="Times New Roman" w:cs="Times New Roman"/>
                <w:b/>
                <w:spacing w:val="-9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b/>
                <w:w w:val="105"/>
                <w:sz w:val="15"/>
                <w:lang w:val="ru-RU"/>
              </w:rPr>
              <w:t>запись</w:t>
            </w:r>
            <w:r w:rsidRPr="0030397D">
              <w:rPr>
                <w:rFonts w:ascii="Times New Roman" w:eastAsia="Times New Roman" w:hAnsi="Times New Roman" w:cs="Times New Roman"/>
                <w:b/>
                <w:spacing w:val="-9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b/>
                <w:w w:val="105"/>
                <w:sz w:val="15"/>
                <w:lang w:val="ru-RU"/>
              </w:rPr>
              <w:t>результата</w:t>
            </w:r>
            <w:r w:rsidRPr="0030397D">
              <w:rPr>
                <w:rFonts w:ascii="Times New Roman" w:eastAsia="Times New Roman" w:hAnsi="Times New Roman" w:cs="Times New Roman"/>
                <w:b/>
                <w:spacing w:val="-8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b/>
                <w:w w:val="105"/>
                <w:sz w:val="15"/>
                <w:lang w:val="ru-RU"/>
              </w:rPr>
              <w:t>цифрами.</w:t>
            </w:r>
          </w:p>
        </w:tc>
        <w:tc>
          <w:tcPr>
            <w:tcW w:w="528" w:type="dxa"/>
          </w:tcPr>
          <w:p w:rsidR="0030397D" w:rsidRPr="0030397D" w:rsidRDefault="0030397D" w:rsidP="0030397D">
            <w:pPr>
              <w:spacing w:before="74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4"/>
                <w:sz w:val="15"/>
                <w:lang w:val="ru-RU"/>
              </w:rPr>
              <w:t>2</w:t>
            </w:r>
          </w:p>
        </w:tc>
        <w:tc>
          <w:tcPr>
            <w:tcW w:w="1104" w:type="dxa"/>
          </w:tcPr>
          <w:p w:rsidR="0030397D" w:rsidRPr="0030397D" w:rsidRDefault="0030397D" w:rsidP="0030397D">
            <w:pPr>
              <w:spacing w:before="74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4"/>
                <w:sz w:val="15"/>
                <w:lang w:val="ru-RU"/>
              </w:rPr>
              <w:t>0</w:t>
            </w:r>
          </w:p>
        </w:tc>
        <w:tc>
          <w:tcPr>
            <w:tcW w:w="1140" w:type="dxa"/>
          </w:tcPr>
          <w:p w:rsidR="0030397D" w:rsidRPr="0030397D" w:rsidRDefault="0030397D" w:rsidP="0030397D">
            <w:pPr>
              <w:spacing w:before="74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4"/>
                <w:sz w:val="15"/>
                <w:lang w:val="ru-RU"/>
              </w:rPr>
              <w:t>2</w:t>
            </w:r>
          </w:p>
        </w:tc>
        <w:tc>
          <w:tcPr>
            <w:tcW w:w="864" w:type="dxa"/>
          </w:tcPr>
          <w:p w:rsidR="0030397D" w:rsidRPr="0030397D" w:rsidRDefault="0030397D" w:rsidP="0030397D">
            <w:pPr>
              <w:spacing w:before="74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08.09.2022</w:t>
            </w:r>
          </w:p>
          <w:p w:rsidR="0030397D" w:rsidRPr="0030397D" w:rsidRDefault="0030397D" w:rsidP="0030397D">
            <w:pPr>
              <w:spacing w:before="20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12.09.2022</w:t>
            </w:r>
          </w:p>
        </w:tc>
        <w:tc>
          <w:tcPr>
            <w:tcW w:w="5066" w:type="dxa"/>
          </w:tcPr>
          <w:p w:rsidR="0030397D" w:rsidRPr="0030397D" w:rsidRDefault="0030397D" w:rsidP="0030397D">
            <w:pPr>
              <w:spacing w:before="74"/>
              <w:jc w:val="both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Работа</w:t>
            </w:r>
            <w:r w:rsidRPr="0030397D">
              <w:rPr>
                <w:rFonts w:ascii="Times New Roman" w:eastAsia="Times New Roman" w:hAnsi="Times New Roman" w:cs="Times New Roman"/>
                <w:spacing w:val="-9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в</w:t>
            </w:r>
            <w:r w:rsidRPr="0030397D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парах/</w:t>
            </w:r>
            <w:r w:rsidRPr="0030397D">
              <w:rPr>
                <w:rFonts w:ascii="Times New Roman" w:eastAsia="Times New Roman" w:hAnsi="Times New Roman" w:cs="Times New Roman"/>
                <w:spacing w:val="-9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группах.</w:t>
            </w:r>
            <w:r w:rsidRPr="0030397D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Формулирование</w:t>
            </w:r>
            <w:r w:rsidRPr="0030397D">
              <w:rPr>
                <w:rFonts w:ascii="Times New Roman" w:eastAsia="Times New Roman" w:hAnsi="Times New Roman" w:cs="Times New Roman"/>
                <w:spacing w:val="-9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ответов</w:t>
            </w:r>
            <w:r w:rsidRPr="0030397D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на</w:t>
            </w:r>
            <w:r w:rsidRPr="0030397D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вопросы:</w:t>
            </w:r>
          </w:p>
          <w:p w:rsidR="0030397D" w:rsidRPr="0030397D" w:rsidRDefault="0030397D" w:rsidP="0030397D">
            <w:pPr>
              <w:spacing w:before="20" w:line="266" w:lineRule="auto"/>
              <w:ind w:right="154"/>
              <w:jc w:val="both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«Сколько?»,</w:t>
            </w:r>
            <w:r w:rsidRPr="0030397D">
              <w:rPr>
                <w:rFonts w:ascii="Times New Roman" w:eastAsia="Times New Roman" w:hAnsi="Times New Roman" w:cs="Times New Roman"/>
                <w:spacing w:val="-9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«Который</w:t>
            </w:r>
            <w:r w:rsidRPr="0030397D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по</w:t>
            </w:r>
            <w:r w:rsidRPr="0030397D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счёту?»,</w:t>
            </w:r>
            <w:r w:rsidRPr="0030397D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«На</w:t>
            </w:r>
            <w:r w:rsidRPr="0030397D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сколько</w:t>
            </w:r>
            <w:r w:rsidRPr="0030397D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больше?»,</w:t>
            </w:r>
            <w:r w:rsidRPr="0030397D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«На</w:t>
            </w:r>
            <w:r w:rsidRPr="0030397D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сколько</w:t>
            </w:r>
            <w:r w:rsidRPr="0030397D">
              <w:rPr>
                <w:rFonts w:ascii="Times New Roman" w:eastAsia="Times New Roman" w:hAnsi="Times New Roman" w:cs="Times New Roman"/>
                <w:spacing w:val="1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lang w:val="ru-RU"/>
              </w:rPr>
              <w:t>меньше?»,</w:t>
            </w:r>
            <w:r w:rsidRPr="0030397D">
              <w:rPr>
                <w:rFonts w:ascii="Times New Roman" w:eastAsia="Times New Roman" w:hAnsi="Times New Roman" w:cs="Times New Roman"/>
                <w:spacing w:val="-9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lang w:val="ru-RU"/>
              </w:rPr>
              <w:t>«Что</w:t>
            </w:r>
            <w:r w:rsidRPr="0030397D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lang w:val="ru-RU"/>
              </w:rPr>
              <w:t>получится,</w:t>
            </w:r>
            <w:r w:rsidRPr="0030397D">
              <w:rPr>
                <w:rFonts w:ascii="Times New Roman" w:eastAsia="Times New Roman" w:hAnsi="Times New Roman" w:cs="Times New Roman"/>
                <w:spacing w:val="-9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если</w:t>
            </w:r>
            <w:r w:rsidRPr="0030397D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увеличить/уменьшить</w:t>
            </w:r>
            <w:r w:rsidRPr="0030397D">
              <w:rPr>
                <w:rFonts w:ascii="Times New Roman" w:eastAsia="Times New Roman" w:hAnsi="Times New Roman" w:cs="Times New Roman"/>
                <w:spacing w:val="-9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количество</w:t>
            </w:r>
            <w:r w:rsidRPr="0030397D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на</w:t>
            </w:r>
            <w:r w:rsidRPr="0030397D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1,</w:t>
            </w:r>
            <w:r w:rsidRPr="0030397D">
              <w:rPr>
                <w:rFonts w:ascii="Times New Roman" w:eastAsia="Times New Roman" w:hAnsi="Times New Roman" w:cs="Times New Roman"/>
                <w:spacing w:val="-37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на</w:t>
            </w:r>
            <w:r w:rsidRPr="0030397D">
              <w:rPr>
                <w:rFonts w:ascii="Times New Roman" w:eastAsia="Times New Roman" w:hAnsi="Times New Roman" w:cs="Times New Roman"/>
                <w:spacing w:val="-2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2?»</w:t>
            </w:r>
            <w:r w:rsidRPr="0030397D"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—</w:t>
            </w:r>
            <w:r w:rsidRPr="0030397D">
              <w:rPr>
                <w:rFonts w:ascii="Times New Roman" w:eastAsia="Times New Roman" w:hAnsi="Times New Roman" w:cs="Times New Roman"/>
                <w:spacing w:val="-2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по</w:t>
            </w:r>
            <w:r w:rsidRPr="0030397D">
              <w:rPr>
                <w:rFonts w:ascii="Times New Roman" w:eastAsia="Times New Roman" w:hAnsi="Times New Roman" w:cs="Times New Roman"/>
                <w:spacing w:val="-2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образцу</w:t>
            </w:r>
            <w:r w:rsidRPr="0030397D"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и</w:t>
            </w:r>
            <w:r w:rsidRPr="0030397D">
              <w:rPr>
                <w:rFonts w:ascii="Times New Roman" w:eastAsia="Times New Roman" w:hAnsi="Times New Roman" w:cs="Times New Roman"/>
                <w:spacing w:val="-2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самостоятельно;</w:t>
            </w:r>
          </w:p>
        </w:tc>
        <w:tc>
          <w:tcPr>
            <w:tcW w:w="1236" w:type="dxa"/>
          </w:tcPr>
          <w:p w:rsidR="0030397D" w:rsidRPr="0030397D" w:rsidRDefault="0030397D" w:rsidP="0030397D">
            <w:pPr>
              <w:spacing w:before="74" w:line="266" w:lineRule="auto"/>
              <w:ind w:right="147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Практическая</w:t>
            </w:r>
            <w:r w:rsidRPr="0030397D">
              <w:rPr>
                <w:rFonts w:ascii="Times New Roman" w:eastAsia="Times New Roman" w:hAnsi="Times New Roman" w:cs="Times New Roman"/>
                <w:spacing w:val="1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работа;</w:t>
            </w:r>
            <w:r w:rsidRPr="0030397D">
              <w:rPr>
                <w:rFonts w:ascii="Times New Roman" w:eastAsia="Times New Roman" w:hAnsi="Times New Roman" w:cs="Times New Roman"/>
                <w:spacing w:val="1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pacing w:val="-2"/>
                <w:w w:val="105"/>
                <w:sz w:val="15"/>
                <w:lang w:val="ru-RU"/>
              </w:rPr>
              <w:t>Устный</w:t>
            </w:r>
            <w:r w:rsidRPr="0030397D">
              <w:rPr>
                <w:rFonts w:ascii="Times New Roman" w:eastAsia="Times New Roman" w:hAnsi="Times New Roman" w:cs="Times New Roman"/>
                <w:spacing w:val="-6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lang w:val="ru-RU"/>
              </w:rPr>
              <w:t>опрос;</w:t>
            </w:r>
          </w:p>
        </w:tc>
        <w:tc>
          <w:tcPr>
            <w:tcW w:w="1548" w:type="dxa"/>
          </w:tcPr>
          <w:p w:rsidR="0030397D" w:rsidRPr="0030397D" w:rsidRDefault="00D50E20" w:rsidP="0030397D">
            <w:pPr>
              <w:spacing w:before="74"/>
              <w:ind w:right="39"/>
              <w:jc w:val="center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hyperlink r:id="rId15">
              <w:r w:rsidR="0030397D" w:rsidRPr="0030397D">
                <w:rPr>
                  <w:rFonts w:ascii="Times New Roman" w:eastAsia="Times New Roman" w:hAnsi="Times New Roman" w:cs="Times New Roman"/>
                  <w:w w:val="105"/>
                  <w:sz w:val="15"/>
                  <w:lang w:val="ru-RU"/>
                </w:rPr>
                <w:t>http://kopilurokov.ru/,</w:t>
              </w:r>
            </w:hyperlink>
          </w:p>
        </w:tc>
      </w:tr>
      <w:tr w:rsidR="0030397D" w:rsidRPr="0030397D" w:rsidTr="005B299F">
        <w:trPr>
          <w:trHeight w:val="1101"/>
        </w:trPr>
        <w:tc>
          <w:tcPr>
            <w:tcW w:w="396" w:type="dxa"/>
          </w:tcPr>
          <w:p w:rsidR="0030397D" w:rsidRPr="0030397D" w:rsidRDefault="0030397D" w:rsidP="0030397D">
            <w:pPr>
              <w:spacing w:before="74"/>
              <w:ind w:right="49"/>
              <w:jc w:val="center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1.4.</w:t>
            </w:r>
          </w:p>
        </w:tc>
        <w:tc>
          <w:tcPr>
            <w:tcW w:w="3614" w:type="dxa"/>
          </w:tcPr>
          <w:p w:rsidR="0030397D" w:rsidRPr="0030397D" w:rsidRDefault="0030397D" w:rsidP="0030397D">
            <w:pPr>
              <w:spacing w:before="62" w:line="266" w:lineRule="auto"/>
              <w:ind w:right="531"/>
              <w:rPr>
                <w:rFonts w:ascii="Times New Roman" w:eastAsia="Times New Roman" w:hAnsi="Times New Roman" w:cs="Times New Roman"/>
                <w:b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b/>
                <w:spacing w:val="-1"/>
                <w:w w:val="105"/>
                <w:sz w:val="15"/>
                <w:lang w:val="ru-RU"/>
              </w:rPr>
              <w:t>Порядковый</w:t>
            </w:r>
            <w:r w:rsidRPr="0030397D">
              <w:rPr>
                <w:rFonts w:ascii="Times New Roman" w:eastAsia="Times New Roman" w:hAnsi="Times New Roman" w:cs="Times New Roman"/>
                <w:b/>
                <w:spacing w:val="-9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b/>
                <w:w w:val="105"/>
                <w:sz w:val="15"/>
                <w:lang w:val="ru-RU"/>
              </w:rPr>
              <w:t>номер</w:t>
            </w:r>
            <w:r w:rsidRPr="0030397D">
              <w:rPr>
                <w:rFonts w:ascii="Times New Roman" w:eastAsia="Times New Roman" w:hAnsi="Times New Roman" w:cs="Times New Roman"/>
                <w:b/>
                <w:spacing w:val="-9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b/>
                <w:w w:val="105"/>
                <w:sz w:val="15"/>
                <w:lang w:val="ru-RU"/>
              </w:rPr>
              <w:t>объекта</w:t>
            </w:r>
            <w:r w:rsidRPr="0030397D">
              <w:rPr>
                <w:rFonts w:ascii="Times New Roman" w:eastAsia="Times New Roman" w:hAnsi="Times New Roman" w:cs="Times New Roman"/>
                <w:b/>
                <w:spacing w:val="-8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b/>
                <w:w w:val="105"/>
                <w:sz w:val="15"/>
                <w:lang w:val="ru-RU"/>
              </w:rPr>
              <w:t>при</w:t>
            </w:r>
            <w:r w:rsidRPr="0030397D">
              <w:rPr>
                <w:rFonts w:ascii="Times New Roman" w:eastAsia="Times New Roman" w:hAnsi="Times New Roman" w:cs="Times New Roman"/>
                <w:b/>
                <w:spacing w:val="-9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b/>
                <w:w w:val="105"/>
                <w:sz w:val="15"/>
                <w:lang w:val="ru-RU"/>
              </w:rPr>
              <w:t>заданном</w:t>
            </w:r>
            <w:r w:rsidRPr="0030397D">
              <w:rPr>
                <w:rFonts w:ascii="Times New Roman" w:eastAsia="Times New Roman" w:hAnsi="Times New Roman" w:cs="Times New Roman"/>
                <w:b/>
                <w:spacing w:val="-36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b/>
                <w:w w:val="105"/>
                <w:sz w:val="15"/>
                <w:lang w:val="ru-RU"/>
              </w:rPr>
              <w:t>порядке</w:t>
            </w:r>
            <w:r w:rsidRPr="0030397D">
              <w:rPr>
                <w:rFonts w:ascii="Times New Roman" w:eastAsia="Times New Roman" w:hAnsi="Times New Roman" w:cs="Times New Roman"/>
                <w:b/>
                <w:spacing w:val="-2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b/>
                <w:w w:val="105"/>
                <w:sz w:val="15"/>
                <w:lang w:val="ru-RU"/>
              </w:rPr>
              <w:t>счёта.</w:t>
            </w:r>
          </w:p>
        </w:tc>
        <w:tc>
          <w:tcPr>
            <w:tcW w:w="528" w:type="dxa"/>
          </w:tcPr>
          <w:p w:rsidR="0030397D" w:rsidRPr="0030397D" w:rsidRDefault="0030397D" w:rsidP="0030397D">
            <w:pPr>
              <w:spacing w:before="74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4"/>
                <w:sz w:val="15"/>
                <w:lang w:val="ru-RU"/>
              </w:rPr>
              <w:t>2</w:t>
            </w:r>
          </w:p>
        </w:tc>
        <w:tc>
          <w:tcPr>
            <w:tcW w:w="1104" w:type="dxa"/>
          </w:tcPr>
          <w:p w:rsidR="0030397D" w:rsidRPr="0030397D" w:rsidRDefault="0030397D" w:rsidP="0030397D">
            <w:pPr>
              <w:spacing w:before="74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4"/>
                <w:sz w:val="15"/>
                <w:lang w:val="ru-RU"/>
              </w:rPr>
              <w:t>1</w:t>
            </w:r>
          </w:p>
        </w:tc>
        <w:tc>
          <w:tcPr>
            <w:tcW w:w="1140" w:type="dxa"/>
          </w:tcPr>
          <w:p w:rsidR="0030397D" w:rsidRPr="0030397D" w:rsidRDefault="0030397D" w:rsidP="0030397D">
            <w:pPr>
              <w:spacing w:before="74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4"/>
                <w:sz w:val="15"/>
                <w:lang w:val="ru-RU"/>
              </w:rPr>
              <w:t>1</w:t>
            </w:r>
          </w:p>
        </w:tc>
        <w:tc>
          <w:tcPr>
            <w:tcW w:w="864" w:type="dxa"/>
          </w:tcPr>
          <w:p w:rsidR="0030397D" w:rsidRPr="0030397D" w:rsidRDefault="0030397D" w:rsidP="0030397D">
            <w:pPr>
              <w:spacing w:before="74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13.09.2022</w:t>
            </w:r>
          </w:p>
          <w:p w:rsidR="0030397D" w:rsidRPr="0030397D" w:rsidRDefault="0030397D" w:rsidP="0030397D">
            <w:pPr>
              <w:spacing w:before="20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14.09.2022</w:t>
            </w:r>
          </w:p>
        </w:tc>
        <w:tc>
          <w:tcPr>
            <w:tcW w:w="5066" w:type="dxa"/>
          </w:tcPr>
          <w:p w:rsidR="0030397D" w:rsidRPr="0030397D" w:rsidRDefault="0030397D" w:rsidP="0030397D">
            <w:pPr>
              <w:spacing w:before="74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lang w:val="ru-RU"/>
              </w:rPr>
              <w:t>Цифры;</w:t>
            </w:r>
            <w:r w:rsidRPr="0030397D">
              <w:rPr>
                <w:rFonts w:ascii="Times New Roman" w:eastAsia="Times New Roman" w:hAnsi="Times New Roman" w:cs="Times New Roman"/>
                <w:spacing w:val="-9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lang w:val="ru-RU"/>
              </w:rPr>
              <w:t>знаки</w:t>
            </w:r>
            <w:r w:rsidRPr="0030397D">
              <w:rPr>
                <w:rFonts w:ascii="Times New Roman" w:eastAsia="Times New Roman" w:hAnsi="Times New Roman" w:cs="Times New Roman"/>
                <w:spacing w:val="-9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lang w:val="ru-RU"/>
              </w:rPr>
              <w:t>сравнения,</w:t>
            </w:r>
            <w:r w:rsidRPr="0030397D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lang w:val="ru-RU"/>
              </w:rPr>
              <w:t>равенства,</w:t>
            </w:r>
            <w:r w:rsidRPr="0030397D">
              <w:rPr>
                <w:rFonts w:ascii="Times New Roman" w:eastAsia="Times New Roman" w:hAnsi="Times New Roman" w:cs="Times New Roman"/>
                <w:spacing w:val="-9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арифметических</w:t>
            </w:r>
            <w:r w:rsidRPr="0030397D">
              <w:rPr>
                <w:rFonts w:ascii="Times New Roman" w:eastAsia="Times New Roman" w:hAnsi="Times New Roman" w:cs="Times New Roman"/>
                <w:spacing w:val="-9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действий;</w:t>
            </w:r>
          </w:p>
          <w:p w:rsidR="0030397D" w:rsidRPr="0030397D" w:rsidRDefault="0030397D" w:rsidP="0030397D">
            <w:pPr>
              <w:spacing w:before="20" w:line="266" w:lineRule="auto"/>
              <w:ind w:right="134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lang w:val="ru-RU"/>
              </w:rPr>
              <w:t xml:space="preserve">Устная работа: счёт единицами в разном порядке, чтение,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упорядочение</w:t>
            </w:r>
            <w:r w:rsidRPr="0030397D">
              <w:rPr>
                <w:rFonts w:ascii="Times New Roman" w:eastAsia="Times New Roman" w:hAnsi="Times New Roman" w:cs="Times New Roman"/>
                <w:spacing w:val="-37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однозначных</w:t>
            </w:r>
            <w:r w:rsidRPr="0030397D">
              <w:rPr>
                <w:rFonts w:ascii="Times New Roman" w:eastAsia="Times New Roman" w:hAnsi="Times New Roman" w:cs="Times New Roman"/>
                <w:spacing w:val="-2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и</w:t>
            </w:r>
            <w:r w:rsidRPr="0030397D">
              <w:rPr>
                <w:rFonts w:ascii="Times New Roman" w:eastAsia="Times New Roman" w:hAnsi="Times New Roman" w:cs="Times New Roman"/>
                <w:spacing w:val="-2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двузначных</w:t>
            </w:r>
            <w:r w:rsidRPr="0030397D">
              <w:rPr>
                <w:rFonts w:ascii="Times New Roman" w:eastAsia="Times New Roman" w:hAnsi="Times New Roman" w:cs="Times New Roman"/>
                <w:spacing w:val="-2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чисел;</w:t>
            </w:r>
            <w:r w:rsidRPr="0030397D">
              <w:rPr>
                <w:rFonts w:ascii="Times New Roman" w:eastAsia="Times New Roman" w:hAnsi="Times New Roman" w:cs="Times New Roman"/>
                <w:spacing w:val="-2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счёт</w:t>
            </w:r>
            <w:r w:rsidRPr="0030397D">
              <w:rPr>
                <w:rFonts w:ascii="Times New Roman" w:eastAsia="Times New Roman" w:hAnsi="Times New Roman" w:cs="Times New Roman"/>
                <w:spacing w:val="-2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по</w:t>
            </w:r>
            <w:r w:rsidRPr="0030397D">
              <w:rPr>
                <w:rFonts w:ascii="Times New Roman" w:eastAsia="Times New Roman" w:hAnsi="Times New Roman" w:cs="Times New Roman"/>
                <w:spacing w:val="-2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2,</w:t>
            </w:r>
            <w:r w:rsidRPr="0030397D">
              <w:rPr>
                <w:rFonts w:ascii="Times New Roman" w:eastAsia="Times New Roman" w:hAnsi="Times New Roman" w:cs="Times New Roman"/>
                <w:spacing w:val="-2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по</w:t>
            </w:r>
            <w:r w:rsidRPr="0030397D">
              <w:rPr>
                <w:rFonts w:ascii="Times New Roman" w:eastAsia="Times New Roman" w:hAnsi="Times New Roman" w:cs="Times New Roman"/>
                <w:spacing w:val="-2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5;</w:t>
            </w:r>
          </w:p>
          <w:p w:rsidR="0030397D" w:rsidRPr="0030397D" w:rsidRDefault="0030397D" w:rsidP="0030397D">
            <w:pPr>
              <w:spacing w:before="1" w:line="266" w:lineRule="auto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lang w:val="ru-RU"/>
              </w:rPr>
              <w:t>Работа</w:t>
            </w:r>
            <w:r w:rsidRPr="0030397D">
              <w:rPr>
                <w:rFonts w:ascii="Times New Roman" w:eastAsia="Times New Roman" w:hAnsi="Times New Roman" w:cs="Times New Roman"/>
                <w:spacing w:val="-9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lang w:val="ru-RU"/>
              </w:rPr>
              <w:t>с</w:t>
            </w:r>
            <w:r w:rsidRPr="0030397D">
              <w:rPr>
                <w:rFonts w:ascii="Times New Roman" w:eastAsia="Times New Roman" w:hAnsi="Times New Roman" w:cs="Times New Roman"/>
                <w:spacing w:val="-9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lang w:val="ru-RU"/>
              </w:rPr>
              <w:t>таблицей</w:t>
            </w:r>
            <w:r w:rsidRPr="0030397D">
              <w:rPr>
                <w:rFonts w:ascii="Times New Roman" w:eastAsia="Times New Roman" w:hAnsi="Times New Roman" w:cs="Times New Roman"/>
                <w:spacing w:val="-9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lang w:val="ru-RU"/>
              </w:rPr>
              <w:t>чисел:</w:t>
            </w:r>
            <w:r w:rsidRPr="0030397D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наблюдение,</w:t>
            </w:r>
            <w:r w:rsidRPr="0030397D">
              <w:rPr>
                <w:rFonts w:ascii="Times New Roman" w:eastAsia="Times New Roman" w:hAnsi="Times New Roman" w:cs="Times New Roman"/>
                <w:spacing w:val="-9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установление</w:t>
            </w:r>
            <w:r w:rsidRPr="0030397D">
              <w:rPr>
                <w:rFonts w:ascii="Times New Roman" w:eastAsia="Times New Roman" w:hAnsi="Times New Roman" w:cs="Times New Roman"/>
                <w:spacing w:val="-9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закономерностей</w:t>
            </w:r>
            <w:r w:rsidRPr="0030397D">
              <w:rPr>
                <w:rFonts w:ascii="Times New Roman" w:eastAsia="Times New Roman" w:hAnsi="Times New Roman" w:cs="Times New Roman"/>
                <w:spacing w:val="-9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в</w:t>
            </w:r>
            <w:r w:rsidRPr="0030397D">
              <w:rPr>
                <w:rFonts w:ascii="Times New Roman" w:eastAsia="Times New Roman" w:hAnsi="Times New Roman" w:cs="Times New Roman"/>
                <w:spacing w:val="1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расположении</w:t>
            </w:r>
            <w:r w:rsidRPr="0030397D">
              <w:rPr>
                <w:rFonts w:ascii="Times New Roman" w:eastAsia="Times New Roman" w:hAnsi="Times New Roman" w:cs="Times New Roman"/>
                <w:spacing w:val="-2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чисел;</w:t>
            </w:r>
          </w:p>
        </w:tc>
        <w:tc>
          <w:tcPr>
            <w:tcW w:w="1236" w:type="dxa"/>
          </w:tcPr>
          <w:p w:rsidR="0030397D" w:rsidRPr="0030397D" w:rsidRDefault="0030397D" w:rsidP="0030397D">
            <w:pPr>
              <w:spacing w:before="74" w:line="266" w:lineRule="auto"/>
              <w:ind w:right="161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Практическая</w:t>
            </w:r>
            <w:r w:rsidRPr="0030397D">
              <w:rPr>
                <w:rFonts w:ascii="Times New Roman" w:eastAsia="Times New Roman" w:hAnsi="Times New Roman" w:cs="Times New Roman"/>
                <w:spacing w:val="-37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работа;</w:t>
            </w:r>
            <w:r w:rsidRPr="0030397D">
              <w:rPr>
                <w:rFonts w:ascii="Times New Roman" w:eastAsia="Times New Roman" w:hAnsi="Times New Roman" w:cs="Times New Roman"/>
                <w:spacing w:val="1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lang w:val="ru-RU"/>
              </w:rPr>
              <w:t>Тестирование;</w:t>
            </w:r>
          </w:p>
        </w:tc>
        <w:tc>
          <w:tcPr>
            <w:tcW w:w="1548" w:type="dxa"/>
          </w:tcPr>
          <w:p w:rsidR="0030397D" w:rsidRPr="0030397D" w:rsidRDefault="00D50E20" w:rsidP="0030397D">
            <w:pPr>
              <w:spacing w:before="74"/>
              <w:ind w:right="39"/>
              <w:jc w:val="center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hyperlink r:id="rId16">
              <w:r w:rsidR="0030397D" w:rsidRPr="0030397D">
                <w:rPr>
                  <w:rFonts w:ascii="Times New Roman" w:eastAsia="Times New Roman" w:hAnsi="Times New Roman" w:cs="Times New Roman"/>
                  <w:w w:val="105"/>
                  <w:sz w:val="15"/>
                  <w:lang w:val="ru-RU"/>
                </w:rPr>
                <w:t>http://kopilurokov.ru/,</w:t>
              </w:r>
            </w:hyperlink>
          </w:p>
        </w:tc>
      </w:tr>
      <w:tr w:rsidR="0030397D" w:rsidRPr="0030397D" w:rsidTr="005B299F">
        <w:trPr>
          <w:trHeight w:val="525"/>
        </w:trPr>
        <w:tc>
          <w:tcPr>
            <w:tcW w:w="396" w:type="dxa"/>
          </w:tcPr>
          <w:p w:rsidR="0030397D" w:rsidRPr="0030397D" w:rsidRDefault="0030397D" w:rsidP="0030397D">
            <w:pPr>
              <w:spacing w:before="74"/>
              <w:ind w:right="49"/>
              <w:jc w:val="center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1.5.</w:t>
            </w:r>
          </w:p>
        </w:tc>
        <w:tc>
          <w:tcPr>
            <w:tcW w:w="3614" w:type="dxa"/>
          </w:tcPr>
          <w:p w:rsidR="0030397D" w:rsidRPr="0030397D" w:rsidRDefault="0030397D" w:rsidP="0030397D">
            <w:pPr>
              <w:spacing w:before="62" w:line="266" w:lineRule="auto"/>
              <w:rPr>
                <w:rFonts w:ascii="Times New Roman" w:eastAsia="Times New Roman" w:hAnsi="Times New Roman" w:cs="Times New Roman"/>
                <w:b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b/>
                <w:sz w:val="15"/>
                <w:lang w:val="ru-RU"/>
              </w:rPr>
              <w:t>Сравнение</w:t>
            </w:r>
            <w:r w:rsidRPr="0030397D">
              <w:rPr>
                <w:rFonts w:ascii="Times New Roman" w:eastAsia="Times New Roman" w:hAnsi="Times New Roman" w:cs="Times New Roman"/>
                <w:b/>
                <w:spacing w:val="1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b/>
                <w:sz w:val="15"/>
                <w:lang w:val="ru-RU"/>
              </w:rPr>
              <w:t>чисел, сравнение</w:t>
            </w:r>
            <w:r w:rsidRPr="0030397D">
              <w:rPr>
                <w:rFonts w:ascii="Times New Roman" w:eastAsia="Times New Roman" w:hAnsi="Times New Roman" w:cs="Times New Roman"/>
                <w:b/>
                <w:spacing w:val="1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b/>
                <w:sz w:val="15"/>
                <w:lang w:val="ru-RU"/>
              </w:rPr>
              <w:t>групп</w:t>
            </w:r>
            <w:r w:rsidRPr="0030397D">
              <w:rPr>
                <w:rFonts w:ascii="Times New Roman" w:eastAsia="Times New Roman" w:hAnsi="Times New Roman" w:cs="Times New Roman"/>
                <w:b/>
                <w:spacing w:val="1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b/>
                <w:sz w:val="15"/>
                <w:lang w:val="ru-RU"/>
              </w:rPr>
              <w:t>предметов по</w:t>
            </w:r>
            <w:r w:rsidRPr="0030397D">
              <w:rPr>
                <w:rFonts w:ascii="Times New Roman" w:eastAsia="Times New Roman" w:hAnsi="Times New Roman" w:cs="Times New Roman"/>
                <w:b/>
                <w:spacing w:val="-3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b/>
                <w:w w:val="105"/>
                <w:sz w:val="15"/>
                <w:lang w:val="ru-RU"/>
              </w:rPr>
              <w:t>количеству:</w:t>
            </w:r>
            <w:r w:rsidRPr="0030397D">
              <w:rPr>
                <w:rFonts w:ascii="Times New Roman" w:eastAsia="Times New Roman" w:hAnsi="Times New Roman" w:cs="Times New Roman"/>
                <w:b/>
                <w:spacing w:val="-4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b/>
                <w:w w:val="105"/>
                <w:sz w:val="15"/>
                <w:lang w:val="ru-RU"/>
              </w:rPr>
              <w:t>больше,</w:t>
            </w:r>
            <w:r w:rsidRPr="0030397D">
              <w:rPr>
                <w:rFonts w:ascii="Times New Roman" w:eastAsia="Times New Roman" w:hAnsi="Times New Roman" w:cs="Times New Roman"/>
                <w:b/>
                <w:spacing w:val="-4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b/>
                <w:w w:val="105"/>
                <w:sz w:val="15"/>
                <w:lang w:val="ru-RU"/>
              </w:rPr>
              <w:t>меньше,</w:t>
            </w:r>
            <w:r w:rsidRPr="0030397D">
              <w:rPr>
                <w:rFonts w:ascii="Times New Roman" w:eastAsia="Times New Roman" w:hAnsi="Times New Roman" w:cs="Times New Roman"/>
                <w:b/>
                <w:spacing w:val="-4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b/>
                <w:w w:val="105"/>
                <w:sz w:val="15"/>
                <w:lang w:val="ru-RU"/>
              </w:rPr>
              <w:t>столько</w:t>
            </w:r>
            <w:r w:rsidRPr="0030397D">
              <w:rPr>
                <w:rFonts w:ascii="Times New Roman" w:eastAsia="Times New Roman" w:hAnsi="Times New Roman" w:cs="Times New Roman"/>
                <w:b/>
                <w:spacing w:val="-4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b/>
                <w:w w:val="105"/>
                <w:sz w:val="15"/>
                <w:lang w:val="ru-RU"/>
              </w:rPr>
              <w:t>же.</w:t>
            </w:r>
          </w:p>
        </w:tc>
        <w:tc>
          <w:tcPr>
            <w:tcW w:w="528" w:type="dxa"/>
          </w:tcPr>
          <w:p w:rsidR="0030397D" w:rsidRPr="0030397D" w:rsidRDefault="0030397D" w:rsidP="0030397D">
            <w:pPr>
              <w:spacing w:before="74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4"/>
                <w:sz w:val="15"/>
                <w:lang w:val="ru-RU"/>
              </w:rPr>
              <w:t>3</w:t>
            </w:r>
          </w:p>
        </w:tc>
        <w:tc>
          <w:tcPr>
            <w:tcW w:w="1104" w:type="dxa"/>
          </w:tcPr>
          <w:p w:rsidR="0030397D" w:rsidRPr="0030397D" w:rsidRDefault="0030397D" w:rsidP="0030397D">
            <w:pPr>
              <w:spacing w:before="74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4"/>
                <w:sz w:val="15"/>
                <w:lang w:val="ru-RU"/>
              </w:rPr>
              <w:t>0</w:t>
            </w:r>
          </w:p>
        </w:tc>
        <w:tc>
          <w:tcPr>
            <w:tcW w:w="1140" w:type="dxa"/>
          </w:tcPr>
          <w:p w:rsidR="0030397D" w:rsidRPr="0030397D" w:rsidRDefault="0030397D" w:rsidP="0030397D">
            <w:pPr>
              <w:spacing w:before="74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4"/>
                <w:sz w:val="15"/>
                <w:lang w:val="ru-RU"/>
              </w:rPr>
              <w:t>2</w:t>
            </w:r>
          </w:p>
        </w:tc>
        <w:tc>
          <w:tcPr>
            <w:tcW w:w="864" w:type="dxa"/>
          </w:tcPr>
          <w:p w:rsidR="0030397D" w:rsidRPr="0030397D" w:rsidRDefault="0030397D" w:rsidP="0030397D">
            <w:pPr>
              <w:spacing w:before="74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15.09.2022</w:t>
            </w:r>
          </w:p>
          <w:p w:rsidR="0030397D" w:rsidRPr="0030397D" w:rsidRDefault="0030397D" w:rsidP="0030397D">
            <w:pPr>
              <w:spacing w:before="20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19.09.2022</w:t>
            </w:r>
          </w:p>
        </w:tc>
        <w:tc>
          <w:tcPr>
            <w:tcW w:w="5066" w:type="dxa"/>
          </w:tcPr>
          <w:p w:rsidR="0030397D" w:rsidRPr="0030397D" w:rsidRDefault="0030397D" w:rsidP="0030397D">
            <w:pPr>
              <w:spacing w:before="74" w:line="266" w:lineRule="auto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Моделирование учебных ситуаций, связанных с применением</w:t>
            </w:r>
            <w:r w:rsidRPr="0030397D">
              <w:rPr>
                <w:rFonts w:ascii="Times New Roman" w:eastAsia="Times New Roman" w:hAnsi="Times New Roman" w:cs="Times New Roman"/>
                <w:spacing w:val="1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lang w:val="ru-RU"/>
              </w:rPr>
              <w:t>представлений</w:t>
            </w:r>
            <w:r w:rsidRPr="0030397D">
              <w:rPr>
                <w:rFonts w:ascii="Times New Roman" w:eastAsia="Times New Roman" w:hAnsi="Times New Roman" w:cs="Times New Roman"/>
                <w:spacing w:val="-9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о</w:t>
            </w:r>
            <w:r w:rsidRPr="0030397D">
              <w:rPr>
                <w:rFonts w:ascii="Times New Roman" w:eastAsia="Times New Roman" w:hAnsi="Times New Roman" w:cs="Times New Roman"/>
                <w:spacing w:val="-9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числе</w:t>
            </w:r>
            <w:r w:rsidRPr="0030397D">
              <w:rPr>
                <w:rFonts w:ascii="Times New Roman" w:eastAsia="Times New Roman" w:hAnsi="Times New Roman" w:cs="Times New Roman"/>
                <w:spacing w:val="-9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в</w:t>
            </w:r>
            <w:r w:rsidRPr="0030397D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практических</w:t>
            </w:r>
            <w:r w:rsidRPr="0030397D">
              <w:rPr>
                <w:rFonts w:ascii="Times New Roman" w:eastAsia="Times New Roman" w:hAnsi="Times New Roman" w:cs="Times New Roman"/>
                <w:spacing w:val="-9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ситуациях.</w:t>
            </w:r>
            <w:r w:rsidRPr="0030397D">
              <w:rPr>
                <w:rFonts w:ascii="Times New Roman" w:eastAsia="Times New Roman" w:hAnsi="Times New Roman" w:cs="Times New Roman"/>
                <w:spacing w:val="-9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Письмо</w:t>
            </w:r>
            <w:r w:rsidRPr="0030397D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цифр;</w:t>
            </w:r>
          </w:p>
        </w:tc>
        <w:tc>
          <w:tcPr>
            <w:tcW w:w="1236" w:type="dxa"/>
          </w:tcPr>
          <w:p w:rsidR="0030397D" w:rsidRPr="0030397D" w:rsidRDefault="0030397D" w:rsidP="0030397D">
            <w:pPr>
              <w:spacing w:before="74" w:line="266" w:lineRule="auto"/>
              <w:ind w:right="204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lang w:val="ru-RU"/>
              </w:rPr>
              <w:t>Практическая</w:t>
            </w:r>
            <w:r w:rsidRPr="0030397D">
              <w:rPr>
                <w:rFonts w:ascii="Times New Roman" w:eastAsia="Times New Roman" w:hAnsi="Times New Roman" w:cs="Times New Roman"/>
                <w:spacing w:val="-37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работа;</w:t>
            </w:r>
          </w:p>
        </w:tc>
        <w:tc>
          <w:tcPr>
            <w:tcW w:w="1548" w:type="dxa"/>
          </w:tcPr>
          <w:p w:rsidR="0030397D" w:rsidRPr="0030397D" w:rsidRDefault="00D50E20" w:rsidP="0030397D">
            <w:pPr>
              <w:spacing w:before="74"/>
              <w:ind w:right="39"/>
              <w:jc w:val="center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hyperlink r:id="rId17">
              <w:r w:rsidR="0030397D" w:rsidRPr="0030397D">
                <w:rPr>
                  <w:rFonts w:ascii="Times New Roman" w:eastAsia="Times New Roman" w:hAnsi="Times New Roman" w:cs="Times New Roman"/>
                  <w:w w:val="105"/>
                  <w:sz w:val="15"/>
                  <w:lang w:val="ru-RU"/>
                </w:rPr>
                <w:t>http://kopilurokov.ru/,</w:t>
              </w:r>
            </w:hyperlink>
          </w:p>
        </w:tc>
      </w:tr>
      <w:tr w:rsidR="0030397D" w:rsidRPr="0030397D" w:rsidTr="005B299F">
        <w:trPr>
          <w:trHeight w:val="585"/>
        </w:trPr>
        <w:tc>
          <w:tcPr>
            <w:tcW w:w="396" w:type="dxa"/>
          </w:tcPr>
          <w:p w:rsidR="0030397D" w:rsidRPr="0030397D" w:rsidRDefault="0030397D" w:rsidP="0030397D">
            <w:pPr>
              <w:spacing w:before="74"/>
              <w:ind w:right="49"/>
              <w:jc w:val="center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1.6.</w:t>
            </w:r>
          </w:p>
        </w:tc>
        <w:tc>
          <w:tcPr>
            <w:tcW w:w="3614" w:type="dxa"/>
          </w:tcPr>
          <w:p w:rsidR="0030397D" w:rsidRPr="0030397D" w:rsidRDefault="0030397D" w:rsidP="0030397D">
            <w:pPr>
              <w:spacing w:before="74"/>
              <w:rPr>
                <w:rFonts w:ascii="Times New Roman" w:eastAsia="Times New Roman" w:hAnsi="Times New Roman" w:cs="Times New Roman"/>
                <w:b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b/>
                <w:w w:val="105"/>
                <w:sz w:val="15"/>
                <w:lang w:val="ru-RU"/>
              </w:rPr>
              <w:t>Число</w:t>
            </w:r>
            <w:r w:rsidRPr="0030397D">
              <w:rPr>
                <w:rFonts w:ascii="Times New Roman" w:eastAsia="Times New Roman" w:hAnsi="Times New Roman" w:cs="Times New Roman"/>
                <w:b/>
                <w:spacing w:val="-9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b/>
                <w:w w:val="105"/>
                <w:sz w:val="15"/>
                <w:lang w:val="ru-RU"/>
              </w:rPr>
              <w:t>и</w:t>
            </w:r>
            <w:r w:rsidRPr="0030397D">
              <w:rPr>
                <w:rFonts w:ascii="Times New Roman" w:eastAsia="Times New Roman" w:hAnsi="Times New Roman" w:cs="Times New Roman"/>
                <w:b/>
                <w:spacing w:val="-9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b/>
                <w:w w:val="105"/>
                <w:sz w:val="15"/>
                <w:lang w:val="ru-RU"/>
              </w:rPr>
              <w:t>цифра</w:t>
            </w:r>
            <w:r w:rsidRPr="0030397D">
              <w:rPr>
                <w:rFonts w:ascii="Times New Roman" w:eastAsia="Times New Roman" w:hAnsi="Times New Roman" w:cs="Times New Roman"/>
                <w:b/>
                <w:spacing w:val="-8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b/>
                <w:w w:val="105"/>
                <w:sz w:val="15"/>
                <w:lang w:val="ru-RU"/>
              </w:rPr>
              <w:t>0</w:t>
            </w:r>
            <w:r w:rsidRPr="0030397D">
              <w:rPr>
                <w:rFonts w:ascii="Times New Roman" w:eastAsia="Times New Roman" w:hAnsi="Times New Roman" w:cs="Times New Roman"/>
                <w:b/>
                <w:spacing w:val="-9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b/>
                <w:w w:val="105"/>
                <w:sz w:val="15"/>
                <w:lang w:val="ru-RU"/>
              </w:rPr>
              <w:t>при</w:t>
            </w:r>
            <w:r w:rsidRPr="0030397D">
              <w:rPr>
                <w:rFonts w:ascii="Times New Roman" w:eastAsia="Times New Roman" w:hAnsi="Times New Roman" w:cs="Times New Roman"/>
                <w:b/>
                <w:spacing w:val="-9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b/>
                <w:w w:val="105"/>
                <w:sz w:val="15"/>
                <w:lang w:val="ru-RU"/>
              </w:rPr>
              <w:t>измерении,</w:t>
            </w:r>
            <w:r w:rsidRPr="0030397D">
              <w:rPr>
                <w:rFonts w:ascii="Times New Roman" w:eastAsia="Times New Roman" w:hAnsi="Times New Roman" w:cs="Times New Roman"/>
                <w:b/>
                <w:spacing w:val="-8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b/>
                <w:w w:val="105"/>
                <w:sz w:val="15"/>
                <w:lang w:val="ru-RU"/>
              </w:rPr>
              <w:t>вычислении.</w:t>
            </w:r>
          </w:p>
        </w:tc>
        <w:tc>
          <w:tcPr>
            <w:tcW w:w="528" w:type="dxa"/>
          </w:tcPr>
          <w:p w:rsidR="0030397D" w:rsidRPr="0030397D" w:rsidRDefault="0030397D" w:rsidP="0030397D">
            <w:pPr>
              <w:spacing w:before="74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4"/>
                <w:sz w:val="15"/>
                <w:lang w:val="ru-RU"/>
              </w:rPr>
              <w:t>2</w:t>
            </w:r>
          </w:p>
        </w:tc>
        <w:tc>
          <w:tcPr>
            <w:tcW w:w="1104" w:type="dxa"/>
          </w:tcPr>
          <w:p w:rsidR="0030397D" w:rsidRPr="0030397D" w:rsidRDefault="0030397D" w:rsidP="0030397D">
            <w:pPr>
              <w:spacing w:before="74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4"/>
                <w:sz w:val="15"/>
                <w:lang w:val="ru-RU"/>
              </w:rPr>
              <w:t>0</w:t>
            </w:r>
          </w:p>
        </w:tc>
        <w:tc>
          <w:tcPr>
            <w:tcW w:w="1140" w:type="dxa"/>
          </w:tcPr>
          <w:p w:rsidR="0030397D" w:rsidRPr="0030397D" w:rsidRDefault="0030397D" w:rsidP="0030397D">
            <w:pPr>
              <w:spacing w:before="74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4"/>
                <w:sz w:val="15"/>
                <w:lang w:val="ru-RU"/>
              </w:rPr>
              <w:t>2</w:t>
            </w:r>
          </w:p>
        </w:tc>
        <w:tc>
          <w:tcPr>
            <w:tcW w:w="864" w:type="dxa"/>
          </w:tcPr>
          <w:p w:rsidR="0030397D" w:rsidRPr="0030397D" w:rsidRDefault="0030397D" w:rsidP="0030397D">
            <w:pPr>
              <w:spacing w:before="74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20.09.2022</w:t>
            </w:r>
          </w:p>
          <w:p w:rsidR="0030397D" w:rsidRPr="0030397D" w:rsidRDefault="0030397D" w:rsidP="0030397D">
            <w:pPr>
              <w:spacing w:before="20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21.09.2022</w:t>
            </w:r>
          </w:p>
        </w:tc>
        <w:tc>
          <w:tcPr>
            <w:tcW w:w="5066" w:type="dxa"/>
          </w:tcPr>
          <w:p w:rsidR="0030397D" w:rsidRPr="0030397D" w:rsidRDefault="0030397D" w:rsidP="0030397D">
            <w:pPr>
              <w:spacing w:before="74" w:line="266" w:lineRule="auto"/>
              <w:ind w:right="134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lang w:val="ru-RU"/>
              </w:rPr>
              <w:t xml:space="preserve">Устная работа: счёт единицами в разном порядке, чтение,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упорядочение</w:t>
            </w:r>
            <w:r w:rsidRPr="0030397D">
              <w:rPr>
                <w:rFonts w:ascii="Times New Roman" w:eastAsia="Times New Roman" w:hAnsi="Times New Roman" w:cs="Times New Roman"/>
                <w:spacing w:val="-37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однозначных</w:t>
            </w:r>
            <w:r w:rsidRPr="0030397D">
              <w:rPr>
                <w:rFonts w:ascii="Times New Roman" w:eastAsia="Times New Roman" w:hAnsi="Times New Roman" w:cs="Times New Roman"/>
                <w:spacing w:val="-2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и</w:t>
            </w:r>
            <w:r w:rsidRPr="0030397D">
              <w:rPr>
                <w:rFonts w:ascii="Times New Roman" w:eastAsia="Times New Roman" w:hAnsi="Times New Roman" w:cs="Times New Roman"/>
                <w:spacing w:val="-2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двузначных</w:t>
            </w:r>
            <w:r w:rsidRPr="0030397D">
              <w:rPr>
                <w:rFonts w:ascii="Times New Roman" w:eastAsia="Times New Roman" w:hAnsi="Times New Roman" w:cs="Times New Roman"/>
                <w:spacing w:val="-2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чисел;</w:t>
            </w:r>
            <w:r w:rsidRPr="0030397D">
              <w:rPr>
                <w:rFonts w:ascii="Times New Roman" w:eastAsia="Times New Roman" w:hAnsi="Times New Roman" w:cs="Times New Roman"/>
                <w:spacing w:val="-2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счёт</w:t>
            </w:r>
            <w:r w:rsidRPr="0030397D">
              <w:rPr>
                <w:rFonts w:ascii="Times New Roman" w:eastAsia="Times New Roman" w:hAnsi="Times New Roman" w:cs="Times New Roman"/>
                <w:spacing w:val="-2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по</w:t>
            </w:r>
            <w:r w:rsidRPr="0030397D">
              <w:rPr>
                <w:rFonts w:ascii="Times New Roman" w:eastAsia="Times New Roman" w:hAnsi="Times New Roman" w:cs="Times New Roman"/>
                <w:spacing w:val="-2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2,</w:t>
            </w:r>
            <w:r w:rsidRPr="0030397D">
              <w:rPr>
                <w:rFonts w:ascii="Times New Roman" w:eastAsia="Times New Roman" w:hAnsi="Times New Roman" w:cs="Times New Roman"/>
                <w:spacing w:val="-2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по</w:t>
            </w:r>
            <w:r w:rsidRPr="0030397D">
              <w:rPr>
                <w:rFonts w:ascii="Times New Roman" w:eastAsia="Times New Roman" w:hAnsi="Times New Roman" w:cs="Times New Roman"/>
                <w:spacing w:val="-2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5;</w:t>
            </w:r>
          </w:p>
        </w:tc>
        <w:tc>
          <w:tcPr>
            <w:tcW w:w="1236" w:type="dxa"/>
          </w:tcPr>
          <w:p w:rsidR="0030397D" w:rsidRPr="0030397D" w:rsidRDefault="0030397D" w:rsidP="0030397D">
            <w:pPr>
              <w:spacing w:before="74" w:line="266" w:lineRule="auto"/>
              <w:ind w:right="204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lang w:val="ru-RU"/>
              </w:rPr>
              <w:t>Практическая</w:t>
            </w:r>
            <w:r w:rsidRPr="0030397D">
              <w:rPr>
                <w:rFonts w:ascii="Times New Roman" w:eastAsia="Times New Roman" w:hAnsi="Times New Roman" w:cs="Times New Roman"/>
                <w:spacing w:val="-37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работа;</w:t>
            </w:r>
          </w:p>
        </w:tc>
        <w:tc>
          <w:tcPr>
            <w:tcW w:w="1548" w:type="dxa"/>
          </w:tcPr>
          <w:p w:rsidR="0030397D" w:rsidRPr="0030397D" w:rsidRDefault="00D50E20" w:rsidP="0030397D">
            <w:pPr>
              <w:spacing w:before="74"/>
              <w:ind w:right="39"/>
              <w:jc w:val="center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hyperlink r:id="rId18">
              <w:r w:rsidR="0030397D" w:rsidRPr="0030397D">
                <w:rPr>
                  <w:rFonts w:ascii="Times New Roman" w:eastAsia="Times New Roman" w:hAnsi="Times New Roman" w:cs="Times New Roman"/>
                  <w:w w:val="105"/>
                  <w:sz w:val="15"/>
                  <w:lang w:val="ru-RU"/>
                </w:rPr>
                <w:t>http://kopilurokov.ru/,</w:t>
              </w:r>
            </w:hyperlink>
          </w:p>
        </w:tc>
      </w:tr>
      <w:tr w:rsidR="0030397D" w:rsidRPr="0030397D" w:rsidTr="005B299F">
        <w:trPr>
          <w:trHeight w:val="2446"/>
        </w:trPr>
        <w:tc>
          <w:tcPr>
            <w:tcW w:w="396" w:type="dxa"/>
          </w:tcPr>
          <w:p w:rsidR="0030397D" w:rsidRPr="0030397D" w:rsidRDefault="0030397D" w:rsidP="0030397D">
            <w:pPr>
              <w:spacing w:before="74"/>
              <w:ind w:right="49"/>
              <w:jc w:val="center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1.7.</w:t>
            </w:r>
          </w:p>
        </w:tc>
        <w:tc>
          <w:tcPr>
            <w:tcW w:w="3614" w:type="dxa"/>
          </w:tcPr>
          <w:p w:rsidR="0030397D" w:rsidRPr="0030397D" w:rsidRDefault="0030397D" w:rsidP="0030397D">
            <w:pPr>
              <w:spacing w:before="74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b/>
                <w:spacing w:val="-1"/>
                <w:w w:val="105"/>
                <w:sz w:val="15"/>
                <w:lang w:val="ru-RU"/>
              </w:rPr>
              <w:t>Числа</w:t>
            </w:r>
            <w:r w:rsidRPr="0030397D">
              <w:rPr>
                <w:rFonts w:ascii="Times New Roman" w:eastAsia="Times New Roman" w:hAnsi="Times New Roman" w:cs="Times New Roman"/>
                <w:b/>
                <w:spacing w:val="-9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b/>
                <w:spacing w:val="-1"/>
                <w:w w:val="105"/>
                <w:sz w:val="15"/>
                <w:lang w:val="ru-RU"/>
              </w:rPr>
              <w:t>в</w:t>
            </w:r>
            <w:r w:rsidRPr="0030397D">
              <w:rPr>
                <w:rFonts w:ascii="Times New Roman" w:eastAsia="Times New Roman" w:hAnsi="Times New Roman" w:cs="Times New Roman"/>
                <w:b/>
                <w:spacing w:val="-9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b/>
                <w:spacing w:val="-1"/>
                <w:w w:val="105"/>
                <w:sz w:val="15"/>
                <w:lang w:val="ru-RU"/>
              </w:rPr>
              <w:t>пределах</w:t>
            </w:r>
            <w:r w:rsidRPr="0030397D">
              <w:rPr>
                <w:rFonts w:ascii="Times New Roman" w:eastAsia="Times New Roman" w:hAnsi="Times New Roman" w:cs="Times New Roman"/>
                <w:b/>
                <w:spacing w:val="-8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b/>
                <w:spacing w:val="-1"/>
                <w:w w:val="105"/>
                <w:sz w:val="15"/>
                <w:lang w:val="ru-RU"/>
              </w:rPr>
              <w:t>20:</w:t>
            </w:r>
            <w:r w:rsidRPr="0030397D">
              <w:rPr>
                <w:rFonts w:ascii="Times New Roman" w:eastAsia="Times New Roman" w:hAnsi="Times New Roman" w:cs="Times New Roman"/>
                <w:b/>
                <w:spacing w:val="-9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b/>
                <w:spacing w:val="-1"/>
                <w:w w:val="105"/>
                <w:sz w:val="15"/>
                <w:lang w:val="ru-RU"/>
              </w:rPr>
              <w:t>чтение,</w:t>
            </w:r>
            <w:r w:rsidRPr="0030397D">
              <w:rPr>
                <w:rFonts w:ascii="Times New Roman" w:eastAsia="Times New Roman" w:hAnsi="Times New Roman" w:cs="Times New Roman"/>
                <w:b/>
                <w:spacing w:val="-9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b/>
                <w:w w:val="105"/>
                <w:sz w:val="15"/>
                <w:lang w:val="ru-RU"/>
              </w:rPr>
              <w:t>запись,</w:t>
            </w:r>
            <w:r w:rsidRPr="0030397D">
              <w:rPr>
                <w:rFonts w:ascii="Times New Roman" w:eastAsia="Times New Roman" w:hAnsi="Times New Roman" w:cs="Times New Roman"/>
                <w:b/>
                <w:spacing w:val="-8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b/>
                <w:w w:val="105"/>
                <w:sz w:val="15"/>
                <w:lang w:val="ru-RU"/>
              </w:rPr>
              <w:t>сравнение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.</w:t>
            </w:r>
          </w:p>
        </w:tc>
        <w:tc>
          <w:tcPr>
            <w:tcW w:w="528" w:type="dxa"/>
          </w:tcPr>
          <w:p w:rsidR="0030397D" w:rsidRPr="0030397D" w:rsidRDefault="0030397D" w:rsidP="0030397D">
            <w:pPr>
              <w:spacing w:before="74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4"/>
                <w:sz w:val="15"/>
                <w:lang w:val="ru-RU"/>
              </w:rPr>
              <w:t>3</w:t>
            </w:r>
          </w:p>
        </w:tc>
        <w:tc>
          <w:tcPr>
            <w:tcW w:w="1104" w:type="dxa"/>
          </w:tcPr>
          <w:p w:rsidR="0030397D" w:rsidRPr="0030397D" w:rsidRDefault="0030397D" w:rsidP="0030397D">
            <w:pPr>
              <w:spacing w:before="74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4"/>
                <w:sz w:val="15"/>
                <w:lang w:val="ru-RU"/>
              </w:rPr>
              <w:t>0</w:t>
            </w:r>
          </w:p>
        </w:tc>
        <w:tc>
          <w:tcPr>
            <w:tcW w:w="1140" w:type="dxa"/>
          </w:tcPr>
          <w:p w:rsidR="0030397D" w:rsidRPr="0030397D" w:rsidRDefault="0030397D" w:rsidP="0030397D">
            <w:pPr>
              <w:spacing w:before="74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4"/>
                <w:sz w:val="15"/>
                <w:lang w:val="ru-RU"/>
              </w:rPr>
              <w:t>3</w:t>
            </w:r>
          </w:p>
        </w:tc>
        <w:tc>
          <w:tcPr>
            <w:tcW w:w="864" w:type="dxa"/>
          </w:tcPr>
          <w:p w:rsidR="0030397D" w:rsidRPr="0030397D" w:rsidRDefault="0030397D" w:rsidP="0030397D">
            <w:pPr>
              <w:spacing w:before="74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22.09.2022</w:t>
            </w:r>
          </w:p>
          <w:p w:rsidR="0030397D" w:rsidRPr="0030397D" w:rsidRDefault="0030397D" w:rsidP="0030397D">
            <w:pPr>
              <w:spacing w:before="20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26.09.2022</w:t>
            </w:r>
          </w:p>
        </w:tc>
        <w:tc>
          <w:tcPr>
            <w:tcW w:w="5066" w:type="dxa"/>
          </w:tcPr>
          <w:p w:rsidR="0030397D" w:rsidRPr="0030397D" w:rsidRDefault="0030397D" w:rsidP="0030397D">
            <w:pPr>
              <w:spacing w:before="74" w:line="266" w:lineRule="auto"/>
              <w:ind w:right="134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lang w:val="ru-RU"/>
              </w:rPr>
              <w:t>Обсуждение:</w:t>
            </w:r>
            <w:r w:rsidRPr="0030397D">
              <w:rPr>
                <w:rFonts w:ascii="Times New Roman" w:eastAsia="Times New Roman" w:hAnsi="Times New Roman" w:cs="Times New Roman"/>
                <w:spacing w:val="-9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lang w:val="ru-RU"/>
              </w:rPr>
              <w:t>назначение</w:t>
            </w:r>
            <w:r w:rsidRPr="0030397D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lang w:val="ru-RU"/>
              </w:rPr>
              <w:t>знаков</w:t>
            </w:r>
            <w:r w:rsidRPr="0030397D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в</w:t>
            </w:r>
            <w:r w:rsidRPr="0030397D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математике,</w:t>
            </w:r>
            <w:r w:rsidRPr="0030397D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обобщение</w:t>
            </w:r>
            <w:r w:rsidRPr="0030397D">
              <w:rPr>
                <w:rFonts w:ascii="Times New Roman" w:eastAsia="Times New Roman" w:hAnsi="Times New Roman" w:cs="Times New Roman"/>
                <w:spacing w:val="-37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представлений;</w:t>
            </w:r>
          </w:p>
          <w:p w:rsidR="0030397D" w:rsidRPr="0030397D" w:rsidRDefault="0030397D" w:rsidP="0030397D">
            <w:pPr>
              <w:spacing w:before="2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lang w:val="ru-RU"/>
              </w:rPr>
              <w:t>Цифры;</w:t>
            </w:r>
            <w:r w:rsidRPr="0030397D">
              <w:rPr>
                <w:rFonts w:ascii="Times New Roman" w:eastAsia="Times New Roman" w:hAnsi="Times New Roman" w:cs="Times New Roman"/>
                <w:spacing w:val="-9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lang w:val="ru-RU"/>
              </w:rPr>
              <w:t>знаки</w:t>
            </w:r>
            <w:r w:rsidRPr="0030397D">
              <w:rPr>
                <w:rFonts w:ascii="Times New Roman" w:eastAsia="Times New Roman" w:hAnsi="Times New Roman" w:cs="Times New Roman"/>
                <w:spacing w:val="-9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lang w:val="ru-RU"/>
              </w:rPr>
              <w:t>сравнения,</w:t>
            </w:r>
            <w:r w:rsidRPr="0030397D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lang w:val="ru-RU"/>
              </w:rPr>
              <w:t>равенства,</w:t>
            </w:r>
            <w:r w:rsidRPr="0030397D">
              <w:rPr>
                <w:rFonts w:ascii="Times New Roman" w:eastAsia="Times New Roman" w:hAnsi="Times New Roman" w:cs="Times New Roman"/>
                <w:spacing w:val="-9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арифметических</w:t>
            </w:r>
            <w:r w:rsidRPr="0030397D">
              <w:rPr>
                <w:rFonts w:ascii="Times New Roman" w:eastAsia="Times New Roman" w:hAnsi="Times New Roman" w:cs="Times New Roman"/>
                <w:spacing w:val="-9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действий;</w:t>
            </w:r>
          </w:p>
          <w:p w:rsidR="0030397D" w:rsidRPr="0030397D" w:rsidRDefault="0030397D" w:rsidP="0030397D">
            <w:pPr>
              <w:spacing w:before="19" w:line="266" w:lineRule="auto"/>
              <w:ind w:right="134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lang w:val="ru-RU"/>
              </w:rPr>
              <w:t xml:space="preserve">Устная работа: счёт единицами в разном порядке, чтение,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упорядочение</w:t>
            </w:r>
            <w:r w:rsidRPr="0030397D">
              <w:rPr>
                <w:rFonts w:ascii="Times New Roman" w:eastAsia="Times New Roman" w:hAnsi="Times New Roman" w:cs="Times New Roman"/>
                <w:spacing w:val="-37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однозначных</w:t>
            </w:r>
            <w:r w:rsidRPr="0030397D">
              <w:rPr>
                <w:rFonts w:ascii="Times New Roman" w:eastAsia="Times New Roman" w:hAnsi="Times New Roman" w:cs="Times New Roman"/>
                <w:spacing w:val="-2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и</w:t>
            </w:r>
            <w:r w:rsidRPr="0030397D">
              <w:rPr>
                <w:rFonts w:ascii="Times New Roman" w:eastAsia="Times New Roman" w:hAnsi="Times New Roman" w:cs="Times New Roman"/>
                <w:spacing w:val="-2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двузначных</w:t>
            </w:r>
            <w:r w:rsidRPr="0030397D">
              <w:rPr>
                <w:rFonts w:ascii="Times New Roman" w:eastAsia="Times New Roman" w:hAnsi="Times New Roman" w:cs="Times New Roman"/>
                <w:spacing w:val="-2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чисел;</w:t>
            </w:r>
            <w:r w:rsidRPr="0030397D">
              <w:rPr>
                <w:rFonts w:ascii="Times New Roman" w:eastAsia="Times New Roman" w:hAnsi="Times New Roman" w:cs="Times New Roman"/>
                <w:spacing w:val="-2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счёт</w:t>
            </w:r>
            <w:r w:rsidRPr="0030397D">
              <w:rPr>
                <w:rFonts w:ascii="Times New Roman" w:eastAsia="Times New Roman" w:hAnsi="Times New Roman" w:cs="Times New Roman"/>
                <w:spacing w:val="-2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по</w:t>
            </w:r>
            <w:r w:rsidRPr="0030397D">
              <w:rPr>
                <w:rFonts w:ascii="Times New Roman" w:eastAsia="Times New Roman" w:hAnsi="Times New Roman" w:cs="Times New Roman"/>
                <w:spacing w:val="-2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2,</w:t>
            </w:r>
            <w:r w:rsidRPr="0030397D">
              <w:rPr>
                <w:rFonts w:ascii="Times New Roman" w:eastAsia="Times New Roman" w:hAnsi="Times New Roman" w:cs="Times New Roman"/>
                <w:spacing w:val="-2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по</w:t>
            </w:r>
            <w:r w:rsidRPr="0030397D">
              <w:rPr>
                <w:rFonts w:ascii="Times New Roman" w:eastAsia="Times New Roman" w:hAnsi="Times New Roman" w:cs="Times New Roman"/>
                <w:spacing w:val="-2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5;</w:t>
            </w:r>
          </w:p>
          <w:p w:rsidR="0030397D" w:rsidRPr="0030397D" w:rsidRDefault="0030397D" w:rsidP="0030397D">
            <w:pPr>
              <w:spacing w:before="2" w:line="266" w:lineRule="auto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lang w:val="ru-RU"/>
              </w:rPr>
              <w:t>Работа</w:t>
            </w:r>
            <w:r w:rsidRPr="0030397D">
              <w:rPr>
                <w:rFonts w:ascii="Times New Roman" w:eastAsia="Times New Roman" w:hAnsi="Times New Roman" w:cs="Times New Roman"/>
                <w:spacing w:val="-9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lang w:val="ru-RU"/>
              </w:rPr>
              <w:t>с</w:t>
            </w:r>
            <w:r w:rsidRPr="0030397D">
              <w:rPr>
                <w:rFonts w:ascii="Times New Roman" w:eastAsia="Times New Roman" w:hAnsi="Times New Roman" w:cs="Times New Roman"/>
                <w:spacing w:val="-9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lang w:val="ru-RU"/>
              </w:rPr>
              <w:t>таблицей</w:t>
            </w:r>
            <w:r w:rsidRPr="0030397D">
              <w:rPr>
                <w:rFonts w:ascii="Times New Roman" w:eastAsia="Times New Roman" w:hAnsi="Times New Roman" w:cs="Times New Roman"/>
                <w:spacing w:val="-9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lang w:val="ru-RU"/>
              </w:rPr>
              <w:t>чисел:</w:t>
            </w:r>
            <w:r w:rsidRPr="0030397D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наблюдение,</w:t>
            </w:r>
            <w:r w:rsidRPr="0030397D">
              <w:rPr>
                <w:rFonts w:ascii="Times New Roman" w:eastAsia="Times New Roman" w:hAnsi="Times New Roman" w:cs="Times New Roman"/>
                <w:spacing w:val="-9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установление</w:t>
            </w:r>
            <w:r w:rsidRPr="0030397D">
              <w:rPr>
                <w:rFonts w:ascii="Times New Roman" w:eastAsia="Times New Roman" w:hAnsi="Times New Roman" w:cs="Times New Roman"/>
                <w:spacing w:val="-9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закономерностей</w:t>
            </w:r>
            <w:r w:rsidRPr="0030397D">
              <w:rPr>
                <w:rFonts w:ascii="Times New Roman" w:eastAsia="Times New Roman" w:hAnsi="Times New Roman" w:cs="Times New Roman"/>
                <w:spacing w:val="-9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в</w:t>
            </w:r>
            <w:r w:rsidRPr="0030397D">
              <w:rPr>
                <w:rFonts w:ascii="Times New Roman" w:eastAsia="Times New Roman" w:hAnsi="Times New Roman" w:cs="Times New Roman"/>
                <w:spacing w:val="1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расположении</w:t>
            </w:r>
            <w:r w:rsidRPr="0030397D">
              <w:rPr>
                <w:rFonts w:ascii="Times New Roman" w:eastAsia="Times New Roman" w:hAnsi="Times New Roman" w:cs="Times New Roman"/>
                <w:spacing w:val="-2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чисел;</w:t>
            </w:r>
          </w:p>
          <w:p w:rsidR="0030397D" w:rsidRPr="0030397D" w:rsidRDefault="0030397D" w:rsidP="0030397D">
            <w:pPr>
              <w:spacing w:before="1" w:line="266" w:lineRule="auto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Работа в парах/группах. Формулирование вопросов, связанных с</w:t>
            </w:r>
            <w:r w:rsidRPr="0030397D">
              <w:rPr>
                <w:rFonts w:ascii="Times New Roman" w:eastAsia="Times New Roman" w:hAnsi="Times New Roman" w:cs="Times New Roman"/>
                <w:spacing w:val="1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lang w:val="ru-RU"/>
              </w:rPr>
              <w:t>порядком</w:t>
            </w:r>
            <w:r w:rsidRPr="0030397D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lang w:val="ru-RU"/>
              </w:rPr>
              <w:t>чисел,</w:t>
            </w:r>
            <w:r w:rsidRPr="0030397D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lang w:val="ru-RU"/>
              </w:rPr>
              <w:t>увеличением/уменьшением</w:t>
            </w:r>
            <w:r w:rsidRPr="0030397D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числа</w:t>
            </w:r>
            <w:r w:rsidRPr="0030397D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на</w:t>
            </w:r>
            <w:r w:rsidRPr="0030397D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несколько</w:t>
            </w:r>
            <w:r w:rsidRPr="0030397D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единиц,</w:t>
            </w:r>
            <w:r w:rsidRPr="0030397D">
              <w:rPr>
                <w:rFonts w:ascii="Times New Roman" w:eastAsia="Times New Roman" w:hAnsi="Times New Roman" w:cs="Times New Roman"/>
                <w:spacing w:val="1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установлением</w:t>
            </w:r>
            <w:r w:rsidRPr="0030397D">
              <w:rPr>
                <w:rFonts w:ascii="Times New Roman" w:eastAsia="Times New Roman" w:hAnsi="Times New Roman" w:cs="Times New Roman"/>
                <w:spacing w:val="-2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закономерности</w:t>
            </w:r>
            <w:r w:rsidRPr="0030397D">
              <w:rPr>
                <w:rFonts w:ascii="Times New Roman" w:eastAsia="Times New Roman" w:hAnsi="Times New Roman" w:cs="Times New Roman"/>
                <w:spacing w:val="-2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в</w:t>
            </w:r>
            <w:r w:rsidRPr="0030397D">
              <w:rPr>
                <w:rFonts w:ascii="Times New Roman" w:eastAsia="Times New Roman" w:hAnsi="Times New Roman" w:cs="Times New Roman"/>
                <w:spacing w:val="-2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ряду</w:t>
            </w:r>
            <w:r w:rsidRPr="0030397D">
              <w:rPr>
                <w:rFonts w:ascii="Times New Roman" w:eastAsia="Times New Roman" w:hAnsi="Times New Roman" w:cs="Times New Roman"/>
                <w:spacing w:val="-2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чисел;</w:t>
            </w:r>
          </w:p>
          <w:p w:rsidR="0030397D" w:rsidRPr="0030397D" w:rsidRDefault="0030397D" w:rsidP="0030397D">
            <w:pPr>
              <w:spacing w:before="2" w:line="266" w:lineRule="auto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Моделирование учебных ситуаций, связанных с применением</w:t>
            </w:r>
            <w:r w:rsidRPr="0030397D">
              <w:rPr>
                <w:rFonts w:ascii="Times New Roman" w:eastAsia="Times New Roman" w:hAnsi="Times New Roman" w:cs="Times New Roman"/>
                <w:spacing w:val="1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lang w:val="ru-RU"/>
              </w:rPr>
              <w:t>представлений</w:t>
            </w:r>
            <w:r w:rsidRPr="0030397D">
              <w:rPr>
                <w:rFonts w:ascii="Times New Roman" w:eastAsia="Times New Roman" w:hAnsi="Times New Roman" w:cs="Times New Roman"/>
                <w:spacing w:val="-9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о</w:t>
            </w:r>
            <w:r w:rsidRPr="0030397D">
              <w:rPr>
                <w:rFonts w:ascii="Times New Roman" w:eastAsia="Times New Roman" w:hAnsi="Times New Roman" w:cs="Times New Roman"/>
                <w:spacing w:val="-9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числе</w:t>
            </w:r>
            <w:r w:rsidRPr="0030397D">
              <w:rPr>
                <w:rFonts w:ascii="Times New Roman" w:eastAsia="Times New Roman" w:hAnsi="Times New Roman" w:cs="Times New Roman"/>
                <w:spacing w:val="-9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в</w:t>
            </w:r>
            <w:r w:rsidRPr="0030397D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практических</w:t>
            </w:r>
            <w:r w:rsidRPr="0030397D">
              <w:rPr>
                <w:rFonts w:ascii="Times New Roman" w:eastAsia="Times New Roman" w:hAnsi="Times New Roman" w:cs="Times New Roman"/>
                <w:spacing w:val="-9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ситуациях.</w:t>
            </w:r>
            <w:r w:rsidRPr="0030397D">
              <w:rPr>
                <w:rFonts w:ascii="Times New Roman" w:eastAsia="Times New Roman" w:hAnsi="Times New Roman" w:cs="Times New Roman"/>
                <w:spacing w:val="-9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Письмо</w:t>
            </w:r>
            <w:r w:rsidRPr="0030397D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цифр;</w:t>
            </w:r>
          </w:p>
        </w:tc>
        <w:tc>
          <w:tcPr>
            <w:tcW w:w="1236" w:type="dxa"/>
          </w:tcPr>
          <w:p w:rsidR="0030397D" w:rsidRPr="0030397D" w:rsidRDefault="0030397D" w:rsidP="0030397D">
            <w:pPr>
              <w:spacing w:before="74" w:line="266" w:lineRule="auto"/>
              <w:ind w:right="44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Самооценка с</w:t>
            </w:r>
            <w:r w:rsidRPr="0030397D">
              <w:rPr>
                <w:rFonts w:ascii="Times New Roman" w:eastAsia="Times New Roman" w:hAnsi="Times New Roman" w:cs="Times New Roman"/>
                <w:spacing w:val="1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lang w:val="ru-RU"/>
              </w:rPr>
              <w:t>использованием</w:t>
            </w:r>
          </w:p>
          <w:p w:rsidR="0030397D" w:rsidRPr="0030397D" w:rsidRDefault="0030397D" w:rsidP="0030397D">
            <w:pPr>
              <w:spacing w:before="2" w:line="266" w:lineRule="auto"/>
              <w:ind w:right="204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«Оценочного</w:t>
            </w:r>
            <w:r w:rsidRPr="0030397D">
              <w:rPr>
                <w:rFonts w:ascii="Times New Roman" w:eastAsia="Times New Roman" w:hAnsi="Times New Roman" w:cs="Times New Roman"/>
                <w:spacing w:val="-37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листа»;</w:t>
            </w:r>
            <w:r w:rsidRPr="0030397D">
              <w:rPr>
                <w:rFonts w:ascii="Times New Roman" w:eastAsia="Times New Roman" w:hAnsi="Times New Roman" w:cs="Times New Roman"/>
                <w:spacing w:val="1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lang w:val="ru-RU"/>
              </w:rPr>
              <w:t>Практическая</w:t>
            </w:r>
            <w:r w:rsidRPr="0030397D">
              <w:rPr>
                <w:rFonts w:ascii="Times New Roman" w:eastAsia="Times New Roman" w:hAnsi="Times New Roman" w:cs="Times New Roman"/>
                <w:spacing w:val="-37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работа;</w:t>
            </w:r>
          </w:p>
        </w:tc>
        <w:tc>
          <w:tcPr>
            <w:tcW w:w="1548" w:type="dxa"/>
          </w:tcPr>
          <w:p w:rsidR="0030397D" w:rsidRPr="0030397D" w:rsidRDefault="00D50E20" w:rsidP="0030397D">
            <w:pPr>
              <w:spacing w:before="74"/>
              <w:ind w:right="39"/>
              <w:jc w:val="center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hyperlink r:id="rId19">
              <w:r w:rsidR="0030397D" w:rsidRPr="0030397D">
                <w:rPr>
                  <w:rFonts w:ascii="Times New Roman" w:eastAsia="Times New Roman" w:hAnsi="Times New Roman" w:cs="Times New Roman"/>
                  <w:w w:val="105"/>
                  <w:sz w:val="15"/>
                  <w:lang w:val="ru-RU"/>
                </w:rPr>
                <w:t>http://kopilurokov.ru/,</w:t>
              </w:r>
            </w:hyperlink>
          </w:p>
        </w:tc>
      </w:tr>
      <w:tr w:rsidR="0030397D" w:rsidRPr="0030397D" w:rsidTr="005B299F">
        <w:trPr>
          <w:trHeight w:val="1245"/>
        </w:trPr>
        <w:tc>
          <w:tcPr>
            <w:tcW w:w="396" w:type="dxa"/>
          </w:tcPr>
          <w:p w:rsidR="0030397D" w:rsidRPr="0030397D" w:rsidRDefault="0030397D" w:rsidP="0030397D">
            <w:pPr>
              <w:spacing w:before="74"/>
              <w:ind w:right="49"/>
              <w:jc w:val="center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lastRenderedPageBreak/>
              <w:t>1.8.</w:t>
            </w:r>
          </w:p>
        </w:tc>
        <w:tc>
          <w:tcPr>
            <w:tcW w:w="3614" w:type="dxa"/>
          </w:tcPr>
          <w:p w:rsidR="0030397D" w:rsidRPr="0030397D" w:rsidRDefault="0030397D" w:rsidP="0030397D">
            <w:pPr>
              <w:spacing w:before="74"/>
              <w:rPr>
                <w:rFonts w:ascii="Times New Roman" w:eastAsia="Times New Roman" w:hAnsi="Times New Roman" w:cs="Times New Roman"/>
                <w:b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b/>
                <w:spacing w:val="-1"/>
                <w:w w:val="105"/>
                <w:sz w:val="15"/>
                <w:lang w:val="ru-RU"/>
              </w:rPr>
              <w:t>Однозначные</w:t>
            </w:r>
            <w:r w:rsidRPr="0030397D">
              <w:rPr>
                <w:rFonts w:ascii="Times New Roman" w:eastAsia="Times New Roman" w:hAnsi="Times New Roman" w:cs="Times New Roman"/>
                <w:b/>
                <w:spacing w:val="-8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b/>
                <w:w w:val="105"/>
                <w:sz w:val="15"/>
                <w:lang w:val="ru-RU"/>
              </w:rPr>
              <w:t>и</w:t>
            </w:r>
            <w:r w:rsidRPr="0030397D">
              <w:rPr>
                <w:rFonts w:ascii="Times New Roman" w:eastAsia="Times New Roman" w:hAnsi="Times New Roman" w:cs="Times New Roman"/>
                <w:b/>
                <w:spacing w:val="-8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b/>
                <w:w w:val="105"/>
                <w:sz w:val="15"/>
                <w:lang w:val="ru-RU"/>
              </w:rPr>
              <w:t>двузначные</w:t>
            </w:r>
            <w:r w:rsidRPr="0030397D">
              <w:rPr>
                <w:rFonts w:ascii="Times New Roman" w:eastAsia="Times New Roman" w:hAnsi="Times New Roman" w:cs="Times New Roman"/>
                <w:b/>
                <w:spacing w:val="-8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b/>
                <w:w w:val="105"/>
                <w:sz w:val="15"/>
                <w:lang w:val="ru-RU"/>
              </w:rPr>
              <w:t>числа.</w:t>
            </w:r>
          </w:p>
        </w:tc>
        <w:tc>
          <w:tcPr>
            <w:tcW w:w="528" w:type="dxa"/>
          </w:tcPr>
          <w:p w:rsidR="0030397D" w:rsidRPr="0030397D" w:rsidRDefault="0030397D" w:rsidP="0030397D">
            <w:pPr>
              <w:spacing w:before="74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4"/>
                <w:sz w:val="15"/>
                <w:lang w:val="ru-RU"/>
              </w:rPr>
              <w:t>2</w:t>
            </w:r>
          </w:p>
        </w:tc>
        <w:tc>
          <w:tcPr>
            <w:tcW w:w="1104" w:type="dxa"/>
          </w:tcPr>
          <w:p w:rsidR="0030397D" w:rsidRPr="0030397D" w:rsidRDefault="0030397D" w:rsidP="0030397D">
            <w:pPr>
              <w:spacing w:before="74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4"/>
                <w:sz w:val="15"/>
                <w:lang w:val="ru-RU"/>
              </w:rPr>
              <w:t>1</w:t>
            </w:r>
          </w:p>
        </w:tc>
        <w:tc>
          <w:tcPr>
            <w:tcW w:w="1140" w:type="dxa"/>
          </w:tcPr>
          <w:p w:rsidR="0030397D" w:rsidRPr="0030397D" w:rsidRDefault="0030397D" w:rsidP="0030397D">
            <w:pPr>
              <w:spacing w:before="74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4"/>
                <w:sz w:val="15"/>
                <w:lang w:val="ru-RU"/>
              </w:rPr>
              <w:t>1</w:t>
            </w:r>
          </w:p>
        </w:tc>
        <w:tc>
          <w:tcPr>
            <w:tcW w:w="864" w:type="dxa"/>
          </w:tcPr>
          <w:p w:rsidR="0030397D" w:rsidRPr="0030397D" w:rsidRDefault="0030397D" w:rsidP="0030397D">
            <w:pPr>
              <w:spacing w:before="74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27.09.2022</w:t>
            </w:r>
          </w:p>
          <w:p w:rsidR="0030397D" w:rsidRPr="0030397D" w:rsidRDefault="0030397D" w:rsidP="0030397D">
            <w:pPr>
              <w:spacing w:before="20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28.09.2022</w:t>
            </w:r>
          </w:p>
        </w:tc>
        <w:tc>
          <w:tcPr>
            <w:tcW w:w="5066" w:type="dxa"/>
          </w:tcPr>
          <w:p w:rsidR="0030397D" w:rsidRPr="0030397D" w:rsidRDefault="0030397D" w:rsidP="0030397D">
            <w:pPr>
              <w:spacing w:before="74" w:line="266" w:lineRule="auto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Работа в парах/группах. Формулирование вопросов, связанных с</w:t>
            </w:r>
            <w:r w:rsidRPr="0030397D">
              <w:rPr>
                <w:rFonts w:ascii="Times New Roman" w:eastAsia="Times New Roman" w:hAnsi="Times New Roman" w:cs="Times New Roman"/>
                <w:spacing w:val="1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lang w:val="ru-RU"/>
              </w:rPr>
              <w:t>порядком</w:t>
            </w:r>
            <w:r w:rsidRPr="0030397D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lang w:val="ru-RU"/>
              </w:rPr>
              <w:t>чисел,</w:t>
            </w:r>
            <w:r w:rsidRPr="0030397D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lang w:val="ru-RU"/>
              </w:rPr>
              <w:t>увеличением/уменьшением</w:t>
            </w:r>
            <w:r w:rsidRPr="0030397D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числа</w:t>
            </w:r>
            <w:r w:rsidRPr="0030397D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на</w:t>
            </w:r>
            <w:r w:rsidRPr="0030397D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несколько</w:t>
            </w:r>
            <w:r w:rsidRPr="0030397D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единиц,</w:t>
            </w:r>
            <w:r w:rsidRPr="0030397D">
              <w:rPr>
                <w:rFonts w:ascii="Times New Roman" w:eastAsia="Times New Roman" w:hAnsi="Times New Roman" w:cs="Times New Roman"/>
                <w:spacing w:val="1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установлением</w:t>
            </w:r>
            <w:r w:rsidRPr="0030397D">
              <w:rPr>
                <w:rFonts w:ascii="Times New Roman" w:eastAsia="Times New Roman" w:hAnsi="Times New Roman" w:cs="Times New Roman"/>
                <w:spacing w:val="-2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закономерности</w:t>
            </w:r>
            <w:r w:rsidRPr="0030397D">
              <w:rPr>
                <w:rFonts w:ascii="Times New Roman" w:eastAsia="Times New Roman" w:hAnsi="Times New Roman" w:cs="Times New Roman"/>
                <w:spacing w:val="-2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в</w:t>
            </w:r>
            <w:r w:rsidRPr="0030397D">
              <w:rPr>
                <w:rFonts w:ascii="Times New Roman" w:eastAsia="Times New Roman" w:hAnsi="Times New Roman" w:cs="Times New Roman"/>
                <w:spacing w:val="-2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ряду</w:t>
            </w:r>
            <w:r w:rsidRPr="0030397D">
              <w:rPr>
                <w:rFonts w:ascii="Times New Roman" w:eastAsia="Times New Roman" w:hAnsi="Times New Roman" w:cs="Times New Roman"/>
                <w:spacing w:val="-2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чисел;</w:t>
            </w:r>
          </w:p>
          <w:p w:rsidR="0030397D" w:rsidRPr="0030397D" w:rsidRDefault="0030397D" w:rsidP="0030397D">
            <w:pPr>
              <w:spacing w:before="2" w:line="266" w:lineRule="auto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Моделирование учебных ситуаций, связанных с применением</w:t>
            </w:r>
            <w:r w:rsidRPr="0030397D">
              <w:rPr>
                <w:rFonts w:ascii="Times New Roman" w:eastAsia="Times New Roman" w:hAnsi="Times New Roman" w:cs="Times New Roman"/>
                <w:spacing w:val="1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lang w:val="ru-RU"/>
              </w:rPr>
              <w:t>представлений</w:t>
            </w:r>
            <w:r w:rsidRPr="0030397D">
              <w:rPr>
                <w:rFonts w:ascii="Times New Roman" w:eastAsia="Times New Roman" w:hAnsi="Times New Roman" w:cs="Times New Roman"/>
                <w:spacing w:val="-9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о</w:t>
            </w:r>
            <w:r w:rsidRPr="0030397D">
              <w:rPr>
                <w:rFonts w:ascii="Times New Roman" w:eastAsia="Times New Roman" w:hAnsi="Times New Roman" w:cs="Times New Roman"/>
                <w:spacing w:val="-9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числе</w:t>
            </w:r>
            <w:r w:rsidRPr="0030397D">
              <w:rPr>
                <w:rFonts w:ascii="Times New Roman" w:eastAsia="Times New Roman" w:hAnsi="Times New Roman" w:cs="Times New Roman"/>
                <w:spacing w:val="-9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в</w:t>
            </w:r>
            <w:r w:rsidRPr="0030397D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практических</w:t>
            </w:r>
            <w:r w:rsidRPr="0030397D">
              <w:rPr>
                <w:rFonts w:ascii="Times New Roman" w:eastAsia="Times New Roman" w:hAnsi="Times New Roman" w:cs="Times New Roman"/>
                <w:spacing w:val="-9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ситуациях.</w:t>
            </w:r>
            <w:r w:rsidRPr="0030397D">
              <w:rPr>
                <w:rFonts w:ascii="Times New Roman" w:eastAsia="Times New Roman" w:hAnsi="Times New Roman" w:cs="Times New Roman"/>
                <w:spacing w:val="-9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Письмо</w:t>
            </w:r>
            <w:r w:rsidRPr="0030397D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цифр;</w:t>
            </w:r>
          </w:p>
        </w:tc>
        <w:tc>
          <w:tcPr>
            <w:tcW w:w="1236" w:type="dxa"/>
          </w:tcPr>
          <w:p w:rsidR="0030397D" w:rsidRPr="0030397D" w:rsidRDefault="0030397D" w:rsidP="0030397D">
            <w:pPr>
              <w:spacing w:before="74" w:line="266" w:lineRule="auto"/>
              <w:ind w:right="261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lang w:val="ru-RU"/>
              </w:rPr>
              <w:t>Контрольная</w:t>
            </w:r>
            <w:r w:rsidRPr="0030397D">
              <w:rPr>
                <w:rFonts w:ascii="Times New Roman" w:eastAsia="Times New Roman" w:hAnsi="Times New Roman" w:cs="Times New Roman"/>
                <w:spacing w:val="-37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работа;</w:t>
            </w:r>
          </w:p>
        </w:tc>
        <w:tc>
          <w:tcPr>
            <w:tcW w:w="1548" w:type="dxa"/>
          </w:tcPr>
          <w:p w:rsidR="0030397D" w:rsidRPr="0030397D" w:rsidRDefault="00D50E20" w:rsidP="0030397D">
            <w:pPr>
              <w:spacing w:before="74"/>
              <w:ind w:right="39"/>
              <w:jc w:val="center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hyperlink r:id="rId20">
              <w:r w:rsidR="0030397D" w:rsidRPr="0030397D">
                <w:rPr>
                  <w:rFonts w:ascii="Times New Roman" w:eastAsia="Times New Roman" w:hAnsi="Times New Roman" w:cs="Times New Roman"/>
                  <w:w w:val="105"/>
                  <w:sz w:val="15"/>
                  <w:lang w:val="ru-RU"/>
                </w:rPr>
                <w:t>http://kopilurokov.ru/,</w:t>
              </w:r>
            </w:hyperlink>
          </w:p>
        </w:tc>
      </w:tr>
      <w:tr w:rsidR="0030397D" w:rsidRPr="0030397D" w:rsidTr="005B299F">
        <w:trPr>
          <w:trHeight w:val="717"/>
        </w:trPr>
        <w:tc>
          <w:tcPr>
            <w:tcW w:w="396" w:type="dxa"/>
          </w:tcPr>
          <w:p w:rsidR="0030397D" w:rsidRPr="0030397D" w:rsidRDefault="0030397D" w:rsidP="0030397D">
            <w:pPr>
              <w:spacing w:before="64"/>
              <w:ind w:right="49"/>
              <w:jc w:val="center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1.9.</w:t>
            </w:r>
          </w:p>
        </w:tc>
        <w:tc>
          <w:tcPr>
            <w:tcW w:w="3614" w:type="dxa"/>
          </w:tcPr>
          <w:p w:rsidR="0030397D" w:rsidRPr="0030397D" w:rsidRDefault="0030397D" w:rsidP="0030397D">
            <w:pPr>
              <w:spacing w:before="64" w:line="266" w:lineRule="auto"/>
              <w:rPr>
                <w:rFonts w:ascii="Times New Roman" w:eastAsia="Times New Roman" w:hAnsi="Times New Roman" w:cs="Times New Roman"/>
                <w:b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b/>
                <w:spacing w:val="-1"/>
                <w:w w:val="105"/>
                <w:sz w:val="15"/>
                <w:lang w:val="ru-RU"/>
              </w:rPr>
              <w:t>Увеличение</w:t>
            </w:r>
            <w:r w:rsidRPr="0030397D">
              <w:rPr>
                <w:rFonts w:ascii="Times New Roman" w:eastAsia="Times New Roman" w:hAnsi="Times New Roman" w:cs="Times New Roman"/>
                <w:b/>
                <w:spacing w:val="-9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b/>
                <w:spacing w:val="-1"/>
                <w:w w:val="105"/>
                <w:sz w:val="15"/>
                <w:lang w:val="ru-RU"/>
              </w:rPr>
              <w:t>(уменьшение)</w:t>
            </w:r>
            <w:r w:rsidRPr="0030397D">
              <w:rPr>
                <w:rFonts w:ascii="Times New Roman" w:eastAsia="Times New Roman" w:hAnsi="Times New Roman" w:cs="Times New Roman"/>
                <w:b/>
                <w:spacing w:val="-9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b/>
                <w:w w:val="105"/>
                <w:sz w:val="15"/>
                <w:lang w:val="ru-RU"/>
              </w:rPr>
              <w:t>числа</w:t>
            </w:r>
            <w:r w:rsidRPr="0030397D">
              <w:rPr>
                <w:rFonts w:ascii="Times New Roman" w:eastAsia="Times New Roman" w:hAnsi="Times New Roman" w:cs="Times New Roman"/>
                <w:b/>
                <w:spacing w:val="-8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b/>
                <w:w w:val="105"/>
                <w:sz w:val="15"/>
                <w:lang w:val="ru-RU"/>
              </w:rPr>
              <w:t>на</w:t>
            </w:r>
            <w:r w:rsidRPr="0030397D">
              <w:rPr>
                <w:rFonts w:ascii="Times New Roman" w:eastAsia="Times New Roman" w:hAnsi="Times New Roman" w:cs="Times New Roman"/>
                <w:b/>
                <w:spacing w:val="-9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b/>
                <w:w w:val="105"/>
                <w:sz w:val="15"/>
                <w:lang w:val="ru-RU"/>
              </w:rPr>
              <w:t>несколько</w:t>
            </w:r>
            <w:r w:rsidRPr="0030397D">
              <w:rPr>
                <w:rFonts w:ascii="Times New Roman" w:eastAsia="Times New Roman" w:hAnsi="Times New Roman" w:cs="Times New Roman"/>
                <w:b/>
                <w:spacing w:val="-36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b/>
                <w:w w:val="105"/>
                <w:sz w:val="15"/>
                <w:lang w:val="ru-RU"/>
              </w:rPr>
              <w:t>единиц</w:t>
            </w:r>
          </w:p>
        </w:tc>
        <w:tc>
          <w:tcPr>
            <w:tcW w:w="528" w:type="dxa"/>
          </w:tcPr>
          <w:p w:rsidR="0030397D" w:rsidRPr="0030397D" w:rsidRDefault="0030397D" w:rsidP="0030397D">
            <w:pPr>
              <w:spacing w:before="64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4"/>
                <w:sz w:val="15"/>
                <w:lang w:val="ru-RU"/>
              </w:rPr>
              <w:t>2</w:t>
            </w:r>
          </w:p>
        </w:tc>
        <w:tc>
          <w:tcPr>
            <w:tcW w:w="1104" w:type="dxa"/>
          </w:tcPr>
          <w:p w:rsidR="0030397D" w:rsidRPr="0030397D" w:rsidRDefault="0030397D" w:rsidP="0030397D">
            <w:pPr>
              <w:spacing w:before="64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4"/>
                <w:sz w:val="15"/>
                <w:lang w:val="ru-RU"/>
              </w:rPr>
              <w:t>0</w:t>
            </w:r>
          </w:p>
        </w:tc>
        <w:tc>
          <w:tcPr>
            <w:tcW w:w="1140" w:type="dxa"/>
          </w:tcPr>
          <w:p w:rsidR="0030397D" w:rsidRPr="0030397D" w:rsidRDefault="0030397D" w:rsidP="0030397D">
            <w:pPr>
              <w:spacing w:before="64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4"/>
                <w:sz w:val="15"/>
                <w:lang w:val="ru-RU"/>
              </w:rPr>
              <w:t>2</w:t>
            </w:r>
          </w:p>
        </w:tc>
        <w:tc>
          <w:tcPr>
            <w:tcW w:w="864" w:type="dxa"/>
          </w:tcPr>
          <w:p w:rsidR="0030397D" w:rsidRPr="0030397D" w:rsidRDefault="0030397D" w:rsidP="0030397D">
            <w:pPr>
              <w:spacing w:before="64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29.09.2022</w:t>
            </w:r>
          </w:p>
          <w:p w:rsidR="0030397D" w:rsidRPr="0030397D" w:rsidRDefault="0030397D" w:rsidP="0030397D">
            <w:pPr>
              <w:spacing w:before="20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03.10.2022</w:t>
            </w:r>
          </w:p>
        </w:tc>
        <w:tc>
          <w:tcPr>
            <w:tcW w:w="5066" w:type="dxa"/>
          </w:tcPr>
          <w:p w:rsidR="0030397D" w:rsidRPr="0030397D" w:rsidRDefault="0030397D" w:rsidP="0030397D">
            <w:pPr>
              <w:spacing w:before="64" w:line="266" w:lineRule="auto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Работа в парах/группах. Формулирование вопросов, связанных с</w:t>
            </w:r>
            <w:r w:rsidRPr="0030397D">
              <w:rPr>
                <w:rFonts w:ascii="Times New Roman" w:eastAsia="Times New Roman" w:hAnsi="Times New Roman" w:cs="Times New Roman"/>
                <w:spacing w:val="1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lang w:val="ru-RU"/>
              </w:rPr>
              <w:t>порядком</w:t>
            </w:r>
            <w:r w:rsidRPr="0030397D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lang w:val="ru-RU"/>
              </w:rPr>
              <w:t>чисел,</w:t>
            </w:r>
            <w:r w:rsidRPr="0030397D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lang w:val="ru-RU"/>
              </w:rPr>
              <w:t>увеличением/уменьшением</w:t>
            </w:r>
            <w:r w:rsidRPr="0030397D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числа</w:t>
            </w:r>
            <w:r w:rsidRPr="0030397D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на</w:t>
            </w:r>
            <w:r w:rsidRPr="0030397D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несколько</w:t>
            </w:r>
            <w:r w:rsidRPr="0030397D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единиц,</w:t>
            </w:r>
            <w:r w:rsidRPr="0030397D">
              <w:rPr>
                <w:rFonts w:ascii="Times New Roman" w:eastAsia="Times New Roman" w:hAnsi="Times New Roman" w:cs="Times New Roman"/>
                <w:spacing w:val="1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установлением</w:t>
            </w:r>
            <w:r w:rsidRPr="0030397D">
              <w:rPr>
                <w:rFonts w:ascii="Times New Roman" w:eastAsia="Times New Roman" w:hAnsi="Times New Roman" w:cs="Times New Roman"/>
                <w:spacing w:val="-2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закономерности</w:t>
            </w:r>
            <w:r w:rsidRPr="0030397D">
              <w:rPr>
                <w:rFonts w:ascii="Times New Roman" w:eastAsia="Times New Roman" w:hAnsi="Times New Roman" w:cs="Times New Roman"/>
                <w:spacing w:val="-2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в</w:t>
            </w:r>
            <w:r w:rsidRPr="0030397D">
              <w:rPr>
                <w:rFonts w:ascii="Times New Roman" w:eastAsia="Times New Roman" w:hAnsi="Times New Roman" w:cs="Times New Roman"/>
                <w:spacing w:val="-2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ряду</w:t>
            </w:r>
            <w:r w:rsidRPr="0030397D">
              <w:rPr>
                <w:rFonts w:ascii="Times New Roman" w:eastAsia="Times New Roman" w:hAnsi="Times New Roman" w:cs="Times New Roman"/>
                <w:spacing w:val="-2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чисел;</w:t>
            </w:r>
          </w:p>
        </w:tc>
        <w:tc>
          <w:tcPr>
            <w:tcW w:w="1236" w:type="dxa"/>
          </w:tcPr>
          <w:p w:rsidR="0030397D" w:rsidRPr="0030397D" w:rsidRDefault="0030397D" w:rsidP="0030397D">
            <w:pPr>
              <w:spacing w:before="64" w:line="266" w:lineRule="auto"/>
              <w:ind w:right="204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lang w:val="ru-RU"/>
              </w:rPr>
              <w:t>Практическая</w:t>
            </w:r>
            <w:r w:rsidRPr="0030397D">
              <w:rPr>
                <w:rFonts w:ascii="Times New Roman" w:eastAsia="Times New Roman" w:hAnsi="Times New Roman" w:cs="Times New Roman"/>
                <w:spacing w:val="-37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работа;</w:t>
            </w:r>
          </w:p>
        </w:tc>
        <w:tc>
          <w:tcPr>
            <w:tcW w:w="1548" w:type="dxa"/>
          </w:tcPr>
          <w:p w:rsidR="0030397D" w:rsidRPr="0030397D" w:rsidRDefault="00D50E20" w:rsidP="0030397D">
            <w:pPr>
              <w:spacing w:before="64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hyperlink r:id="rId21">
              <w:r w:rsidR="0030397D" w:rsidRPr="0030397D">
                <w:rPr>
                  <w:rFonts w:ascii="Times New Roman" w:eastAsia="Times New Roman" w:hAnsi="Times New Roman" w:cs="Times New Roman"/>
                  <w:w w:val="105"/>
                  <w:sz w:val="15"/>
                  <w:lang w:val="ru-RU"/>
                </w:rPr>
                <w:t>http://kopilurokov.ru/,</w:t>
              </w:r>
            </w:hyperlink>
          </w:p>
        </w:tc>
      </w:tr>
      <w:tr w:rsidR="0030397D" w:rsidRPr="0030397D" w:rsidTr="005B299F">
        <w:trPr>
          <w:trHeight w:val="333"/>
        </w:trPr>
        <w:tc>
          <w:tcPr>
            <w:tcW w:w="4010" w:type="dxa"/>
            <w:gridSpan w:val="2"/>
          </w:tcPr>
          <w:p w:rsidR="0030397D" w:rsidRPr="0030397D" w:rsidRDefault="0030397D" w:rsidP="0030397D">
            <w:pPr>
              <w:spacing w:before="64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Итого</w:t>
            </w:r>
            <w:r w:rsidRPr="0030397D">
              <w:rPr>
                <w:rFonts w:ascii="Times New Roman" w:eastAsia="Times New Roman" w:hAnsi="Times New Roman" w:cs="Times New Roman"/>
                <w:spacing w:val="-7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по</w:t>
            </w:r>
            <w:r w:rsidRPr="0030397D">
              <w:rPr>
                <w:rFonts w:ascii="Times New Roman" w:eastAsia="Times New Roman" w:hAnsi="Times New Roman" w:cs="Times New Roman"/>
                <w:spacing w:val="-7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разделу</w:t>
            </w:r>
          </w:p>
        </w:tc>
        <w:tc>
          <w:tcPr>
            <w:tcW w:w="528" w:type="dxa"/>
          </w:tcPr>
          <w:p w:rsidR="0030397D" w:rsidRPr="0030397D" w:rsidRDefault="0030397D" w:rsidP="0030397D">
            <w:pPr>
              <w:spacing w:before="64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20</w:t>
            </w:r>
          </w:p>
        </w:tc>
        <w:tc>
          <w:tcPr>
            <w:tcW w:w="10958" w:type="dxa"/>
            <w:gridSpan w:val="6"/>
          </w:tcPr>
          <w:p w:rsidR="0030397D" w:rsidRPr="0030397D" w:rsidRDefault="0030397D" w:rsidP="0030397D">
            <w:pPr>
              <w:rPr>
                <w:rFonts w:ascii="Times New Roman" w:eastAsia="Times New Roman" w:hAnsi="Times New Roman" w:cs="Times New Roman"/>
                <w:sz w:val="14"/>
                <w:lang w:val="ru-RU"/>
              </w:rPr>
            </w:pPr>
          </w:p>
        </w:tc>
      </w:tr>
      <w:tr w:rsidR="0030397D" w:rsidRPr="0030397D" w:rsidTr="005B299F">
        <w:trPr>
          <w:trHeight w:val="333"/>
        </w:trPr>
        <w:tc>
          <w:tcPr>
            <w:tcW w:w="15496" w:type="dxa"/>
            <w:gridSpan w:val="9"/>
          </w:tcPr>
          <w:p w:rsidR="0030397D" w:rsidRPr="0030397D" w:rsidRDefault="0030397D" w:rsidP="0030397D">
            <w:pPr>
              <w:spacing w:before="64"/>
              <w:rPr>
                <w:rFonts w:ascii="Times New Roman" w:eastAsia="Times New Roman" w:hAnsi="Times New Roman" w:cs="Times New Roman"/>
                <w:b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Раздел</w:t>
            </w:r>
            <w:r w:rsidRPr="0030397D">
              <w:rPr>
                <w:rFonts w:ascii="Times New Roman" w:eastAsia="Times New Roman" w:hAnsi="Times New Roman" w:cs="Times New Roman"/>
                <w:spacing w:val="-9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2.</w:t>
            </w:r>
            <w:r w:rsidRPr="0030397D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b/>
                <w:w w:val="105"/>
                <w:sz w:val="15"/>
                <w:lang w:val="ru-RU"/>
              </w:rPr>
              <w:t>Величины</w:t>
            </w:r>
          </w:p>
        </w:tc>
      </w:tr>
      <w:tr w:rsidR="0030397D" w:rsidRPr="0030397D" w:rsidTr="005B299F">
        <w:trPr>
          <w:trHeight w:val="525"/>
        </w:trPr>
        <w:tc>
          <w:tcPr>
            <w:tcW w:w="396" w:type="dxa"/>
          </w:tcPr>
          <w:p w:rsidR="0030397D" w:rsidRPr="0030397D" w:rsidRDefault="0030397D" w:rsidP="0030397D">
            <w:pPr>
              <w:spacing w:before="64"/>
              <w:ind w:right="49"/>
              <w:jc w:val="center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2.1.</w:t>
            </w:r>
          </w:p>
        </w:tc>
        <w:tc>
          <w:tcPr>
            <w:tcW w:w="3614" w:type="dxa"/>
          </w:tcPr>
          <w:p w:rsidR="0030397D" w:rsidRPr="0030397D" w:rsidRDefault="0030397D" w:rsidP="0030397D">
            <w:pPr>
              <w:spacing w:before="64" w:line="266" w:lineRule="auto"/>
              <w:ind w:right="79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b/>
                <w:w w:val="105"/>
                <w:sz w:val="15"/>
                <w:lang w:val="ru-RU"/>
              </w:rPr>
              <w:t>Длина</w:t>
            </w:r>
            <w:r w:rsidRPr="0030397D">
              <w:rPr>
                <w:rFonts w:ascii="Times New Roman" w:eastAsia="Times New Roman" w:hAnsi="Times New Roman" w:cs="Times New Roman"/>
                <w:b/>
                <w:spacing w:val="-8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b/>
                <w:w w:val="105"/>
                <w:sz w:val="15"/>
                <w:lang w:val="ru-RU"/>
              </w:rPr>
              <w:t>и</w:t>
            </w:r>
            <w:r w:rsidRPr="0030397D">
              <w:rPr>
                <w:rFonts w:ascii="Times New Roman" w:eastAsia="Times New Roman" w:hAnsi="Times New Roman" w:cs="Times New Roman"/>
                <w:b/>
                <w:spacing w:val="-8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b/>
                <w:w w:val="105"/>
                <w:sz w:val="15"/>
                <w:lang w:val="ru-RU"/>
              </w:rPr>
              <w:t>её</w:t>
            </w:r>
            <w:r w:rsidRPr="0030397D">
              <w:rPr>
                <w:rFonts w:ascii="Times New Roman" w:eastAsia="Times New Roman" w:hAnsi="Times New Roman" w:cs="Times New Roman"/>
                <w:b/>
                <w:spacing w:val="-8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b/>
                <w:w w:val="105"/>
                <w:sz w:val="15"/>
                <w:lang w:val="ru-RU"/>
              </w:rPr>
              <w:t>измерение</w:t>
            </w:r>
            <w:r w:rsidRPr="0030397D">
              <w:rPr>
                <w:rFonts w:ascii="Times New Roman" w:eastAsia="Times New Roman" w:hAnsi="Times New Roman" w:cs="Times New Roman"/>
                <w:b/>
                <w:spacing w:val="-8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b/>
                <w:w w:val="105"/>
                <w:sz w:val="15"/>
                <w:lang w:val="ru-RU"/>
              </w:rPr>
              <w:t>с</w:t>
            </w:r>
            <w:r w:rsidRPr="0030397D">
              <w:rPr>
                <w:rFonts w:ascii="Times New Roman" w:eastAsia="Times New Roman" w:hAnsi="Times New Roman" w:cs="Times New Roman"/>
                <w:b/>
                <w:spacing w:val="-8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b/>
                <w:w w:val="105"/>
                <w:sz w:val="15"/>
                <w:lang w:val="ru-RU"/>
              </w:rPr>
              <w:t>помощью</w:t>
            </w:r>
            <w:r w:rsidRPr="0030397D">
              <w:rPr>
                <w:rFonts w:ascii="Times New Roman" w:eastAsia="Times New Roman" w:hAnsi="Times New Roman" w:cs="Times New Roman"/>
                <w:b/>
                <w:spacing w:val="-8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b/>
                <w:w w:val="105"/>
                <w:sz w:val="15"/>
                <w:lang w:val="ru-RU"/>
              </w:rPr>
              <w:t>заданной</w:t>
            </w:r>
            <w:r w:rsidRPr="0030397D">
              <w:rPr>
                <w:rFonts w:ascii="Times New Roman" w:eastAsia="Times New Roman" w:hAnsi="Times New Roman" w:cs="Times New Roman"/>
                <w:b/>
                <w:spacing w:val="-36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b/>
                <w:w w:val="105"/>
                <w:sz w:val="15"/>
                <w:lang w:val="ru-RU"/>
              </w:rPr>
              <w:t>мерки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.</w:t>
            </w:r>
          </w:p>
        </w:tc>
        <w:tc>
          <w:tcPr>
            <w:tcW w:w="528" w:type="dxa"/>
          </w:tcPr>
          <w:p w:rsidR="0030397D" w:rsidRPr="0030397D" w:rsidRDefault="0030397D" w:rsidP="0030397D">
            <w:pPr>
              <w:spacing w:before="64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4"/>
                <w:sz w:val="15"/>
                <w:lang w:val="ru-RU"/>
              </w:rPr>
              <w:t>1</w:t>
            </w:r>
          </w:p>
        </w:tc>
        <w:tc>
          <w:tcPr>
            <w:tcW w:w="1104" w:type="dxa"/>
          </w:tcPr>
          <w:p w:rsidR="0030397D" w:rsidRPr="0030397D" w:rsidRDefault="0030397D" w:rsidP="0030397D">
            <w:pPr>
              <w:spacing w:before="64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4"/>
                <w:sz w:val="15"/>
                <w:lang w:val="ru-RU"/>
              </w:rPr>
              <w:t>1</w:t>
            </w:r>
          </w:p>
        </w:tc>
        <w:tc>
          <w:tcPr>
            <w:tcW w:w="1140" w:type="dxa"/>
          </w:tcPr>
          <w:p w:rsidR="0030397D" w:rsidRPr="0030397D" w:rsidRDefault="0030397D" w:rsidP="0030397D">
            <w:pPr>
              <w:spacing w:before="64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4"/>
                <w:sz w:val="15"/>
                <w:lang w:val="ru-RU"/>
              </w:rPr>
              <w:t>0</w:t>
            </w:r>
          </w:p>
        </w:tc>
        <w:tc>
          <w:tcPr>
            <w:tcW w:w="864" w:type="dxa"/>
          </w:tcPr>
          <w:p w:rsidR="0030397D" w:rsidRPr="0030397D" w:rsidRDefault="0030397D" w:rsidP="0030397D">
            <w:pPr>
              <w:spacing w:before="64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04.10.2022</w:t>
            </w:r>
          </w:p>
          <w:p w:rsidR="0030397D" w:rsidRPr="0030397D" w:rsidRDefault="0030397D" w:rsidP="0030397D">
            <w:pPr>
              <w:spacing w:before="20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05.10.2022</w:t>
            </w:r>
          </w:p>
        </w:tc>
        <w:tc>
          <w:tcPr>
            <w:tcW w:w="5066" w:type="dxa"/>
          </w:tcPr>
          <w:p w:rsidR="0030397D" w:rsidRPr="0030397D" w:rsidRDefault="0030397D" w:rsidP="0030397D">
            <w:pPr>
              <w:spacing w:before="64" w:line="266" w:lineRule="auto"/>
              <w:ind w:right="1102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Знакомство с приборами для измерения величин;</w:t>
            </w:r>
            <w:r w:rsidRPr="0030397D">
              <w:rPr>
                <w:rFonts w:ascii="Times New Roman" w:eastAsia="Times New Roman" w:hAnsi="Times New Roman" w:cs="Times New Roman"/>
                <w:spacing w:val="1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lang w:val="ru-RU"/>
              </w:rPr>
              <w:t>Линейка</w:t>
            </w:r>
            <w:r w:rsidRPr="0030397D">
              <w:rPr>
                <w:rFonts w:ascii="Times New Roman" w:eastAsia="Times New Roman" w:hAnsi="Times New Roman" w:cs="Times New Roman"/>
                <w:spacing w:val="-9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lang w:val="ru-RU"/>
              </w:rPr>
              <w:t>как</w:t>
            </w:r>
            <w:r w:rsidRPr="0030397D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lang w:val="ru-RU"/>
              </w:rPr>
              <w:t>простейший</w:t>
            </w:r>
            <w:r w:rsidRPr="0030397D">
              <w:rPr>
                <w:rFonts w:ascii="Times New Roman" w:eastAsia="Times New Roman" w:hAnsi="Times New Roman" w:cs="Times New Roman"/>
                <w:spacing w:val="-9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инструмент</w:t>
            </w:r>
            <w:r w:rsidRPr="0030397D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измерения</w:t>
            </w:r>
            <w:r w:rsidRPr="0030397D">
              <w:rPr>
                <w:rFonts w:ascii="Times New Roman" w:eastAsia="Times New Roman" w:hAnsi="Times New Roman" w:cs="Times New Roman"/>
                <w:spacing w:val="-9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длины;</w:t>
            </w:r>
          </w:p>
        </w:tc>
        <w:tc>
          <w:tcPr>
            <w:tcW w:w="1236" w:type="dxa"/>
          </w:tcPr>
          <w:p w:rsidR="0030397D" w:rsidRPr="0030397D" w:rsidRDefault="0030397D" w:rsidP="0030397D">
            <w:pPr>
              <w:spacing w:before="64" w:line="266" w:lineRule="auto"/>
              <w:ind w:right="261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lang w:val="ru-RU"/>
              </w:rPr>
              <w:t>Контрольная</w:t>
            </w:r>
            <w:r w:rsidRPr="0030397D">
              <w:rPr>
                <w:rFonts w:ascii="Times New Roman" w:eastAsia="Times New Roman" w:hAnsi="Times New Roman" w:cs="Times New Roman"/>
                <w:spacing w:val="-37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работа;</w:t>
            </w:r>
          </w:p>
        </w:tc>
        <w:tc>
          <w:tcPr>
            <w:tcW w:w="1548" w:type="dxa"/>
          </w:tcPr>
          <w:p w:rsidR="0030397D" w:rsidRPr="0030397D" w:rsidRDefault="00D50E20" w:rsidP="0030397D">
            <w:pPr>
              <w:spacing w:before="64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hyperlink r:id="rId22">
              <w:r w:rsidR="0030397D" w:rsidRPr="0030397D">
                <w:rPr>
                  <w:rFonts w:ascii="Times New Roman" w:eastAsia="Times New Roman" w:hAnsi="Times New Roman" w:cs="Times New Roman"/>
                  <w:w w:val="105"/>
                  <w:sz w:val="15"/>
                  <w:lang w:val="ru-RU"/>
                </w:rPr>
                <w:t>http://nsportal.ru</w:t>
              </w:r>
            </w:hyperlink>
          </w:p>
        </w:tc>
      </w:tr>
      <w:tr w:rsidR="0030397D" w:rsidRPr="0030397D" w:rsidTr="005B299F">
        <w:trPr>
          <w:trHeight w:val="717"/>
        </w:trPr>
        <w:tc>
          <w:tcPr>
            <w:tcW w:w="396" w:type="dxa"/>
          </w:tcPr>
          <w:p w:rsidR="0030397D" w:rsidRPr="0030397D" w:rsidRDefault="0030397D" w:rsidP="0030397D">
            <w:pPr>
              <w:spacing w:before="64"/>
              <w:ind w:right="49"/>
              <w:jc w:val="center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2.2.</w:t>
            </w:r>
          </w:p>
        </w:tc>
        <w:tc>
          <w:tcPr>
            <w:tcW w:w="3614" w:type="dxa"/>
          </w:tcPr>
          <w:p w:rsidR="0030397D" w:rsidRPr="0030397D" w:rsidRDefault="0030397D" w:rsidP="0030397D">
            <w:pPr>
              <w:spacing w:before="52"/>
              <w:rPr>
                <w:rFonts w:ascii="Times New Roman" w:eastAsia="Times New Roman" w:hAnsi="Times New Roman" w:cs="Times New Roman"/>
                <w:b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b/>
                <w:w w:val="105"/>
                <w:sz w:val="15"/>
                <w:lang w:val="ru-RU"/>
              </w:rPr>
              <w:t>Сравнение</w:t>
            </w:r>
            <w:r w:rsidRPr="0030397D">
              <w:rPr>
                <w:rFonts w:ascii="Times New Roman" w:eastAsia="Times New Roman" w:hAnsi="Times New Roman" w:cs="Times New Roman"/>
                <w:b/>
                <w:spacing w:val="-9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b/>
                <w:w w:val="105"/>
                <w:sz w:val="15"/>
                <w:lang w:val="ru-RU"/>
              </w:rPr>
              <w:t>без</w:t>
            </w:r>
            <w:r w:rsidRPr="0030397D">
              <w:rPr>
                <w:rFonts w:ascii="Times New Roman" w:eastAsia="Times New Roman" w:hAnsi="Times New Roman" w:cs="Times New Roman"/>
                <w:b/>
                <w:spacing w:val="-8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b/>
                <w:w w:val="105"/>
                <w:sz w:val="15"/>
                <w:lang w:val="ru-RU"/>
              </w:rPr>
              <w:t>измерения:</w:t>
            </w:r>
            <w:r w:rsidRPr="0030397D">
              <w:rPr>
                <w:rFonts w:ascii="Times New Roman" w:eastAsia="Times New Roman" w:hAnsi="Times New Roman" w:cs="Times New Roman"/>
                <w:b/>
                <w:spacing w:val="-9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b/>
                <w:w w:val="105"/>
                <w:sz w:val="15"/>
                <w:lang w:val="ru-RU"/>
              </w:rPr>
              <w:t>выше</w:t>
            </w:r>
            <w:r w:rsidRPr="0030397D">
              <w:rPr>
                <w:rFonts w:ascii="Times New Roman" w:eastAsia="Times New Roman" w:hAnsi="Times New Roman" w:cs="Times New Roman"/>
                <w:b/>
                <w:spacing w:val="-8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b/>
                <w:w w:val="105"/>
                <w:sz w:val="15"/>
                <w:lang w:val="ru-RU"/>
              </w:rPr>
              <w:t>—</w:t>
            </w:r>
            <w:r w:rsidRPr="0030397D">
              <w:rPr>
                <w:rFonts w:ascii="Times New Roman" w:eastAsia="Times New Roman" w:hAnsi="Times New Roman" w:cs="Times New Roman"/>
                <w:b/>
                <w:spacing w:val="-9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b/>
                <w:w w:val="105"/>
                <w:sz w:val="15"/>
                <w:lang w:val="ru-RU"/>
              </w:rPr>
              <w:t>ниже,</w:t>
            </w:r>
            <w:r w:rsidRPr="0030397D">
              <w:rPr>
                <w:rFonts w:ascii="Times New Roman" w:eastAsia="Times New Roman" w:hAnsi="Times New Roman" w:cs="Times New Roman"/>
                <w:b/>
                <w:spacing w:val="-8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b/>
                <w:w w:val="105"/>
                <w:sz w:val="15"/>
                <w:lang w:val="ru-RU"/>
              </w:rPr>
              <w:t>шире</w:t>
            </w:r>
          </w:p>
          <w:p w:rsidR="0030397D" w:rsidRPr="0030397D" w:rsidRDefault="0030397D" w:rsidP="0030397D">
            <w:pPr>
              <w:spacing w:before="20" w:line="266" w:lineRule="auto"/>
              <w:rPr>
                <w:rFonts w:ascii="Times New Roman" w:eastAsia="Times New Roman" w:hAnsi="Times New Roman" w:cs="Times New Roman"/>
                <w:b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b/>
                <w:w w:val="105"/>
                <w:sz w:val="15"/>
                <w:lang w:val="ru-RU"/>
              </w:rPr>
              <w:t>—</w:t>
            </w:r>
            <w:r w:rsidRPr="0030397D">
              <w:rPr>
                <w:rFonts w:ascii="Times New Roman" w:eastAsia="Times New Roman" w:hAnsi="Times New Roman" w:cs="Times New Roman"/>
                <w:b/>
                <w:spacing w:val="-7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b/>
                <w:w w:val="105"/>
                <w:sz w:val="15"/>
                <w:lang w:val="ru-RU"/>
              </w:rPr>
              <w:t>уже,</w:t>
            </w:r>
            <w:r w:rsidRPr="0030397D">
              <w:rPr>
                <w:rFonts w:ascii="Times New Roman" w:eastAsia="Times New Roman" w:hAnsi="Times New Roman" w:cs="Times New Roman"/>
                <w:b/>
                <w:spacing w:val="-7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b/>
                <w:w w:val="105"/>
                <w:sz w:val="15"/>
                <w:lang w:val="ru-RU"/>
              </w:rPr>
              <w:t>длиннее</w:t>
            </w:r>
            <w:r w:rsidRPr="0030397D">
              <w:rPr>
                <w:rFonts w:ascii="Times New Roman" w:eastAsia="Times New Roman" w:hAnsi="Times New Roman" w:cs="Times New Roman"/>
                <w:b/>
                <w:spacing w:val="-7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b/>
                <w:w w:val="105"/>
                <w:sz w:val="15"/>
                <w:lang w:val="ru-RU"/>
              </w:rPr>
              <w:t>—</w:t>
            </w:r>
            <w:r w:rsidRPr="0030397D">
              <w:rPr>
                <w:rFonts w:ascii="Times New Roman" w:eastAsia="Times New Roman" w:hAnsi="Times New Roman" w:cs="Times New Roman"/>
                <w:b/>
                <w:spacing w:val="-7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b/>
                <w:w w:val="105"/>
                <w:sz w:val="15"/>
                <w:lang w:val="ru-RU"/>
              </w:rPr>
              <w:t>короче,</w:t>
            </w:r>
            <w:r w:rsidRPr="0030397D">
              <w:rPr>
                <w:rFonts w:ascii="Times New Roman" w:eastAsia="Times New Roman" w:hAnsi="Times New Roman" w:cs="Times New Roman"/>
                <w:b/>
                <w:spacing w:val="-7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b/>
                <w:w w:val="105"/>
                <w:sz w:val="15"/>
                <w:lang w:val="ru-RU"/>
              </w:rPr>
              <w:t>старше</w:t>
            </w:r>
            <w:r w:rsidRPr="0030397D">
              <w:rPr>
                <w:rFonts w:ascii="Times New Roman" w:eastAsia="Times New Roman" w:hAnsi="Times New Roman" w:cs="Times New Roman"/>
                <w:b/>
                <w:spacing w:val="-7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b/>
                <w:w w:val="105"/>
                <w:sz w:val="15"/>
                <w:lang w:val="ru-RU"/>
              </w:rPr>
              <w:t>—</w:t>
            </w:r>
            <w:r w:rsidRPr="0030397D">
              <w:rPr>
                <w:rFonts w:ascii="Times New Roman" w:eastAsia="Times New Roman" w:hAnsi="Times New Roman" w:cs="Times New Roman"/>
                <w:b/>
                <w:spacing w:val="-7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b/>
                <w:w w:val="105"/>
                <w:sz w:val="15"/>
                <w:lang w:val="ru-RU"/>
              </w:rPr>
              <w:t>моложе,</w:t>
            </w:r>
            <w:r w:rsidRPr="0030397D">
              <w:rPr>
                <w:rFonts w:ascii="Times New Roman" w:eastAsia="Times New Roman" w:hAnsi="Times New Roman" w:cs="Times New Roman"/>
                <w:b/>
                <w:spacing w:val="-37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b/>
                <w:w w:val="105"/>
                <w:sz w:val="15"/>
                <w:lang w:val="ru-RU"/>
              </w:rPr>
              <w:t>тяжелее</w:t>
            </w:r>
            <w:r w:rsidRPr="0030397D">
              <w:rPr>
                <w:rFonts w:ascii="Times New Roman" w:eastAsia="Times New Roman" w:hAnsi="Times New Roman" w:cs="Times New Roman"/>
                <w:b/>
                <w:spacing w:val="-2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b/>
                <w:w w:val="105"/>
                <w:sz w:val="15"/>
                <w:lang w:val="ru-RU"/>
              </w:rPr>
              <w:t>—</w:t>
            </w:r>
            <w:r w:rsidRPr="0030397D">
              <w:rPr>
                <w:rFonts w:ascii="Times New Roman" w:eastAsia="Times New Roman" w:hAnsi="Times New Roman" w:cs="Times New Roman"/>
                <w:b/>
                <w:spacing w:val="-1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b/>
                <w:w w:val="105"/>
                <w:sz w:val="15"/>
                <w:lang w:val="ru-RU"/>
              </w:rPr>
              <w:t>легче.</w:t>
            </w:r>
          </w:p>
        </w:tc>
        <w:tc>
          <w:tcPr>
            <w:tcW w:w="528" w:type="dxa"/>
          </w:tcPr>
          <w:p w:rsidR="0030397D" w:rsidRPr="0030397D" w:rsidRDefault="0030397D" w:rsidP="0030397D">
            <w:pPr>
              <w:spacing w:before="64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4"/>
                <w:sz w:val="15"/>
                <w:lang w:val="ru-RU"/>
              </w:rPr>
              <w:t>2</w:t>
            </w:r>
          </w:p>
        </w:tc>
        <w:tc>
          <w:tcPr>
            <w:tcW w:w="1104" w:type="dxa"/>
          </w:tcPr>
          <w:p w:rsidR="0030397D" w:rsidRPr="0030397D" w:rsidRDefault="0030397D" w:rsidP="0030397D">
            <w:pPr>
              <w:spacing w:before="64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4"/>
                <w:sz w:val="15"/>
                <w:lang w:val="ru-RU"/>
              </w:rPr>
              <w:t>0</w:t>
            </w:r>
          </w:p>
        </w:tc>
        <w:tc>
          <w:tcPr>
            <w:tcW w:w="1140" w:type="dxa"/>
          </w:tcPr>
          <w:p w:rsidR="0030397D" w:rsidRPr="0030397D" w:rsidRDefault="0030397D" w:rsidP="0030397D">
            <w:pPr>
              <w:spacing w:before="64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4"/>
                <w:sz w:val="15"/>
                <w:lang w:val="ru-RU"/>
              </w:rPr>
              <w:t>2</w:t>
            </w:r>
          </w:p>
        </w:tc>
        <w:tc>
          <w:tcPr>
            <w:tcW w:w="864" w:type="dxa"/>
          </w:tcPr>
          <w:p w:rsidR="0030397D" w:rsidRPr="0030397D" w:rsidRDefault="0030397D" w:rsidP="0030397D">
            <w:pPr>
              <w:spacing w:before="64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06.10.2022</w:t>
            </w:r>
          </w:p>
          <w:p w:rsidR="0030397D" w:rsidRPr="0030397D" w:rsidRDefault="0030397D" w:rsidP="0030397D">
            <w:pPr>
              <w:spacing w:before="20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10.10.2022</w:t>
            </w:r>
          </w:p>
        </w:tc>
        <w:tc>
          <w:tcPr>
            <w:tcW w:w="5066" w:type="dxa"/>
          </w:tcPr>
          <w:p w:rsidR="0030397D" w:rsidRPr="0030397D" w:rsidRDefault="0030397D" w:rsidP="0030397D">
            <w:pPr>
              <w:spacing w:before="64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lang w:val="ru-RU"/>
              </w:rPr>
              <w:t>Наблюдение</w:t>
            </w:r>
            <w:r w:rsidRPr="0030397D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lang w:val="ru-RU"/>
              </w:rPr>
              <w:t>действия</w:t>
            </w:r>
            <w:r w:rsidRPr="0030397D">
              <w:rPr>
                <w:rFonts w:ascii="Times New Roman" w:eastAsia="Times New Roman" w:hAnsi="Times New Roman" w:cs="Times New Roman"/>
                <w:spacing w:val="-7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lang w:val="ru-RU"/>
              </w:rPr>
              <w:t>измерительных</w:t>
            </w:r>
            <w:r w:rsidRPr="0030397D">
              <w:rPr>
                <w:rFonts w:ascii="Times New Roman" w:eastAsia="Times New Roman" w:hAnsi="Times New Roman" w:cs="Times New Roman"/>
                <w:spacing w:val="-7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приборов;</w:t>
            </w:r>
          </w:p>
        </w:tc>
        <w:tc>
          <w:tcPr>
            <w:tcW w:w="1236" w:type="dxa"/>
          </w:tcPr>
          <w:p w:rsidR="0030397D" w:rsidRPr="0030397D" w:rsidRDefault="0030397D" w:rsidP="0030397D">
            <w:pPr>
              <w:spacing w:before="64" w:line="266" w:lineRule="auto"/>
              <w:ind w:right="204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lang w:val="ru-RU"/>
              </w:rPr>
              <w:t>Практическая</w:t>
            </w:r>
            <w:r w:rsidRPr="0030397D">
              <w:rPr>
                <w:rFonts w:ascii="Times New Roman" w:eastAsia="Times New Roman" w:hAnsi="Times New Roman" w:cs="Times New Roman"/>
                <w:spacing w:val="-37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работа;</w:t>
            </w:r>
          </w:p>
        </w:tc>
        <w:tc>
          <w:tcPr>
            <w:tcW w:w="1548" w:type="dxa"/>
          </w:tcPr>
          <w:p w:rsidR="0030397D" w:rsidRPr="0030397D" w:rsidRDefault="00D50E20" w:rsidP="0030397D">
            <w:pPr>
              <w:spacing w:before="64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hyperlink r:id="rId23">
              <w:r w:rsidR="0030397D" w:rsidRPr="0030397D">
                <w:rPr>
                  <w:rFonts w:ascii="Times New Roman" w:eastAsia="Times New Roman" w:hAnsi="Times New Roman" w:cs="Times New Roman"/>
                  <w:w w:val="105"/>
                  <w:sz w:val="15"/>
                  <w:lang w:val="ru-RU"/>
                </w:rPr>
                <w:t>http://nsportal.ru</w:t>
              </w:r>
            </w:hyperlink>
          </w:p>
        </w:tc>
      </w:tr>
      <w:tr w:rsidR="0030397D" w:rsidRPr="0030397D" w:rsidTr="005B299F">
        <w:trPr>
          <w:trHeight w:val="909"/>
        </w:trPr>
        <w:tc>
          <w:tcPr>
            <w:tcW w:w="396" w:type="dxa"/>
          </w:tcPr>
          <w:p w:rsidR="0030397D" w:rsidRPr="0030397D" w:rsidRDefault="0030397D" w:rsidP="0030397D">
            <w:pPr>
              <w:spacing w:before="64"/>
              <w:ind w:right="49"/>
              <w:jc w:val="center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2.3.</w:t>
            </w:r>
          </w:p>
        </w:tc>
        <w:tc>
          <w:tcPr>
            <w:tcW w:w="3614" w:type="dxa"/>
          </w:tcPr>
          <w:p w:rsidR="0030397D" w:rsidRPr="0030397D" w:rsidRDefault="0030397D" w:rsidP="0030397D">
            <w:pPr>
              <w:spacing w:before="64" w:line="266" w:lineRule="auto"/>
              <w:rPr>
                <w:rFonts w:ascii="Times New Roman" w:eastAsia="Times New Roman" w:hAnsi="Times New Roman" w:cs="Times New Roman"/>
                <w:b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b/>
                <w:spacing w:val="-1"/>
                <w:w w:val="105"/>
                <w:sz w:val="15"/>
                <w:lang w:val="ru-RU"/>
              </w:rPr>
              <w:t xml:space="preserve">Единицы </w:t>
            </w:r>
            <w:r w:rsidRPr="0030397D">
              <w:rPr>
                <w:rFonts w:ascii="Times New Roman" w:eastAsia="Times New Roman" w:hAnsi="Times New Roman" w:cs="Times New Roman"/>
                <w:b/>
                <w:w w:val="105"/>
                <w:sz w:val="15"/>
                <w:lang w:val="ru-RU"/>
              </w:rPr>
              <w:t>длины: сантиметр, дециметр;</w:t>
            </w:r>
            <w:r w:rsidRPr="0030397D">
              <w:rPr>
                <w:rFonts w:ascii="Times New Roman" w:eastAsia="Times New Roman" w:hAnsi="Times New Roman" w:cs="Times New Roman"/>
                <w:b/>
                <w:spacing w:val="1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b/>
                <w:spacing w:val="-1"/>
                <w:w w:val="105"/>
                <w:sz w:val="15"/>
                <w:lang w:val="ru-RU"/>
              </w:rPr>
              <w:t>установление</w:t>
            </w:r>
            <w:r w:rsidRPr="0030397D">
              <w:rPr>
                <w:rFonts w:ascii="Times New Roman" w:eastAsia="Times New Roman" w:hAnsi="Times New Roman" w:cs="Times New Roman"/>
                <w:b/>
                <w:spacing w:val="-8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b/>
                <w:spacing w:val="-1"/>
                <w:w w:val="105"/>
                <w:sz w:val="15"/>
                <w:lang w:val="ru-RU"/>
              </w:rPr>
              <w:t>соотношения</w:t>
            </w:r>
            <w:r w:rsidRPr="0030397D">
              <w:rPr>
                <w:rFonts w:ascii="Times New Roman" w:eastAsia="Times New Roman" w:hAnsi="Times New Roman" w:cs="Times New Roman"/>
                <w:b/>
                <w:spacing w:val="-8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b/>
                <w:w w:val="105"/>
                <w:sz w:val="15"/>
                <w:lang w:val="ru-RU"/>
              </w:rPr>
              <w:t>между</w:t>
            </w:r>
            <w:r w:rsidRPr="0030397D">
              <w:rPr>
                <w:rFonts w:ascii="Times New Roman" w:eastAsia="Times New Roman" w:hAnsi="Times New Roman" w:cs="Times New Roman"/>
                <w:b/>
                <w:spacing w:val="-7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b/>
                <w:w w:val="105"/>
                <w:sz w:val="15"/>
                <w:lang w:val="ru-RU"/>
              </w:rPr>
              <w:t>ними.</w:t>
            </w:r>
          </w:p>
        </w:tc>
        <w:tc>
          <w:tcPr>
            <w:tcW w:w="528" w:type="dxa"/>
          </w:tcPr>
          <w:p w:rsidR="0030397D" w:rsidRPr="0030397D" w:rsidRDefault="0030397D" w:rsidP="0030397D">
            <w:pPr>
              <w:spacing w:before="64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4"/>
                <w:sz w:val="15"/>
                <w:lang w:val="ru-RU"/>
              </w:rPr>
              <w:t>4</w:t>
            </w:r>
          </w:p>
        </w:tc>
        <w:tc>
          <w:tcPr>
            <w:tcW w:w="1104" w:type="dxa"/>
          </w:tcPr>
          <w:p w:rsidR="0030397D" w:rsidRPr="0030397D" w:rsidRDefault="0030397D" w:rsidP="0030397D">
            <w:pPr>
              <w:spacing w:before="64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4"/>
                <w:sz w:val="15"/>
                <w:lang w:val="ru-RU"/>
              </w:rPr>
              <w:t>0</w:t>
            </w:r>
          </w:p>
        </w:tc>
        <w:tc>
          <w:tcPr>
            <w:tcW w:w="1140" w:type="dxa"/>
          </w:tcPr>
          <w:p w:rsidR="0030397D" w:rsidRPr="0030397D" w:rsidRDefault="0030397D" w:rsidP="0030397D">
            <w:pPr>
              <w:spacing w:before="64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4"/>
                <w:sz w:val="15"/>
                <w:lang w:val="ru-RU"/>
              </w:rPr>
              <w:t>3</w:t>
            </w:r>
          </w:p>
        </w:tc>
        <w:tc>
          <w:tcPr>
            <w:tcW w:w="864" w:type="dxa"/>
          </w:tcPr>
          <w:p w:rsidR="0030397D" w:rsidRPr="0030397D" w:rsidRDefault="0030397D" w:rsidP="0030397D">
            <w:pPr>
              <w:spacing w:before="64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11.10.2022</w:t>
            </w:r>
          </w:p>
          <w:p w:rsidR="0030397D" w:rsidRPr="0030397D" w:rsidRDefault="0030397D" w:rsidP="0030397D">
            <w:pPr>
              <w:spacing w:before="20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13.10.2022</w:t>
            </w:r>
          </w:p>
        </w:tc>
        <w:tc>
          <w:tcPr>
            <w:tcW w:w="5066" w:type="dxa"/>
          </w:tcPr>
          <w:p w:rsidR="0030397D" w:rsidRPr="0030397D" w:rsidRDefault="0030397D" w:rsidP="0030397D">
            <w:pPr>
              <w:spacing w:before="64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lang w:val="ru-RU"/>
              </w:rPr>
              <w:t>Коллективная</w:t>
            </w:r>
            <w:r w:rsidRPr="0030397D">
              <w:rPr>
                <w:rFonts w:ascii="Times New Roman" w:eastAsia="Times New Roman" w:hAnsi="Times New Roman" w:cs="Times New Roman"/>
                <w:spacing w:val="-9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работа</w:t>
            </w:r>
            <w:r w:rsidRPr="0030397D">
              <w:rPr>
                <w:rFonts w:ascii="Times New Roman" w:eastAsia="Times New Roman" w:hAnsi="Times New Roman" w:cs="Times New Roman"/>
                <w:spacing w:val="-9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по</w:t>
            </w:r>
            <w:r w:rsidRPr="0030397D">
              <w:rPr>
                <w:rFonts w:ascii="Times New Roman" w:eastAsia="Times New Roman" w:hAnsi="Times New Roman" w:cs="Times New Roman"/>
                <w:spacing w:val="-9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различению</w:t>
            </w:r>
            <w:r w:rsidRPr="0030397D">
              <w:rPr>
                <w:rFonts w:ascii="Times New Roman" w:eastAsia="Times New Roman" w:hAnsi="Times New Roman" w:cs="Times New Roman"/>
                <w:spacing w:val="-9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и</w:t>
            </w:r>
            <w:r w:rsidRPr="0030397D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сравнению</w:t>
            </w:r>
            <w:r w:rsidRPr="0030397D">
              <w:rPr>
                <w:rFonts w:ascii="Times New Roman" w:eastAsia="Times New Roman" w:hAnsi="Times New Roman" w:cs="Times New Roman"/>
                <w:spacing w:val="-9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величин;</w:t>
            </w:r>
          </w:p>
        </w:tc>
        <w:tc>
          <w:tcPr>
            <w:tcW w:w="1236" w:type="dxa"/>
          </w:tcPr>
          <w:p w:rsidR="0030397D" w:rsidRPr="0030397D" w:rsidRDefault="0030397D" w:rsidP="0030397D">
            <w:pPr>
              <w:spacing w:before="64" w:line="266" w:lineRule="auto"/>
              <w:ind w:right="44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Самооценка с</w:t>
            </w:r>
            <w:r w:rsidRPr="0030397D">
              <w:rPr>
                <w:rFonts w:ascii="Times New Roman" w:eastAsia="Times New Roman" w:hAnsi="Times New Roman" w:cs="Times New Roman"/>
                <w:spacing w:val="1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lang w:val="ru-RU"/>
              </w:rPr>
              <w:t>использованием</w:t>
            </w:r>
          </w:p>
          <w:p w:rsidR="0030397D" w:rsidRPr="0030397D" w:rsidRDefault="0030397D" w:rsidP="0030397D">
            <w:pPr>
              <w:spacing w:before="2" w:line="266" w:lineRule="auto"/>
              <w:ind w:right="237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lang w:val="ru-RU"/>
              </w:rPr>
              <w:t>«Оценочного</w:t>
            </w:r>
            <w:r w:rsidRPr="0030397D">
              <w:rPr>
                <w:rFonts w:ascii="Times New Roman" w:eastAsia="Times New Roman" w:hAnsi="Times New Roman" w:cs="Times New Roman"/>
                <w:spacing w:val="-37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листа»;</w:t>
            </w:r>
          </w:p>
        </w:tc>
        <w:tc>
          <w:tcPr>
            <w:tcW w:w="1548" w:type="dxa"/>
          </w:tcPr>
          <w:p w:rsidR="0030397D" w:rsidRPr="0030397D" w:rsidRDefault="00D50E20" w:rsidP="0030397D">
            <w:pPr>
              <w:spacing w:before="64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hyperlink r:id="rId24">
              <w:r w:rsidR="0030397D" w:rsidRPr="0030397D">
                <w:rPr>
                  <w:rFonts w:ascii="Times New Roman" w:eastAsia="Times New Roman" w:hAnsi="Times New Roman" w:cs="Times New Roman"/>
                  <w:w w:val="105"/>
                  <w:sz w:val="15"/>
                  <w:lang w:val="ru-RU"/>
                </w:rPr>
                <w:t>http://nsportal.ru</w:t>
              </w:r>
            </w:hyperlink>
          </w:p>
        </w:tc>
      </w:tr>
      <w:tr w:rsidR="0030397D" w:rsidRPr="0030397D" w:rsidTr="005B299F">
        <w:trPr>
          <w:trHeight w:val="333"/>
        </w:trPr>
        <w:tc>
          <w:tcPr>
            <w:tcW w:w="4010" w:type="dxa"/>
            <w:gridSpan w:val="2"/>
          </w:tcPr>
          <w:p w:rsidR="0030397D" w:rsidRPr="0030397D" w:rsidRDefault="0030397D" w:rsidP="0030397D">
            <w:pPr>
              <w:spacing w:before="64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Итого</w:t>
            </w:r>
            <w:r w:rsidRPr="0030397D">
              <w:rPr>
                <w:rFonts w:ascii="Times New Roman" w:eastAsia="Times New Roman" w:hAnsi="Times New Roman" w:cs="Times New Roman"/>
                <w:spacing w:val="-7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по</w:t>
            </w:r>
            <w:r w:rsidRPr="0030397D">
              <w:rPr>
                <w:rFonts w:ascii="Times New Roman" w:eastAsia="Times New Roman" w:hAnsi="Times New Roman" w:cs="Times New Roman"/>
                <w:spacing w:val="-7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разделу</w:t>
            </w:r>
          </w:p>
        </w:tc>
        <w:tc>
          <w:tcPr>
            <w:tcW w:w="528" w:type="dxa"/>
          </w:tcPr>
          <w:p w:rsidR="0030397D" w:rsidRPr="0030397D" w:rsidRDefault="0030397D" w:rsidP="0030397D">
            <w:pPr>
              <w:spacing w:before="64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4"/>
                <w:sz w:val="15"/>
                <w:lang w:val="ru-RU"/>
              </w:rPr>
              <w:t>7</w:t>
            </w:r>
          </w:p>
        </w:tc>
        <w:tc>
          <w:tcPr>
            <w:tcW w:w="10958" w:type="dxa"/>
            <w:gridSpan w:val="6"/>
          </w:tcPr>
          <w:p w:rsidR="0030397D" w:rsidRPr="0030397D" w:rsidRDefault="0030397D" w:rsidP="0030397D">
            <w:pPr>
              <w:rPr>
                <w:rFonts w:ascii="Times New Roman" w:eastAsia="Times New Roman" w:hAnsi="Times New Roman" w:cs="Times New Roman"/>
                <w:sz w:val="14"/>
                <w:lang w:val="ru-RU"/>
              </w:rPr>
            </w:pPr>
          </w:p>
        </w:tc>
      </w:tr>
      <w:tr w:rsidR="0030397D" w:rsidRPr="0030397D" w:rsidTr="005B299F">
        <w:trPr>
          <w:trHeight w:val="333"/>
        </w:trPr>
        <w:tc>
          <w:tcPr>
            <w:tcW w:w="15496" w:type="dxa"/>
            <w:gridSpan w:val="9"/>
          </w:tcPr>
          <w:p w:rsidR="0030397D" w:rsidRPr="0030397D" w:rsidRDefault="0030397D" w:rsidP="0030397D">
            <w:pPr>
              <w:spacing w:before="64"/>
              <w:rPr>
                <w:rFonts w:ascii="Times New Roman" w:eastAsia="Times New Roman" w:hAnsi="Times New Roman" w:cs="Times New Roman"/>
                <w:b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lang w:val="ru-RU"/>
              </w:rPr>
              <w:t>Раздел</w:t>
            </w:r>
            <w:r w:rsidRPr="0030397D">
              <w:rPr>
                <w:rFonts w:ascii="Times New Roman" w:eastAsia="Times New Roman" w:hAnsi="Times New Roman" w:cs="Times New Roman"/>
                <w:spacing w:val="-7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lang w:val="ru-RU"/>
              </w:rPr>
              <w:t>3.</w:t>
            </w:r>
            <w:r w:rsidRPr="0030397D">
              <w:rPr>
                <w:rFonts w:ascii="Times New Roman" w:eastAsia="Times New Roman" w:hAnsi="Times New Roman" w:cs="Times New Roman"/>
                <w:spacing w:val="-7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b/>
                <w:spacing w:val="-1"/>
                <w:w w:val="105"/>
                <w:sz w:val="15"/>
                <w:lang w:val="ru-RU"/>
              </w:rPr>
              <w:t>Арифметические</w:t>
            </w:r>
            <w:r w:rsidRPr="0030397D">
              <w:rPr>
                <w:rFonts w:ascii="Times New Roman" w:eastAsia="Times New Roman" w:hAnsi="Times New Roman" w:cs="Times New Roman"/>
                <w:b/>
                <w:spacing w:val="-6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b/>
                <w:w w:val="105"/>
                <w:sz w:val="15"/>
                <w:lang w:val="ru-RU"/>
              </w:rPr>
              <w:t>действия</w:t>
            </w:r>
          </w:p>
        </w:tc>
      </w:tr>
      <w:tr w:rsidR="0030397D" w:rsidRPr="0030397D" w:rsidTr="005B299F">
        <w:trPr>
          <w:trHeight w:val="1882"/>
        </w:trPr>
        <w:tc>
          <w:tcPr>
            <w:tcW w:w="396" w:type="dxa"/>
          </w:tcPr>
          <w:p w:rsidR="0030397D" w:rsidRPr="0030397D" w:rsidRDefault="0030397D" w:rsidP="0030397D">
            <w:pPr>
              <w:spacing w:before="64"/>
              <w:ind w:right="49"/>
              <w:jc w:val="center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3.1.</w:t>
            </w:r>
          </w:p>
        </w:tc>
        <w:tc>
          <w:tcPr>
            <w:tcW w:w="3614" w:type="dxa"/>
          </w:tcPr>
          <w:p w:rsidR="0030397D" w:rsidRPr="0030397D" w:rsidRDefault="0030397D" w:rsidP="0030397D">
            <w:pPr>
              <w:spacing w:before="64"/>
              <w:rPr>
                <w:rFonts w:ascii="Times New Roman" w:eastAsia="Times New Roman" w:hAnsi="Times New Roman" w:cs="Times New Roman"/>
                <w:b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b/>
                <w:w w:val="105"/>
                <w:sz w:val="15"/>
                <w:lang w:val="ru-RU"/>
              </w:rPr>
              <w:t>Сложение</w:t>
            </w:r>
            <w:r w:rsidRPr="0030397D">
              <w:rPr>
                <w:rFonts w:ascii="Times New Roman" w:eastAsia="Times New Roman" w:hAnsi="Times New Roman" w:cs="Times New Roman"/>
                <w:b/>
                <w:spacing w:val="-8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b/>
                <w:w w:val="105"/>
                <w:sz w:val="15"/>
                <w:lang w:val="ru-RU"/>
              </w:rPr>
              <w:t>и</w:t>
            </w:r>
            <w:r w:rsidRPr="0030397D">
              <w:rPr>
                <w:rFonts w:ascii="Times New Roman" w:eastAsia="Times New Roman" w:hAnsi="Times New Roman" w:cs="Times New Roman"/>
                <w:b/>
                <w:spacing w:val="-8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b/>
                <w:w w:val="105"/>
                <w:sz w:val="15"/>
                <w:lang w:val="ru-RU"/>
              </w:rPr>
              <w:t>вычитание</w:t>
            </w:r>
            <w:r w:rsidRPr="0030397D">
              <w:rPr>
                <w:rFonts w:ascii="Times New Roman" w:eastAsia="Times New Roman" w:hAnsi="Times New Roman" w:cs="Times New Roman"/>
                <w:b/>
                <w:spacing w:val="-7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b/>
                <w:w w:val="105"/>
                <w:sz w:val="15"/>
                <w:lang w:val="ru-RU"/>
              </w:rPr>
              <w:t>чисел</w:t>
            </w:r>
            <w:r w:rsidRPr="0030397D">
              <w:rPr>
                <w:rFonts w:ascii="Times New Roman" w:eastAsia="Times New Roman" w:hAnsi="Times New Roman" w:cs="Times New Roman"/>
                <w:b/>
                <w:spacing w:val="-8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b/>
                <w:w w:val="105"/>
                <w:sz w:val="15"/>
                <w:lang w:val="ru-RU"/>
              </w:rPr>
              <w:t>в</w:t>
            </w:r>
            <w:r w:rsidRPr="0030397D">
              <w:rPr>
                <w:rFonts w:ascii="Times New Roman" w:eastAsia="Times New Roman" w:hAnsi="Times New Roman" w:cs="Times New Roman"/>
                <w:b/>
                <w:spacing w:val="-8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b/>
                <w:w w:val="105"/>
                <w:sz w:val="15"/>
                <w:lang w:val="ru-RU"/>
              </w:rPr>
              <w:t>пределах</w:t>
            </w:r>
            <w:r w:rsidRPr="0030397D">
              <w:rPr>
                <w:rFonts w:ascii="Times New Roman" w:eastAsia="Times New Roman" w:hAnsi="Times New Roman" w:cs="Times New Roman"/>
                <w:b/>
                <w:spacing w:val="-7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b/>
                <w:w w:val="105"/>
                <w:sz w:val="15"/>
                <w:lang w:val="ru-RU"/>
              </w:rPr>
              <w:t>20.</w:t>
            </w:r>
          </w:p>
        </w:tc>
        <w:tc>
          <w:tcPr>
            <w:tcW w:w="528" w:type="dxa"/>
          </w:tcPr>
          <w:p w:rsidR="0030397D" w:rsidRPr="0030397D" w:rsidRDefault="0030397D" w:rsidP="0030397D">
            <w:pPr>
              <w:spacing w:before="64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4"/>
                <w:sz w:val="15"/>
                <w:lang w:val="ru-RU"/>
              </w:rPr>
              <w:t>5</w:t>
            </w:r>
          </w:p>
        </w:tc>
        <w:tc>
          <w:tcPr>
            <w:tcW w:w="1104" w:type="dxa"/>
          </w:tcPr>
          <w:p w:rsidR="0030397D" w:rsidRPr="0030397D" w:rsidRDefault="0030397D" w:rsidP="0030397D">
            <w:pPr>
              <w:spacing w:before="64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4"/>
                <w:sz w:val="15"/>
                <w:lang w:val="ru-RU"/>
              </w:rPr>
              <w:t>0</w:t>
            </w:r>
          </w:p>
        </w:tc>
        <w:tc>
          <w:tcPr>
            <w:tcW w:w="1140" w:type="dxa"/>
          </w:tcPr>
          <w:p w:rsidR="0030397D" w:rsidRPr="0030397D" w:rsidRDefault="0030397D" w:rsidP="0030397D">
            <w:pPr>
              <w:spacing w:before="64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4"/>
                <w:sz w:val="15"/>
                <w:lang w:val="ru-RU"/>
              </w:rPr>
              <w:t>5</w:t>
            </w:r>
          </w:p>
        </w:tc>
        <w:tc>
          <w:tcPr>
            <w:tcW w:w="864" w:type="dxa"/>
          </w:tcPr>
          <w:p w:rsidR="0030397D" w:rsidRPr="0030397D" w:rsidRDefault="0030397D" w:rsidP="0030397D">
            <w:pPr>
              <w:spacing w:before="64"/>
              <w:ind w:right="45"/>
              <w:jc w:val="center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20.10.2022</w:t>
            </w:r>
          </w:p>
        </w:tc>
        <w:tc>
          <w:tcPr>
            <w:tcW w:w="5066" w:type="dxa"/>
          </w:tcPr>
          <w:p w:rsidR="0030397D" w:rsidRPr="0030397D" w:rsidRDefault="0030397D" w:rsidP="0030397D">
            <w:pPr>
              <w:spacing w:before="64" w:line="266" w:lineRule="auto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Учебный диалог: «Сравнение практических (житейских) ситуаций,</w:t>
            </w:r>
            <w:r w:rsidRPr="0030397D">
              <w:rPr>
                <w:rFonts w:ascii="Times New Roman" w:eastAsia="Times New Roman" w:hAnsi="Times New Roman" w:cs="Times New Roman"/>
                <w:spacing w:val="1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требующих</w:t>
            </w:r>
            <w:r w:rsidRPr="0030397D">
              <w:rPr>
                <w:rFonts w:ascii="Times New Roman" w:eastAsia="Times New Roman" w:hAnsi="Times New Roman" w:cs="Times New Roman"/>
                <w:spacing w:val="-10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записи</w:t>
            </w:r>
            <w:r w:rsidRPr="0030397D">
              <w:rPr>
                <w:rFonts w:ascii="Times New Roman" w:eastAsia="Times New Roman" w:hAnsi="Times New Roman" w:cs="Times New Roman"/>
                <w:spacing w:val="-10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одного</w:t>
            </w:r>
            <w:r w:rsidRPr="0030397D">
              <w:rPr>
                <w:rFonts w:ascii="Times New Roman" w:eastAsia="Times New Roman" w:hAnsi="Times New Roman" w:cs="Times New Roman"/>
                <w:spacing w:val="-10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и</w:t>
            </w:r>
            <w:r w:rsidRPr="0030397D">
              <w:rPr>
                <w:rFonts w:ascii="Times New Roman" w:eastAsia="Times New Roman" w:hAnsi="Times New Roman" w:cs="Times New Roman"/>
                <w:spacing w:val="-9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того</w:t>
            </w:r>
            <w:r w:rsidRPr="0030397D">
              <w:rPr>
                <w:rFonts w:ascii="Times New Roman" w:eastAsia="Times New Roman" w:hAnsi="Times New Roman" w:cs="Times New Roman"/>
                <w:spacing w:val="-10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же</w:t>
            </w:r>
            <w:r w:rsidRPr="0030397D">
              <w:rPr>
                <w:rFonts w:ascii="Times New Roman" w:eastAsia="Times New Roman" w:hAnsi="Times New Roman" w:cs="Times New Roman"/>
                <w:spacing w:val="-10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арифметического</w:t>
            </w:r>
            <w:r w:rsidRPr="0030397D">
              <w:rPr>
                <w:rFonts w:ascii="Times New Roman" w:eastAsia="Times New Roman" w:hAnsi="Times New Roman" w:cs="Times New Roman"/>
                <w:spacing w:val="-9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действия,</w:t>
            </w:r>
            <w:r w:rsidRPr="0030397D">
              <w:rPr>
                <w:rFonts w:ascii="Times New Roman" w:eastAsia="Times New Roman" w:hAnsi="Times New Roman" w:cs="Times New Roman"/>
                <w:spacing w:val="-10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разных</w:t>
            </w:r>
            <w:r w:rsidRPr="0030397D">
              <w:rPr>
                <w:rFonts w:ascii="Times New Roman" w:eastAsia="Times New Roman" w:hAnsi="Times New Roman" w:cs="Times New Roman"/>
                <w:spacing w:val="-36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арифметических</w:t>
            </w:r>
            <w:r w:rsidRPr="0030397D">
              <w:rPr>
                <w:rFonts w:ascii="Times New Roman" w:eastAsia="Times New Roman" w:hAnsi="Times New Roman" w:cs="Times New Roman"/>
                <w:spacing w:val="-2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действий»;</w:t>
            </w:r>
          </w:p>
          <w:p w:rsidR="0030397D" w:rsidRPr="0030397D" w:rsidRDefault="0030397D" w:rsidP="0030397D">
            <w:pPr>
              <w:spacing w:before="2" w:line="266" w:lineRule="auto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Практическая работа с числовым выражением: запись, чтение,</w:t>
            </w:r>
            <w:r w:rsidRPr="0030397D">
              <w:rPr>
                <w:rFonts w:ascii="Times New Roman" w:eastAsia="Times New Roman" w:hAnsi="Times New Roman" w:cs="Times New Roman"/>
                <w:spacing w:val="1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приведение примера (с помощью учителя или по образцу),</w:t>
            </w:r>
            <w:r w:rsidRPr="0030397D">
              <w:rPr>
                <w:rFonts w:ascii="Times New Roman" w:eastAsia="Times New Roman" w:hAnsi="Times New Roman" w:cs="Times New Roman"/>
                <w:spacing w:val="1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иллюстрирующего</w:t>
            </w:r>
            <w:r w:rsidRPr="0030397D">
              <w:rPr>
                <w:rFonts w:ascii="Times New Roman" w:eastAsia="Times New Roman" w:hAnsi="Times New Roman" w:cs="Times New Roman"/>
                <w:spacing w:val="-4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смысл</w:t>
            </w:r>
            <w:r w:rsidRPr="0030397D">
              <w:rPr>
                <w:rFonts w:ascii="Times New Roman" w:eastAsia="Times New Roman" w:hAnsi="Times New Roman" w:cs="Times New Roman"/>
                <w:spacing w:val="-3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арифметического</w:t>
            </w:r>
            <w:r w:rsidRPr="0030397D">
              <w:rPr>
                <w:rFonts w:ascii="Times New Roman" w:eastAsia="Times New Roman" w:hAnsi="Times New Roman" w:cs="Times New Roman"/>
                <w:spacing w:val="-4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действия;</w:t>
            </w:r>
          </w:p>
          <w:p w:rsidR="0030397D" w:rsidRPr="0030397D" w:rsidRDefault="0030397D" w:rsidP="0030397D">
            <w:pPr>
              <w:spacing w:before="2" w:line="266" w:lineRule="auto"/>
              <w:ind w:right="134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Обсуждение приёмов сложения, вычитания: нахождение значения</w:t>
            </w:r>
            <w:r w:rsidRPr="0030397D">
              <w:rPr>
                <w:rFonts w:ascii="Times New Roman" w:eastAsia="Times New Roman" w:hAnsi="Times New Roman" w:cs="Times New Roman"/>
                <w:spacing w:val="1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суммы</w:t>
            </w:r>
            <w:r w:rsidRPr="0030397D">
              <w:rPr>
                <w:rFonts w:ascii="Times New Roman" w:eastAsia="Times New Roman" w:hAnsi="Times New Roman" w:cs="Times New Roman"/>
                <w:spacing w:val="-9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и</w:t>
            </w:r>
            <w:r w:rsidRPr="0030397D">
              <w:rPr>
                <w:rFonts w:ascii="Times New Roman" w:eastAsia="Times New Roman" w:hAnsi="Times New Roman" w:cs="Times New Roman"/>
                <w:spacing w:val="-9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разности</w:t>
            </w:r>
            <w:r w:rsidRPr="0030397D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на</w:t>
            </w:r>
            <w:r w:rsidRPr="0030397D">
              <w:rPr>
                <w:rFonts w:ascii="Times New Roman" w:eastAsia="Times New Roman" w:hAnsi="Times New Roman" w:cs="Times New Roman"/>
                <w:spacing w:val="-9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основе</w:t>
            </w:r>
            <w:r w:rsidRPr="0030397D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состава</w:t>
            </w:r>
            <w:r w:rsidRPr="0030397D">
              <w:rPr>
                <w:rFonts w:ascii="Times New Roman" w:eastAsia="Times New Roman" w:hAnsi="Times New Roman" w:cs="Times New Roman"/>
                <w:spacing w:val="-9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числа,</w:t>
            </w:r>
            <w:r w:rsidRPr="0030397D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с</w:t>
            </w:r>
            <w:r w:rsidRPr="0030397D">
              <w:rPr>
                <w:rFonts w:ascii="Times New Roman" w:eastAsia="Times New Roman" w:hAnsi="Times New Roman" w:cs="Times New Roman"/>
                <w:spacing w:val="-9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использованием</w:t>
            </w:r>
            <w:r w:rsidRPr="0030397D">
              <w:rPr>
                <w:rFonts w:ascii="Times New Roman" w:eastAsia="Times New Roman" w:hAnsi="Times New Roman" w:cs="Times New Roman"/>
                <w:spacing w:val="-9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числовой</w:t>
            </w:r>
            <w:r w:rsidRPr="0030397D">
              <w:rPr>
                <w:rFonts w:ascii="Times New Roman" w:eastAsia="Times New Roman" w:hAnsi="Times New Roman" w:cs="Times New Roman"/>
                <w:spacing w:val="-36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ленты,</w:t>
            </w:r>
            <w:r w:rsidRPr="0030397D">
              <w:rPr>
                <w:rFonts w:ascii="Times New Roman" w:eastAsia="Times New Roman" w:hAnsi="Times New Roman" w:cs="Times New Roman"/>
                <w:spacing w:val="-2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по</w:t>
            </w:r>
            <w:r w:rsidRPr="0030397D"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частям</w:t>
            </w:r>
            <w:r w:rsidRPr="0030397D"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и</w:t>
            </w:r>
            <w:r w:rsidRPr="0030397D"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др.;</w:t>
            </w:r>
          </w:p>
        </w:tc>
        <w:tc>
          <w:tcPr>
            <w:tcW w:w="1236" w:type="dxa"/>
          </w:tcPr>
          <w:p w:rsidR="0030397D" w:rsidRPr="0030397D" w:rsidRDefault="0030397D" w:rsidP="0030397D">
            <w:pPr>
              <w:spacing w:before="64" w:line="266" w:lineRule="auto"/>
              <w:ind w:right="161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Практическая</w:t>
            </w:r>
            <w:r w:rsidRPr="0030397D">
              <w:rPr>
                <w:rFonts w:ascii="Times New Roman" w:eastAsia="Times New Roman" w:hAnsi="Times New Roman" w:cs="Times New Roman"/>
                <w:spacing w:val="-37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работа;</w:t>
            </w:r>
            <w:r w:rsidRPr="0030397D">
              <w:rPr>
                <w:rFonts w:ascii="Times New Roman" w:eastAsia="Times New Roman" w:hAnsi="Times New Roman" w:cs="Times New Roman"/>
                <w:spacing w:val="1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lang w:val="ru-RU"/>
              </w:rPr>
              <w:t>Тестирование;</w:t>
            </w:r>
          </w:p>
        </w:tc>
        <w:tc>
          <w:tcPr>
            <w:tcW w:w="1548" w:type="dxa"/>
          </w:tcPr>
          <w:p w:rsidR="0030397D" w:rsidRPr="0030397D" w:rsidRDefault="00D50E20" w:rsidP="0030397D">
            <w:pPr>
              <w:spacing w:before="64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hyperlink r:id="rId25">
              <w:r w:rsidR="0030397D" w:rsidRPr="0030397D">
                <w:rPr>
                  <w:rFonts w:ascii="Times New Roman" w:eastAsia="Times New Roman" w:hAnsi="Times New Roman" w:cs="Times New Roman"/>
                  <w:w w:val="105"/>
                  <w:sz w:val="15"/>
                  <w:lang w:val="ru-RU"/>
                </w:rPr>
                <w:t>http://nsportal.ru</w:t>
              </w:r>
            </w:hyperlink>
          </w:p>
        </w:tc>
      </w:tr>
      <w:tr w:rsidR="0030397D" w:rsidRPr="0030397D" w:rsidTr="005B299F">
        <w:trPr>
          <w:trHeight w:val="1101"/>
        </w:trPr>
        <w:tc>
          <w:tcPr>
            <w:tcW w:w="396" w:type="dxa"/>
          </w:tcPr>
          <w:p w:rsidR="0030397D" w:rsidRPr="0030397D" w:rsidRDefault="0030397D" w:rsidP="0030397D">
            <w:pPr>
              <w:spacing w:before="64"/>
              <w:ind w:right="49"/>
              <w:jc w:val="center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3.2.</w:t>
            </w:r>
          </w:p>
        </w:tc>
        <w:tc>
          <w:tcPr>
            <w:tcW w:w="3614" w:type="dxa"/>
          </w:tcPr>
          <w:p w:rsidR="0030397D" w:rsidRPr="0030397D" w:rsidRDefault="0030397D" w:rsidP="0030397D">
            <w:pPr>
              <w:spacing w:before="64" w:line="266" w:lineRule="auto"/>
              <w:ind w:right="79"/>
              <w:rPr>
                <w:rFonts w:ascii="Times New Roman" w:eastAsia="Times New Roman" w:hAnsi="Times New Roman" w:cs="Times New Roman"/>
                <w:b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b/>
                <w:w w:val="105"/>
                <w:sz w:val="15"/>
                <w:lang w:val="ru-RU"/>
              </w:rPr>
              <w:t>Названия компонентов действий, результатов</w:t>
            </w:r>
            <w:r w:rsidRPr="0030397D">
              <w:rPr>
                <w:rFonts w:ascii="Times New Roman" w:eastAsia="Times New Roman" w:hAnsi="Times New Roman" w:cs="Times New Roman"/>
                <w:b/>
                <w:spacing w:val="1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b/>
                <w:w w:val="105"/>
                <w:sz w:val="15"/>
                <w:lang w:val="ru-RU"/>
              </w:rPr>
              <w:t>действий сложения, вычитания. Знаки</w:t>
            </w:r>
            <w:r w:rsidRPr="0030397D">
              <w:rPr>
                <w:rFonts w:ascii="Times New Roman" w:eastAsia="Times New Roman" w:hAnsi="Times New Roman" w:cs="Times New Roman"/>
                <w:b/>
                <w:spacing w:val="1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b/>
                <w:w w:val="105"/>
                <w:sz w:val="15"/>
                <w:lang w:val="ru-RU"/>
              </w:rPr>
              <w:t>сложения и вычитания, названия компонентов</w:t>
            </w:r>
            <w:r w:rsidRPr="0030397D">
              <w:rPr>
                <w:rFonts w:ascii="Times New Roman" w:eastAsia="Times New Roman" w:hAnsi="Times New Roman" w:cs="Times New Roman"/>
                <w:b/>
                <w:spacing w:val="1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b/>
                <w:spacing w:val="-1"/>
                <w:w w:val="105"/>
                <w:sz w:val="15"/>
                <w:lang w:val="ru-RU"/>
              </w:rPr>
              <w:t>действия. Таблица сложения. Переместительное</w:t>
            </w:r>
            <w:r w:rsidRPr="0030397D">
              <w:rPr>
                <w:rFonts w:ascii="Times New Roman" w:eastAsia="Times New Roman" w:hAnsi="Times New Roman" w:cs="Times New Roman"/>
                <w:b/>
                <w:spacing w:val="-37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b/>
                <w:w w:val="105"/>
                <w:sz w:val="15"/>
                <w:lang w:val="ru-RU"/>
              </w:rPr>
              <w:t>свойство</w:t>
            </w:r>
            <w:r w:rsidRPr="0030397D">
              <w:rPr>
                <w:rFonts w:ascii="Times New Roman" w:eastAsia="Times New Roman" w:hAnsi="Times New Roman" w:cs="Times New Roman"/>
                <w:b/>
                <w:spacing w:val="-2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b/>
                <w:w w:val="105"/>
                <w:sz w:val="15"/>
                <w:lang w:val="ru-RU"/>
              </w:rPr>
              <w:t>сложения.</w:t>
            </w:r>
          </w:p>
        </w:tc>
        <w:tc>
          <w:tcPr>
            <w:tcW w:w="528" w:type="dxa"/>
          </w:tcPr>
          <w:p w:rsidR="0030397D" w:rsidRPr="0030397D" w:rsidRDefault="0030397D" w:rsidP="0030397D">
            <w:pPr>
              <w:spacing w:before="64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4"/>
                <w:sz w:val="15"/>
                <w:lang w:val="ru-RU"/>
              </w:rPr>
              <w:t>5</w:t>
            </w:r>
          </w:p>
        </w:tc>
        <w:tc>
          <w:tcPr>
            <w:tcW w:w="1104" w:type="dxa"/>
          </w:tcPr>
          <w:p w:rsidR="0030397D" w:rsidRPr="0030397D" w:rsidRDefault="0030397D" w:rsidP="0030397D">
            <w:pPr>
              <w:spacing w:before="64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4"/>
                <w:sz w:val="15"/>
                <w:lang w:val="ru-RU"/>
              </w:rPr>
              <w:t>0</w:t>
            </w:r>
          </w:p>
        </w:tc>
        <w:tc>
          <w:tcPr>
            <w:tcW w:w="1140" w:type="dxa"/>
          </w:tcPr>
          <w:p w:rsidR="0030397D" w:rsidRPr="0030397D" w:rsidRDefault="0030397D" w:rsidP="0030397D">
            <w:pPr>
              <w:spacing w:before="64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4"/>
                <w:sz w:val="15"/>
                <w:lang w:val="ru-RU"/>
              </w:rPr>
              <w:t>5</w:t>
            </w:r>
          </w:p>
        </w:tc>
        <w:tc>
          <w:tcPr>
            <w:tcW w:w="864" w:type="dxa"/>
          </w:tcPr>
          <w:p w:rsidR="0030397D" w:rsidRPr="0030397D" w:rsidRDefault="0030397D" w:rsidP="0030397D">
            <w:pPr>
              <w:spacing w:before="64"/>
              <w:ind w:right="45"/>
              <w:jc w:val="center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27.10.2022</w:t>
            </w:r>
          </w:p>
        </w:tc>
        <w:tc>
          <w:tcPr>
            <w:tcW w:w="5066" w:type="dxa"/>
          </w:tcPr>
          <w:p w:rsidR="0030397D" w:rsidRPr="0030397D" w:rsidRDefault="0030397D" w:rsidP="0030397D">
            <w:pPr>
              <w:spacing w:before="64" w:line="266" w:lineRule="auto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Использование разных способов подсчёта суммы и разности,</w:t>
            </w:r>
            <w:r w:rsidRPr="0030397D">
              <w:rPr>
                <w:rFonts w:ascii="Times New Roman" w:eastAsia="Times New Roman" w:hAnsi="Times New Roman" w:cs="Times New Roman"/>
                <w:spacing w:val="1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lang w:val="ru-RU"/>
              </w:rPr>
              <w:t>использование</w:t>
            </w:r>
            <w:r w:rsidRPr="0030397D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lang w:val="ru-RU"/>
              </w:rPr>
              <w:t>переместительного</w:t>
            </w:r>
            <w:r w:rsidRPr="0030397D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lang w:val="ru-RU"/>
              </w:rPr>
              <w:t>свойства</w:t>
            </w:r>
            <w:r w:rsidRPr="0030397D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при</w:t>
            </w:r>
            <w:r w:rsidRPr="0030397D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нахождении</w:t>
            </w:r>
            <w:r w:rsidRPr="0030397D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суммы;</w:t>
            </w:r>
          </w:p>
        </w:tc>
        <w:tc>
          <w:tcPr>
            <w:tcW w:w="1236" w:type="dxa"/>
          </w:tcPr>
          <w:p w:rsidR="0030397D" w:rsidRPr="0030397D" w:rsidRDefault="0030397D" w:rsidP="0030397D">
            <w:pPr>
              <w:spacing w:before="64" w:line="266" w:lineRule="auto"/>
              <w:ind w:right="204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Зачет;</w:t>
            </w:r>
            <w:r w:rsidRPr="0030397D">
              <w:rPr>
                <w:rFonts w:ascii="Times New Roman" w:eastAsia="Times New Roman" w:hAnsi="Times New Roman" w:cs="Times New Roman"/>
                <w:spacing w:val="1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lang w:val="ru-RU"/>
              </w:rPr>
              <w:t>Практическая</w:t>
            </w:r>
            <w:r w:rsidRPr="0030397D">
              <w:rPr>
                <w:rFonts w:ascii="Times New Roman" w:eastAsia="Times New Roman" w:hAnsi="Times New Roman" w:cs="Times New Roman"/>
                <w:spacing w:val="-37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работа;</w:t>
            </w:r>
          </w:p>
        </w:tc>
        <w:tc>
          <w:tcPr>
            <w:tcW w:w="1548" w:type="dxa"/>
          </w:tcPr>
          <w:p w:rsidR="0030397D" w:rsidRPr="0030397D" w:rsidRDefault="00D50E20" w:rsidP="0030397D">
            <w:pPr>
              <w:spacing w:before="64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hyperlink r:id="rId26">
              <w:r w:rsidR="0030397D" w:rsidRPr="0030397D">
                <w:rPr>
                  <w:rFonts w:ascii="Times New Roman" w:eastAsia="Times New Roman" w:hAnsi="Times New Roman" w:cs="Times New Roman"/>
                  <w:w w:val="105"/>
                  <w:sz w:val="15"/>
                  <w:lang w:val="ru-RU"/>
                </w:rPr>
                <w:t>http://nsportal.ru</w:t>
              </w:r>
            </w:hyperlink>
          </w:p>
        </w:tc>
      </w:tr>
      <w:tr w:rsidR="0030397D" w:rsidRPr="0030397D" w:rsidTr="005B299F">
        <w:trPr>
          <w:trHeight w:val="1101"/>
        </w:trPr>
        <w:tc>
          <w:tcPr>
            <w:tcW w:w="396" w:type="dxa"/>
          </w:tcPr>
          <w:p w:rsidR="0030397D" w:rsidRPr="0030397D" w:rsidRDefault="0030397D" w:rsidP="0030397D">
            <w:pPr>
              <w:spacing w:before="64"/>
              <w:ind w:right="49"/>
              <w:jc w:val="center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3.3.</w:t>
            </w:r>
          </w:p>
        </w:tc>
        <w:tc>
          <w:tcPr>
            <w:tcW w:w="3614" w:type="dxa"/>
          </w:tcPr>
          <w:p w:rsidR="0030397D" w:rsidRPr="0030397D" w:rsidRDefault="0030397D" w:rsidP="0030397D">
            <w:pPr>
              <w:spacing w:before="64"/>
              <w:rPr>
                <w:rFonts w:ascii="Times New Roman" w:eastAsia="Times New Roman" w:hAnsi="Times New Roman" w:cs="Times New Roman"/>
                <w:b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b/>
                <w:spacing w:val="-1"/>
                <w:w w:val="105"/>
                <w:sz w:val="15"/>
                <w:lang w:val="ru-RU"/>
              </w:rPr>
              <w:t>Вычитание</w:t>
            </w:r>
            <w:r w:rsidRPr="0030397D">
              <w:rPr>
                <w:rFonts w:ascii="Times New Roman" w:eastAsia="Times New Roman" w:hAnsi="Times New Roman" w:cs="Times New Roman"/>
                <w:b/>
                <w:spacing w:val="-9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b/>
                <w:spacing w:val="-1"/>
                <w:w w:val="105"/>
                <w:sz w:val="15"/>
                <w:lang w:val="ru-RU"/>
              </w:rPr>
              <w:t>как</w:t>
            </w:r>
            <w:r w:rsidRPr="0030397D">
              <w:rPr>
                <w:rFonts w:ascii="Times New Roman" w:eastAsia="Times New Roman" w:hAnsi="Times New Roman" w:cs="Times New Roman"/>
                <w:b/>
                <w:spacing w:val="-9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b/>
                <w:w w:val="105"/>
                <w:sz w:val="15"/>
                <w:lang w:val="ru-RU"/>
              </w:rPr>
              <w:t>действие,</w:t>
            </w:r>
            <w:r w:rsidRPr="0030397D">
              <w:rPr>
                <w:rFonts w:ascii="Times New Roman" w:eastAsia="Times New Roman" w:hAnsi="Times New Roman" w:cs="Times New Roman"/>
                <w:b/>
                <w:spacing w:val="-9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b/>
                <w:w w:val="105"/>
                <w:sz w:val="15"/>
                <w:lang w:val="ru-RU"/>
              </w:rPr>
              <w:t>обратное</w:t>
            </w:r>
            <w:r w:rsidRPr="0030397D">
              <w:rPr>
                <w:rFonts w:ascii="Times New Roman" w:eastAsia="Times New Roman" w:hAnsi="Times New Roman" w:cs="Times New Roman"/>
                <w:b/>
                <w:spacing w:val="-9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b/>
                <w:w w:val="105"/>
                <w:sz w:val="15"/>
                <w:lang w:val="ru-RU"/>
              </w:rPr>
              <w:t>сложению.</w:t>
            </w:r>
          </w:p>
        </w:tc>
        <w:tc>
          <w:tcPr>
            <w:tcW w:w="528" w:type="dxa"/>
          </w:tcPr>
          <w:p w:rsidR="0030397D" w:rsidRPr="0030397D" w:rsidRDefault="0030397D" w:rsidP="0030397D">
            <w:pPr>
              <w:spacing w:before="64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4"/>
                <w:sz w:val="15"/>
                <w:lang w:val="ru-RU"/>
              </w:rPr>
              <w:t>5</w:t>
            </w:r>
          </w:p>
        </w:tc>
        <w:tc>
          <w:tcPr>
            <w:tcW w:w="1104" w:type="dxa"/>
          </w:tcPr>
          <w:p w:rsidR="0030397D" w:rsidRPr="0030397D" w:rsidRDefault="0030397D" w:rsidP="0030397D">
            <w:pPr>
              <w:spacing w:before="64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4"/>
                <w:sz w:val="15"/>
                <w:lang w:val="ru-RU"/>
              </w:rPr>
              <w:t>1</w:t>
            </w:r>
          </w:p>
        </w:tc>
        <w:tc>
          <w:tcPr>
            <w:tcW w:w="1140" w:type="dxa"/>
          </w:tcPr>
          <w:p w:rsidR="0030397D" w:rsidRPr="0030397D" w:rsidRDefault="0030397D" w:rsidP="0030397D">
            <w:pPr>
              <w:spacing w:before="64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4"/>
                <w:sz w:val="15"/>
                <w:lang w:val="ru-RU"/>
              </w:rPr>
              <w:t>4</w:t>
            </w:r>
          </w:p>
        </w:tc>
        <w:tc>
          <w:tcPr>
            <w:tcW w:w="864" w:type="dxa"/>
          </w:tcPr>
          <w:p w:rsidR="0030397D" w:rsidRPr="0030397D" w:rsidRDefault="0030397D" w:rsidP="0030397D">
            <w:pPr>
              <w:spacing w:before="64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03.11.2022</w:t>
            </w:r>
          </w:p>
          <w:p w:rsidR="0030397D" w:rsidRPr="0030397D" w:rsidRDefault="0030397D" w:rsidP="0030397D">
            <w:pPr>
              <w:spacing w:before="20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09.11.2022</w:t>
            </w:r>
          </w:p>
        </w:tc>
        <w:tc>
          <w:tcPr>
            <w:tcW w:w="5066" w:type="dxa"/>
          </w:tcPr>
          <w:p w:rsidR="0030397D" w:rsidRPr="0030397D" w:rsidRDefault="0030397D" w:rsidP="0030397D">
            <w:pPr>
              <w:spacing w:before="64" w:line="266" w:lineRule="auto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Использование разных способов подсчёта суммы и разности,</w:t>
            </w:r>
            <w:r w:rsidRPr="0030397D">
              <w:rPr>
                <w:rFonts w:ascii="Times New Roman" w:eastAsia="Times New Roman" w:hAnsi="Times New Roman" w:cs="Times New Roman"/>
                <w:spacing w:val="1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lang w:val="ru-RU"/>
              </w:rPr>
              <w:t>использование</w:t>
            </w:r>
            <w:r w:rsidRPr="0030397D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lang w:val="ru-RU"/>
              </w:rPr>
              <w:t>переместительного</w:t>
            </w:r>
            <w:r w:rsidRPr="0030397D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lang w:val="ru-RU"/>
              </w:rPr>
              <w:t>свойства</w:t>
            </w:r>
            <w:r w:rsidRPr="0030397D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при</w:t>
            </w:r>
            <w:r w:rsidRPr="0030397D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нахождении</w:t>
            </w:r>
            <w:r w:rsidRPr="0030397D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суммы;</w:t>
            </w:r>
          </w:p>
        </w:tc>
        <w:tc>
          <w:tcPr>
            <w:tcW w:w="1236" w:type="dxa"/>
          </w:tcPr>
          <w:p w:rsidR="0030397D" w:rsidRPr="0030397D" w:rsidRDefault="0030397D" w:rsidP="0030397D">
            <w:pPr>
              <w:spacing w:before="64" w:line="266" w:lineRule="auto"/>
              <w:ind w:right="88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Письменный</w:t>
            </w:r>
            <w:r w:rsidRPr="0030397D">
              <w:rPr>
                <w:rFonts w:ascii="Times New Roman" w:eastAsia="Times New Roman" w:hAnsi="Times New Roman" w:cs="Times New Roman"/>
                <w:spacing w:val="1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контроль;</w:t>
            </w:r>
            <w:r w:rsidRPr="0030397D">
              <w:rPr>
                <w:rFonts w:ascii="Times New Roman" w:eastAsia="Times New Roman" w:hAnsi="Times New Roman" w:cs="Times New Roman"/>
                <w:spacing w:val="1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Практическая</w:t>
            </w:r>
            <w:r w:rsidRPr="0030397D">
              <w:rPr>
                <w:rFonts w:ascii="Times New Roman" w:eastAsia="Times New Roman" w:hAnsi="Times New Roman" w:cs="Times New Roman"/>
                <w:spacing w:val="1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lang w:val="ru-RU"/>
              </w:rPr>
              <w:t>работа.</w:t>
            </w:r>
            <w:r w:rsidRPr="0030397D">
              <w:rPr>
                <w:rFonts w:ascii="Times New Roman" w:eastAsia="Times New Roman" w:hAnsi="Times New Roman" w:cs="Times New Roman"/>
                <w:spacing w:val="-9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Устный</w:t>
            </w:r>
            <w:r w:rsidRPr="0030397D">
              <w:rPr>
                <w:rFonts w:ascii="Times New Roman" w:eastAsia="Times New Roman" w:hAnsi="Times New Roman" w:cs="Times New Roman"/>
                <w:spacing w:val="-37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опрос;</w:t>
            </w:r>
          </w:p>
        </w:tc>
        <w:tc>
          <w:tcPr>
            <w:tcW w:w="1548" w:type="dxa"/>
          </w:tcPr>
          <w:p w:rsidR="0030397D" w:rsidRPr="0030397D" w:rsidRDefault="00D50E20" w:rsidP="0030397D">
            <w:pPr>
              <w:spacing w:before="64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hyperlink r:id="rId27">
              <w:r w:rsidR="0030397D" w:rsidRPr="0030397D">
                <w:rPr>
                  <w:rFonts w:ascii="Times New Roman" w:eastAsia="Times New Roman" w:hAnsi="Times New Roman" w:cs="Times New Roman"/>
                  <w:w w:val="105"/>
                  <w:sz w:val="15"/>
                  <w:lang w:val="ru-RU"/>
                </w:rPr>
                <w:t>http://nsportal.ru</w:t>
              </w:r>
            </w:hyperlink>
          </w:p>
        </w:tc>
      </w:tr>
      <w:tr w:rsidR="0030397D" w:rsidRPr="0030397D" w:rsidTr="005B299F">
        <w:trPr>
          <w:trHeight w:val="1293"/>
        </w:trPr>
        <w:tc>
          <w:tcPr>
            <w:tcW w:w="396" w:type="dxa"/>
          </w:tcPr>
          <w:p w:rsidR="0030397D" w:rsidRPr="0030397D" w:rsidRDefault="0030397D" w:rsidP="0030397D">
            <w:pPr>
              <w:spacing w:before="64"/>
              <w:ind w:right="49"/>
              <w:jc w:val="center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3.4.</w:t>
            </w:r>
          </w:p>
        </w:tc>
        <w:tc>
          <w:tcPr>
            <w:tcW w:w="3614" w:type="dxa"/>
          </w:tcPr>
          <w:p w:rsidR="0030397D" w:rsidRPr="0030397D" w:rsidRDefault="0030397D" w:rsidP="0030397D">
            <w:pPr>
              <w:spacing w:before="64"/>
              <w:rPr>
                <w:rFonts w:ascii="Times New Roman" w:eastAsia="Times New Roman" w:hAnsi="Times New Roman" w:cs="Times New Roman"/>
                <w:b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b/>
                <w:spacing w:val="-1"/>
                <w:w w:val="105"/>
                <w:sz w:val="15"/>
                <w:lang w:val="ru-RU"/>
              </w:rPr>
              <w:t>Неизвестное</w:t>
            </w:r>
            <w:r w:rsidRPr="0030397D"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b/>
                <w:spacing w:val="-1"/>
                <w:w w:val="105"/>
                <w:sz w:val="15"/>
                <w:lang w:val="ru-RU"/>
              </w:rPr>
              <w:t>слагаемое.</w:t>
            </w:r>
          </w:p>
        </w:tc>
        <w:tc>
          <w:tcPr>
            <w:tcW w:w="528" w:type="dxa"/>
          </w:tcPr>
          <w:p w:rsidR="0030397D" w:rsidRPr="0030397D" w:rsidRDefault="0030397D" w:rsidP="0030397D">
            <w:pPr>
              <w:spacing w:before="64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4"/>
                <w:sz w:val="15"/>
                <w:lang w:val="ru-RU"/>
              </w:rPr>
              <w:t>5</w:t>
            </w:r>
          </w:p>
        </w:tc>
        <w:tc>
          <w:tcPr>
            <w:tcW w:w="1104" w:type="dxa"/>
          </w:tcPr>
          <w:p w:rsidR="0030397D" w:rsidRPr="0030397D" w:rsidRDefault="0030397D" w:rsidP="0030397D">
            <w:pPr>
              <w:spacing w:before="64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4"/>
                <w:sz w:val="15"/>
                <w:lang w:val="ru-RU"/>
              </w:rPr>
              <w:t>1</w:t>
            </w:r>
          </w:p>
        </w:tc>
        <w:tc>
          <w:tcPr>
            <w:tcW w:w="1140" w:type="dxa"/>
          </w:tcPr>
          <w:p w:rsidR="0030397D" w:rsidRPr="0030397D" w:rsidRDefault="0030397D" w:rsidP="0030397D">
            <w:pPr>
              <w:spacing w:before="64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4"/>
                <w:sz w:val="15"/>
                <w:lang w:val="ru-RU"/>
              </w:rPr>
              <w:t>4</w:t>
            </w:r>
          </w:p>
        </w:tc>
        <w:tc>
          <w:tcPr>
            <w:tcW w:w="864" w:type="dxa"/>
          </w:tcPr>
          <w:p w:rsidR="0030397D" w:rsidRPr="0030397D" w:rsidRDefault="0030397D" w:rsidP="0030397D">
            <w:pPr>
              <w:spacing w:before="64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10.11.2022</w:t>
            </w:r>
          </w:p>
          <w:p w:rsidR="0030397D" w:rsidRPr="0030397D" w:rsidRDefault="0030397D" w:rsidP="0030397D">
            <w:pPr>
              <w:spacing w:before="20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16.11.2022</w:t>
            </w:r>
          </w:p>
        </w:tc>
        <w:tc>
          <w:tcPr>
            <w:tcW w:w="5066" w:type="dxa"/>
          </w:tcPr>
          <w:p w:rsidR="0030397D" w:rsidRPr="0030397D" w:rsidRDefault="0030397D" w:rsidP="0030397D">
            <w:pPr>
              <w:spacing w:before="64" w:line="266" w:lineRule="auto"/>
              <w:ind w:right="134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lang w:val="ru-RU"/>
              </w:rPr>
              <w:t xml:space="preserve">Пропедевтика исследовательской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работы: перестановка слагаемых при</w:t>
            </w:r>
            <w:r w:rsidRPr="0030397D">
              <w:rPr>
                <w:rFonts w:ascii="Times New Roman" w:eastAsia="Times New Roman" w:hAnsi="Times New Roman" w:cs="Times New Roman"/>
                <w:spacing w:val="1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сложении (обсуждение практических и учебных ситуаций);</w:t>
            </w:r>
            <w:r w:rsidRPr="0030397D">
              <w:rPr>
                <w:rFonts w:ascii="Times New Roman" w:eastAsia="Times New Roman" w:hAnsi="Times New Roman" w:cs="Times New Roman"/>
                <w:spacing w:val="1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Моделирование. Иллюстрация с помощью предметной модели</w:t>
            </w:r>
            <w:r w:rsidRPr="0030397D">
              <w:rPr>
                <w:rFonts w:ascii="Times New Roman" w:eastAsia="Times New Roman" w:hAnsi="Times New Roman" w:cs="Times New Roman"/>
                <w:spacing w:val="1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переместительного свойства сложения, способа нахождения</w:t>
            </w:r>
            <w:r w:rsidRPr="0030397D">
              <w:rPr>
                <w:rFonts w:ascii="Times New Roman" w:eastAsia="Times New Roman" w:hAnsi="Times New Roman" w:cs="Times New Roman"/>
                <w:spacing w:val="1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lang w:val="ru-RU"/>
              </w:rPr>
              <w:t>неизвестного</w:t>
            </w:r>
            <w:r w:rsidRPr="0030397D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lang w:val="ru-RU"/>
              </w:rPr>
              <w:t>слагаемого.</w:t>
            </w:r>
            <w:r w:rsidRPr="0030397D">
              <w:rPr>
                <w:rFonts w:ascii="Times New Roman" w:eastAsia="Times New Roman" w:hAnsi="Times New Roman" w:cs="Times New Roman"/>
                <w:spacing w:val="-7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lang w:val="ru-RU"/>
              </w:rPr>
              <w:t>Под</w:t>
            </w:r>
            <w:r w:rsidRPr="0030397D">
              <w:rPr>
                <w:rFonts w:ascii="Times New Roman" w:eastAsia="Times New Roman" w:hAnsi="Times New Roman" w:cs="Times New Roman"/>
                <w:spacing w:val="-7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lang w:val="ru-RU"/>
              </w:rPr>
              <w:t>руководством</w:t>
            </w:r>
            <w:r w:rsidRPr="0030397D">
              <w:rPr>
                <w:rFonts w:ascii="Times New Roman" w:eastAsia="Times New Roman" w:hAnsi="Times New Roman" w:cs="Times New Roman"/>
                <w:spacing w:val="-7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педагога</w:t>
            </w:r>
            <w:r w:rsidRPr="0030397D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выполнение</w:t>
            </w:r>
            <w:r w:rsidRPr="0030397D">
              <w:rPr>
                <w:rFonts w:ascii="Times New Roman" w:eastAsia="Times New Roman" w:hAnsi="Times New Roman" w:cs="Times New Roman"/>
                <w:spacing w:val="-7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счёта</w:t>
            </w:r>
            <w:r w:rsidRPr="0030397D">
              <w:rPr>
                <w:rFonts w:ascii="Times New Roman" w:eastAsia="Times New Roman" w:hAnsi="Times New Roman" w:cs="Times New Roman"/>
                <w:spacing w:val="-36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с</w:t>
            </w:r>
            <w:r w:rsidRPr="0030397D">
              <w:rPr>
                <w:rFonts w:ascii="Times New Roman" w:eastAsia="Times New Roman" w:hAnsi="Times New Roman" w:cs="Times New Roman"/>
                <w:spacing w:val="-2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использованием</w:t>
            </w:r>
            <w:r w:rsidRPr="0030397D">
              <w:rPr>
                <w:rFonts w:ascii="Times New Roman" w:eastAsia="Times New Roman" w:hAnsi="Times New Roman" w:cs="Times New Roman"/>
                <w:spacing w:val="-2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заданной</w:t>
            </w:r>
            <w:r w:rsidRPr="0030397D">
              <w:rPr>
                <w:rFonts w:ascii="Times New Roman" w:eastAsia="Times New Roman" w:hAnsi="Times New Roman" w:cs="Times New Roman"/>
                <w:spacing w:val="-2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единицы</w:t>
            </w:r>
            <w:r w:rsidRPr="0030397D">
              <w:rPr>
                <w:rFonts w:ascii="Times New Roman" w:eastAsia="Times New Roman" w:hAnsi="Times New Roman" w:cs="Times New Roman"/>
                <w:spacing w:val="-2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счёта;</w:t>
            </w:r>
          </w:p>
        </w:tc>
        <w:tc>
          <w:tcPr>
            <w:tcW w:w="1236" w:type="dxa"/>
          </w:tcPr>
          <w:p w:rsidR="0030397D" w:rsidRPr="0030397D" w:rsidRDefault="0030397D" w:rsidP="0030397D">
            <w:pPr>
              <w:spacing w:before="64" w:line="266" w:lineRule="auto"/>
              <w:ind w:right="204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lang w:val="ru-RU"/>
              </w:rPr>
              <w:t>Практическая</w:t>
            </w:r>
            <w:r w:rsidRPr="0030397D">
              <w:rPr>
                <w:rFonts w:ascii="Times New Roman" w:eastAsia="Times New Roman" w:hAnsi="Times New Roman" w:cs="Times New Roman"/>
                <w:spacing w:val="-37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работа;</w:t>
            </w:r>
            <w:r w:rsidRPr="0030397D">
              <w:rPr>
                <w:rFonts w:ascii="Times New Roman" w:eastAsia="Times New Roman" w:hAnsi="Times New Roman" w:cs="Times New Roman"/>
                <w:spacing w:val="1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Контрольная</w:t>
            </w:r>
            <w:r w:rsidRPr="0030397D">
              <w:rPr>
                <w:rFonts w:ascii="Times New Roman" w:eastAsia="Times New Roman" w:hAnsi="Times New Roman" w:cs="Times New Roman"/>
                <w:spacing w:val="1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работа;</w:t>
            </w:r>
          </w:p>
        </w:tc>
        <w:tc>
          <w:tcPr>
            <w:tcW w:w="1548" w:type="dxa"/>
          </w:tcPr>
          <w:p w:rsidR="0030397D" w:rsidRPr="0030397D" w:rsidRDefault="00D50E20" w:rsidP="0030397D">
            <w:pPr>
              <w:spacing w:before="64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hyperlink r:id="rId28">
              <w:r w:rsidR="0030397D" w:rsidRPr="0030397D">
                <w:rPr>
                  <w:rFonts w:ascii="Times New Roman" w:eastAsia="Times New Roman" w:hAnsi="Times New Roman" w:cs="Times New Roman"/>
                  <w:w w:val="105"/>
                  <w:sz w:val="15"/>
                  <w:lang w:val="ru-RU"/>
                </w:rPr>
                <w:t>http://nsportal.ru</w:t>
              </w:r>
            </w:hyperlink>
          </w:p>
        </w:tc>
      </w:tr>
      <w:tr w:rsidR="0030397D" w:rsidRPr="0030397D" w:rsidTr="005B299F">
        <w:trPr>
          <w:trHeight w:val="1485"/>
        </w:trPr>
        <w:tc>
          <w:tcPr>
            <w:tcW w:w="396" w:type="dxa"/>
          </w:tcPr>
          <w:p w:rsidR="0030397D" w:rsidRPr="0030397D" w:rsidRDefault="0030397D" w:rsidP="0030397D">
            <w:pPr>
              <w:spacing w:before="64"/>
              <w:ind w:right="49"/>
              <w:jc w:val="center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lastRenderedPageBreak/>
              <w:t>3.5.</w:t>
            </w:r>
          </w:p>
        </w:tc>
        <w:tc>
          <w:tcPr>
            <w:tcW w:w="3614" w:type="dxa"/>
          </w:tcPr>
          <w:p w:rsidR="0030397D" w:rsidRPr="0030397D" w:rsidRDefault="0030397D" w:rsidP="0030397D">
            <w:pPr>
              <w:spacing w:before="64" w:line="266" w:lineRule="auto"/>
              <w:ind w:right="79"/>
              <w:rPr>
                <w:rFonts w:ascii="Times New Roman" w:eastAsia="Times New Roman" w:hAnsi="Times New Roman" w:cs="Times New Roman"/>
                <w:b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b/>
                <w:w w:val="105"/>
                <w:sz w:val="15"/>
                <w:lang w:val="ru-RU"/>
              </w:rPr>
              <w:t>Сложение</w:t>
            </w:r>
            <w:r w:rsidRPr="0030397D">
              <w:rPr>
                <w:rFonts w:ascii="Times New Roman" w:eastAsia="Times New Roman" w:hAnsi="Times New Roman" w:cs="Times New Roman"/>
                <w:b/>
                <w:spacing w:val="-9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b/>
                <w:w w:val="105"/>
                <w:sz w:val="15"/>
                <w:lang w:val="ru-RU"/>
              </w:rPr>
              <w:t>одинаковых</w:t>
            </w:r>
            <w:r w:rsidRPr="0030397D">
              <w:rPr>
                <w:rFonts w:ascii="Times New Roman" w:eastAsia="Times New Roman" w:hAnsi="Times New Roman" w:cs="Times New Roman"/>
                <w:b/>
                <w:spacing w:val="-9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b/>
                <w:w w:val="105"/>
                <w:sz w:val="15"/>
                <w:lang w:val="ru-RU"/>
              </w:rPr>
              <w:t>слагаемых.</w:t>
            </w:r>
            <w:r w:rsidRPr="0030397D">
              <w:rPr>
                <w:rFonts w:ascii="Times New Roman" w:eastAsia="Times New Roman" w:hAnsi="Times New Roman" w:cs="Times New Roman"/>
                <w:b/>
                <w:spacing w:val="-8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b/>
                <w:w w:val="105"/>
                <w:sz w:val="15"/>
                <w:lang w:val="ru-RU"/>
              </w:rPr>
              <w:t>Счёт</w:t>
            </w:r>
            <w:r w:rsidRPr="0030397D">
              <w:rPr>
                <w:rFonts w:ascii="Times New Roman" w:eastAsia="Times New Roman" w:hAnsi="Times New Roman" w:cs="Times New Roman"/>
                <w:b/>
                <w:spacing w:val="-9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b/>
                <w:w w:val="105"/>
                <w:sz w:val="15"/>
                <w:lang w:val="ru-RU"/>
              </w:rPr>
              <w:t>по</w:t>
            </w:r>
            <w:r w:rsidRPr="0030397D">
              <w:rPr>
                <w:rFonts w:ascii="Times New Roman" w:eastAsia="Times New Roman" w:hAnsi="Times New Roman" w:cs="Times New Roman"/>
                <w:b/>
                <w:spacing w:val="-8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b/>
                <w:w w:val="105"/>
                <w:sz w:val="15"/>
                <w:lang w:val="ru-RU"/>
              </w:rPr>
              <w:t>2,</w:t>
            </w:r>
            <w:r w:rsidRPr="0030397D">
              <w:rPr>
                <w:rFonts w:ascii="Times New Roman" w:eastAsia="Times New Roman" w:hAnsi="Times New Roman" w:cs="Times New Roman"/>
                <w:b/>
                <w:spacing w:val="-9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b/>
                <w:w w:val="105"/>
                <w:sz w:val="15"/>
                <w:lang w:val="ru-RU"/>
              </w:rPr>
              <w:t>по</w:t>
            </w:r>
            <w:r w:rsidRPr="0030397D">
              <w:rPr>
                <w:rFonts w:ascii="Times New Roman" w:eastAsia="Times New Roman" w:hAnsi="Times New Roman" w:cs="Times New Roman"/>
                <w:b/>
                <w:spacing w:val="-36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b/>
                <w:w w:val="105"/>
                <w:sz w:val="15"/>
                <w:lang w:val="ru-RU"/>
              </w:rPr>
              <w:t>3,</w:t>
            </w:r>
            <w:r w:rsidRPr="0030397D">
              <w:rPr>
                <w:rFonts w:ascii="Times New Roman" w:eastAsia="Times New Roman" w:hAnsi="Times New Roman" w:cs="Times New Roman"/>
                <w:b/>
                <w:spacing w:val="-1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b/>
                <w:w w:val="105"/>
                <w:sz w:val="15"/>
                <w:lang w:val="ru-RU"/>
              </w:rPr>
              <w:t>по</w:t>
            </w:r>
            <w:r w:rsidRPr="0030397D">
              <w:rPr>
                <w:rFonts w:ascii="Times New Roman" w:eastAsia="Times New Roman" w:hAnsi="Times New Roman" w:cs="Times New Roman"/>
                <w:b/>
                <w:spacing w:val="-1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b/>
                <w:w w:val="105"/>
                <w:sz w:val="15"/>
                <w:lang w:val="ru-RU"/>
              </w:rPr>
              <w:t>5.</w:t>
            </w:r>
          </w:p>
        </w:tc>
        <w:tc>
          <w:tcPr>
            <w:tcW w:w="528" w:type="dxa"/>
          </w:tcPr>
          <w:p w:rsidR="0030397D" w:rsidRPr="0030397D" w:rsidRDefault="0030397D" w:rsidP="0030397D">
            <w:pPr>
              <w:spacing w:before="64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4"/>
                <w:sz w:val="15"/>
                <w:lang w:val="ru-RU"/>
              </w:rPr>
              <w:t>5</w:t>
            </w:r>
          </w:p>
        </w:tc>
        <w:tc>
          <w:tcPr>
            <w:tcW w:w="1104" w:type="dxa"/>
          </w:tcPr>
          <w:p w:rsidR="0030397D" w:rsidRPr="0030397D" w:rsidRDefault="0030397D" w:rsidP="0030397D">
            <w:pPr>
              <w:spacing w:before="64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4"/>
                <w:sz w:val="15"/>
                <w:lang w:val="ru-RU"/>
              </w:rPr>
              <w:t>0</w:t>
            </w:r>
          </w:p>
        </w:tc>
        <w:tc>
          <w:tcPr>
            <w:tcW w:w="1140" w:type="dxa"/>
          </w:tcPr>
          <w:p w:rsidR="0030397D" w:rsidRPr="0030397D" w:rsidRDefault="0030397D" w:rsidP="0030397D">
            <w:pPr>
              <w:spacing w:before="64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4"/>
                <w:sz w:val="15"/>
                <w:lang w:val="ru-RU"/>
              </w:rPr>
              <w:t>5</w:t>
            </w:r>
          </w:p>
        </w:tc>
        <w:tc>
          <w:tcPr>
            <w:tcW w:w="864" w:type="dxa"/>
          </w:tcPr>
          <w:p w:rsidR="0030397D" w:rsidRPr="0030397D" w:rsidRDefault="0030397D" w:rsidP="0030397D">
            <w:pPr>
              <w:spacing w:before="64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17.11.2022</w:t>
            </w:r>
          </w:p>
          <w:p w:rsidR="0030397D" w:rsidRPr="0030397D" w:rsidRDefault="0030397D" w:rsidP="0030397D">
            <w:pPr>
              <w:spacing w:before="20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24.11.2022</w:t>
            </w:r>
          </w:p>
        </w:tc>
        <w:tc>
          <w:tcPr>
            <w:tcW w:w="5066" w:type="dxa"/>
          </w:tcPr>
          <w:p w:rsidR="0030397D" w:rsidRPr="0030397D" w:rsidRDefault="0030397D" w:rsidP="0030397D">
            <w:pPr>
              <w:spacing w:before="64" w:line="266" w:lineRule="auto"/>
              <w:ind w:right="134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Обсуждение приёмов сложения, вычитания: нахождение значения</w:t>
            </w:r>
            <w:r w:rsidRPr="0030397D">
              <w:rPr>
                <w:rFonts w:ascii="Times New Roman" w:eastAsia="Times New Roman" w:hAnsi="Times New Roman" w:cs="Times New Roman"/>
                <w:spacing w:val="1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суммы</w:t>
            </w:r>
            <w:r w:rsidRPr="0030397D">
              <w:rPr>
                <w:rFonts w:ascii="Times New Roman" w:eastAsia="Times New Roman" w:hAnsi="Times New Roman" w:cs="Times New Roman"/>
                <w:spacing w:val="-9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и</w:t>
            </w:r>
            <w:r w:rsidRPr="0030397D">
              <w:rPr>
                <w:rFonts w:ascii="Times New Roman" w:eastAsia="Times New Roman" w:hAnsi="Times New Roman" w:cs="Times New Roman"/>
                <w:spacing w:val="-9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разности</w:t>
            </w:r>
            <w:r w:rsidRPr="0030397D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на</w:t>
            </w:r>
            <w:r w:rsidRPr="0030397D">
              <w:rPr>
                <w:rFonts w:ascii="Times New Roman" w:eastAsia="Times New Roman" w:hAnsi="Times New Roman" w:cs="Times New Roman"/>
                <w:spacing w:val="-9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основе</w:t>
            </w:r>
            <w:r w:rsidRPr="0030397D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состава</w:t>
            </w:r>
            <w:r w:rsidRPr="0030397D">
              <w:rPr>
                <w:rFonts w:ascii="Times New Roman" w:eastAsia="Times New Roman" w:hAnsi="Times New Roman" w:cs="Times New Roman"/>
                <w:spacing w:val="-9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числа,</w:t>
            </w:r>
            <w:r w:rsidRPr="0030397D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с</w:t>
            </w:r>
            <w:r w:rsidRPr="0030397D">
              <w:rPr>
                <w:rFonts w:ascii="Times New Roman" w:eastAsia="Times New Roman" w:hAnsi="Times New Roman" w:cs="Times New Roman"/>
                <w:spacing w:val="-9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использованием</w:t>
            </w:r>
            <w:r w:rsidRPr="0030397D">
              <w:rPr>
                <w:rFonts w:ascii="Times New Roman" w:eastAsia="Times New Roman" w:hAnsi="Times New Roman" w:cs="Times New Roman"/>
                <w:spacing w:val="-9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числовой</w:t>
            </w:r>
            <w:r w:rsidRPr="0030397D">
              <w:rPr>
                <w:rFonts w:ascii="Times New Roman" w:eastAsia="Times New Roman" w:hAnsi="Times New Roman" w:cs="Times New Roman"/>
                <w:spacing w:val="-36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ленты,</w:t>
            </w:r>
            <w:r w:rsidRPr="0030397D">
              <w:rPr>
                <w:rFonts w:ascii="Times New Roman" w:eastAsia="Times New Roman" w:hAnsi="Times New Roman" w:cs="Times New Roman"/>
                <w:spacing w:val="-2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по</w:t>
            </w:r>
            <w:r w:rsidRPr="0030397D"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частям</w:t>
            </w:r>
            <w:r w:rsidRPr="0030397D"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и</w:t>
            </w:r>
            <w:r w:rsidRPr="0030397D"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др.;</w:t>
            </w:r>
          </w:p>
          <w:p w:rsidR="0030397D" w:rsidRPr="0030397D" w:rsidRDefault="0030397D" w:rsidP="0030397D">
            <w:pPr>
              <w:spacing w:before="2" w:line="266" w:lineRule="auto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Использование разных способов подсчёта суммы и разности,</w:t>
            </w:r>
            <w:r w:rsidRPr="0030397D">
              <w:rPr>
                <w:rFonts w:ascii="Times New Roman" w:eastAsia="Times New Roman" w:hAnsi="Times New Roman" w:cs="Times New Roman"/>
                <w:spacing w:val="1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использование переместительного свойства при нахождении суммы;</w:t>
            </w:r>
            <w:r w:rsidRPr="0030397D">
              <w:rPr>
                <w:rFonts w:ascii="Times New Roman" w:eastAsia="Times New Roman" w:hAnsi="Times New Roman" w:cs="Times New Roman"/>
                <w:spacing w:val="1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lang w:val="ru-RU"/>
              </w:rPr>
              <w:t>Пропедевтика</w:t>
            </w:r>
            <w:r w:rsidRPr="0030397D">
              <w:rPr>
                <w:rFonts w:ascii="Times New Roman" w:eastAsia="Times New Roman" w:hAnsi="Times New Roman" w:cs="Times New Roman"/>
                <w:spacing w:val="-9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lang w:val="ru-RU"/>
              </w:rPr>
              <w:t>исследовательской</w:t>
            </w:r>
            <w:r w:rsidRPr="0030397D">
              <w:rPr>
                <w:rFonts w:ascii="Times New Roman" w:eastAsia="Times New Roman" w:hAnsi="Times New Roman" w:cs="Times New Roman"/>
                <w:spacing w:val="-9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lang w:val="ru-RU"/>
              </w:rPr>
              <w:t>работы:</w:t>
            </w:r>
            <w:r w:rsidRPr="0030397D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перестановка</w:t>
            </w:r>
            <w:r w:rsidRPr="0030397D">
              <w:rPr>
                <w:rFonts w:ascii="Times New Roman" w:eastAsia="Times New Roman" w:hAnsi="Times New Roman" w:cs="Times New Roman"/>
                <w:spacing w:val="-9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слагаемых</w:t>
            </w:r>
            <w:r w:rsidRPr="0030397D">
              <w:rPr>
                <w:rFonts w:ascii="Times New Roman" w:eastAsia="Times New Roman" w:hAnsi="Times New Roman" w:cs="Times New Roman"/>
                <w:spacing w:val="-9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при</w:t>
            </w:r>
            <w:r w:rsidRPr="0030397D">
              <w:rPr>
                <w:rFonts w:ascii="Times New Roman" w:eastAsia="Times New Roman" w:hAnsi="Times New Roman" w:cs="Times New Roman"/>
                <w:spacing w:val="-36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сложении</w:t>
            </w:r>
            <w:r w:rsidRPr="0030397D">
              <w:rPr>
                <w:rFonts w:ascii="Times New Roman" w:eastAsia="Times New Roman" w:hAnsi="Times New Roman" w:cs="Times New Roman"/>
                <w:spacing w:val="-4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(обсуждение</w:t>
            </w:r>
            <w:r w:rsidRPr="0030397D">
              <w:rPr>
                <w:rFonts w:ascii="Times New Roman" w:eastAsia="Times New Roman" w:hAnsi="Times New Roman" w:cs="Times New Roman"/>
                <w:spacing w:val="-4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практических</w:t>
            </w:r>
            <w:r w:rsidRPr="0030397D">
              <w:rPr>
                <w:rFonts w:ascii="Times New Roman" w:eastAsia="Times New Roman" w:hAnsi="Times New Roman" w:cs="Times New Roman"/>
                <w:spacing w:val="-3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и</w:t>
            </w:r>
            <w:r w:rsidRPr="0030397D">
              <w:rPr>
                <w:rFonts w:ascii="Times New Roman" w:eastAsia="Times New Roman" w:hAnsi="Times New Roman" w:cs="Times New Roman"/>
                <w:spacing w:val="-4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учебных</w:t>
            </w:r>
            <w:r w:rsidRPr="0030397D">
              <w:rPr>
                <w:rFonts w:ascii="Times New Roman" w:eastAsia="Times New Roman" w:hAnsi="Times New Roman" w:cs="Times New Roman"/>
                <w:spacing w:val="-3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ситуаций);</w:t>
            </w:r>
          </w:p>
        </w:tc>
        <w:tc>
          <w:tcPr>
            <w:tcW w:w="1236" w:type="dxa"/>
          </w:tcPr>
          <w:p w:rsidR="0030397D" w:rsidRPr="0030397D" w:rsidRDefault="0030397D" w:rsidP="0030397D">
            <w:pPr>
              <w:spacing w:before="64" w:line="266" w:lineRule="auto"/>
              <w:ind w:right="44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Самооценка с</w:t>
            </w:r>
            <w:r w:rsidRPr="0030397D">
              <w:rPr>
                <w:rFonts w:ascii="Times New Roman" w:eastAsia="Times New Roman" w:hAnsi="Times New Roman" w:cs="Times New Roman"/>
                <w:spacing w:val="1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lang w:val="ru-RU"/>
              </w:rPr>
              <w:t>использованием</w:t>
            </w:r>
          </w:p>
          <w:p w:rsidR="0030397D" w:rsidRPr="0030397D" w:rsidRDefault="0030397D" w:rsidP="0030397D">
            <w:pPr>
              <w:spacing w:before="2" w:line="266" w:lineRule="auto"/>
              <w:ind w:right="237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lang w:val="ru-RU"/>
              </w:rPr>
              <w:t>«Оценочного</w:t>
            </w:r>
            <w:r w:rsidRPr="0030397D">
              <w:rPr>
                <w:rFonts w:ascii="Times New Roman" w:eastAsia="Times New Roman" w:hAnsi="Times New Roman" w:cs="Times New Roman"/>
                <w:spacing w:val="-37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листа»;</w:t>
            </w:r>
          </w:p>
        </w:tc>
        <w:tc>
          <w:tcPr>
            <w:tcW w:w="1548" w:type="dxa"/>
          </w:tcPr>
          <w:p w:rsidR="0030397D" w:rsidRPr="0030397D" w:rsidRDefault="00D50E20" w:rsidP="0030397D">
            <w:pPr>
              <w:spacing w:before="64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hyperlink r:id="rId29">
              <w:r w:rsidR="0030397D" w:rsidRPr="0030397D">
                <w:rPr>
                  <w:rFonts w:ascii="Times New Roman" w:eastAsia="Times New Roman" w:hAnsi="Times New Roman" w:cs="Times New Roman"/>
                  <w:w w:val="105"/>
                  <w:sz w:val="15"/>
                  <w:lang w:val="ru-RU"/>
                </w:rPr>
                <w:t>http://nsportal.ru</w:t>
              </w:r>
            </w:hyperlink>
          </w:p>
        </w:tc>
      </w:tr>
      <w:tr w:rsidR="0030397D" w:rsidRPr="0030397D" w:rsidTr="005B299F">
        <w:trPr>
          <w:trHeight w:val="717"/>
        </w:trPr>
        <w:tc>
          <w:tcPr>
            <w:tcW w:w="396" w:type="dxa"/>
          </w:tcPr>
          <w:p w:rsidR="0030397D" w:rsidRPr="0030397D" w:rsidRDefault="0030397D" w:rsidP="0030397D">
            <w:pPr>
              <w:spacing w:before="64"/>
              <w:ind w:right="49"/>
              <w:jc w:val="center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3.6.</w:t>
            </w:r>
          </w:p>
        </w:tc>
        <w:tc>
          <w:tcPr>
            <w:tcW w:w="3614" w:type="dxa"/>
          </w:tcPr>
          <w:p w:rsidR="0030397D" w:rsidRPr="0030397D" w:rsidRDefault="0030397D" w:rsidP="0030397D">
            <w:pPr>
              <w:spacing w:before="64"/>
              <w:rPr>
                <w:rFonts w:ascii="Times New Roman" w:eastAsia="Times New Roman" w:hAnsi="Times New Roman" w:cs="Times New Roman"/>
                <w:b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b/>
                <w:w w:val="105"/>
                <w:sz w:val="15"/>
                <w:lang w:val="ru-RU"/>
              </w:rPr>
              <w:t>Прибавление</w:t>
            </w:r>
            <w:r w:rsidRPr="0030397D">
              <w:rPr>
                <w:rFonts w:ascii="Times New Roman" w:eastAsia="Times New Roman" w:hAnsi="Times New Roman" w:cs="Times New Roman"/>
                <w:b/>
                <w:spacing w:val="-10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b/>
                <w:w w:val="105"/>
                <w:sz w:val="15"/>
                <w:lang w:val="ru-RU"/>
              </w:rPr>
              <w:t>и</w:t>
            </w:r>
            <w:r w:rsidRPr="0030397D">
              <w:rPr>
                <w:rFonts w:ascii="Times New Roman" w:eastAsia="Times New Roman" w:hAnsi="Times New Roman" w:cs="Times New Roman"/>
                <w:b/>
                <w:spacing w:val="-10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b/>
                <w:w w:val="105"/>
                <w:sz w:val="15"/>
                <w:lang w:val="ru-RU"/>
              </w:rPr>
              <w:t>вычитание</w:t>
            </w:r>
            <w:r w:rsidRPr="0030397D">
              <w:rPr>
                <w:rFonts w:ascii="Times New Roman" w:eastAsia="Times New Roman" w:hAnsi="Times New Roman" w:cs="Times New Roman"/>
                <w:b/>
                <w:spacing w:val="-10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b/>
                <w:w w:val="105"/>
                <w:sz w:val="15"/>
                <w:lang w:val="ru-RU"/>
              </w:rPr>
              <w:t>нуля.</w:t>
            </w:r>
          </w:p>
        </w:tc>
        <w:tc>
          <w:tcPr>
            <w:tcW w:w="528" w:type="dxa"/>
          </w:tcPr>
          <w:p w:rsidR="0030397D" w:rsidRPr="0030397D" w:rsidRDefault="0030397D" w:rsidP="0030397D">
            <w:pPr>
              <w:spacing w:before="64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4"/>
                <w:sz w:val="15"/>
                <w:lang w:val="ru-RU"/>
              </w:rPr>
              <w:t>5</w:t>
            </w:r>
          </w:p>
        </w:tc>
        <w:tc>
          <w:tcPr>
            <w:tcW w:w="1104" w:type="dxa"/>
          </w:tcPr>
          <w:p w:rsidR="0030397D" w:rsidRPr="0030397D" w:rsidRDefault="0030397D" w:rsidP="0030397D">
            <w:pPr>
              <w:spacing w:before="64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4"/>
                <w:sz w:val="15"/>
                <w:lang w:val="ru-RU"/>
              </w:rPr>
              <w:t>0</w:t>
            </w:r>
          </w:p>
        </w:tc>
        <w:tc>
          <w:tcPr>
            <w:tcW w:w="1140" w:type="dxa"/>
          </w:tcPr>
          <w:p w:rsidR="0030397D" w:rsidRPr="0030397D" w:rsidRDefault="0030397D" w:rsidP="0030397D">
            <w:pPr>
              <w:spacing w:before="64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4"/>
                <w:sz w:val="15"/>
                <w:lang w:val="ru-RU"/>
              </w:rPr>
              <w:t>5</w:t>
            </w:r>
          </w:p>
        </w:tc>
        <w:tc>
          <w:tcPr>
            <w:tcW w:w="864" w:type="dxa"/>
          </w:tcPr>
          <w:p w:rsidR="0030397D" w:rsidRPr="0030397D" w:rsidRDefault="0030397D" w:rsidP="0030397D">
            <w:pPr>
              <w:spacing w:before="64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25.11.2022</w:t>
            </w:r>
          </w:p>
          <w:p w:rsidR="0030397D" w:rsidRPr="0030397D" w:rsidRDefault="0030397D" w:rsidP="0030397D">
            <w:pPr>
              <w:spacing w:before="20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01.12.2022</w:t>
            </w:r>
          </w:p>
        </w:tc>
        <w:tc>
          <w:tcPr>
            <w:tcW w:w="5066" w:type="dxa"/>
          </w:tcPr>
          <w:p w:rsidR="0030397D" w:rsidRPr="0030397D" w:rsidRDefault="0030397D" w:rsidP="0030397D">
            <w:pPr>
              <w:spacing w:before="64" w:line="266" w:lineRule="auto"/>
              <w:ind w:right="66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Дидактические игры и упражнения, связанные с выбором, составлением</w:t>
            </w:r>
            <w:r w:rsidRPr="0030397D">
              <w:rPr>
                <w:rFonts w:ascii="Times New Roman" w:eastAsia="Times New Roman" w:hAnsi="Times New Roman" w:cs="Times New Roman"/>
                <w:spacing w:val="-38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lang w:val="ru-RU"/>
              </w:rPr>
              <w:t>сумм,</w:t>
            </w:r>
            <w:r w:rsidRPr="0030397D">
              <w:rPr>
                <w:rFonts w:ascii="Times New Roman" w:eastAsia="Times New Roman" w:hAnsi="Times New Roman" w:cs="Times New Roman"/>
                <w:spacing w:val="-9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lang w:val="ru-RU"/>
              </w:rPr>
              <w:t>разностей</w:t>
            </w:r>
            <w:r w:rsidRPr="0030397D">
              <w:rPr>
                <w:rFonts w:ascii="Times New Roman" w:eastAsia="Times New Roman" w:hAnsi="Times New Roman" w:cs="Times New Roman"/>
                <w:spacing w:val="-9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lang w:val="ru-RU"/>
              </w:rPr>
              <w:t>с</w:t>
            </w:r>
            <w:r w:rsidRPr="0030397D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lang w:val="ru-RU"/>
              </w:rPr>
              <w:t>заданным</w:t>
            </w:r>
            <w:r w:rsidRPr="0030397D">
              <w:rPr>
                <w:rFonts w:ascii="Times New Roman" w:eastAsia="Times New Roman" w:hAnsi="Times New Roman" w:cs="Times New Roman"/>
                <w:spacing w:val="-9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результатом</w:t>
            </w:r>
            <w:r w:rsidRPr="0030397D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действия;</w:t>
            </w:r>
            <w:r w:rsidRPr="0030397D">
              <w:rPr>
                <w:rFonts w:ascii="Times New Roman" w:eastAsia="Times New Roman" w:hAnsi="Times New Roman" w:cs="Times New Roman"/>
                <w:spacing w:val="-9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сравнением</w:t>
            </w:r>
            <w:r w:rsidRPr="0030397D">
              <w:rPr>
                <w:rFonts w:ascii="Times New Roman" w:eastAsia="Times New Roman" w:hAnsi="Times New Roman" w:cs="Times New Roman"/>
                <w:spacing w:val="-9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значений</w:t>
            </w:r>
            <w:r w:rsidRPr="0030397D">
              <w:rPr>
                <w:rFonts w:ascii="Times New Roman" w:eastAsia="Times New Roman" w:hAnsi="Times New Roman" w:cs="Times New Roman"/>
                <w:spacing w:val="1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числовых</w:t>
            </w:r>
            <w:r w:rsidRPr="0030397D">
              <w:rPr>
                <w:rFonts w:ascii="Times New Roman" w:eastAsia="Times New Roman" w:hAnsi="Times New Roman" w:cs="Times New Roman"/>
                <w:spacing w:val="-5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выражений</w:t>
            </w:r>
            <w:r w:rsidRPr="0030397D">
              <w:rPr>
                <w:rFonts w:ascii="Times New Roman" w:eastAsia="Times New Roman" w:hAnsi="Times New Roman" w:cs="Times New Roman"/>
                <w:spacing w:val="-4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(без</w:t>
            </w:r>
            <w:r w:rsidRPr="0030397D">
              <w:rPr>
                <w:rFonts w:ascii="Times New Roman" w:eastAsia="Times New Roman" w:hAnsi="Times New Roman" w:cs="Times New Roman"/>
                <w:spacing w:val="-5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вычислений),</w:t>
            </w:r>
            <w:r w:rsidRPr="0030397D">
              <w:rPr>
                <w:rFonts w:ascii="Times New Roman" w:eastAsia="Times New Roman" w:hAnsi="Times New Roman" w:cs="Times New Roman"/>
                <w:spacing w:val="-4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по</w:t>
            </w:r>
            <w:r w:rsidRPr="0030397D">
              <w:rPr>
                <w:rFonts w:ascii="Times New Roman" w:eastAsia="Times New Roman" w:hAnsi="Times New Roman" w:cs="Times New Roman"/>
                <w:spacing w:val="-4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результату</w:t>
            </w:r>
            <w:r w:rsidRPr="0030397D">
              <w:rPr>
                <w:rFonts w:ascii="Times New Roman" w:eastAsia="Times New Roman" w:hAnsi="Times New Roman" w:cs="Times New Roman"/>
                <w:spacing w:val="-5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действия;</w:t>
            </w:r>
          </w:p>
        </w:tc>
        <w:tc>
          <w:tcPr>
            <w:tcW w:w="1236" w:type="dxa"/>
          </w:tcPr>
          <w:p w:rsidR="0030397D" w:rsidRPr="0030397D" w:rsidRDefault="0030397D" w:rsidP="0030397D">
            <w:pPr>
              <w:spacing w:before="64" w:line="266" w:lineRule="auto"/>
              <w:ind w:right="161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Практическая</w:t>
            </w:r>
            <w:r w:rsidRPr="0030397D">
              <w:rPr>
                <w:rFonts w:ascii="Times New Roman" w:eastAsia="Times New Roman" w:hAnsi="Times New Roman" w:cs="Times New Roman"/>
                <w:spacing w:val="-37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работа;</w:t>
            </w:r>
            <w:r w:rsidRPr="0030397D">
              <w:rPr>
                <w:rFonts w:ascii="Times New Roman" w:eastAsia="Times New Roman" w:hAnsi="Times New Roman" w:cs="Times New Roman"/>
                <w:spacing w:val="1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lang w:val="ru-RU"/>
              </w:rPr>
              <w:t>Тестирование;</w:t>
            </w:r>
          </w:p>
        </w:tc>
        <w:tc>
          <w:tcPr>
            <w:tcW w:w="1548" w:type="dxa"/>
          </w:tcPr>
          <w:p w:rsidR="0030397D" w:rsidRPr="0030397D" w:rsidRDefault="00D50E20" w:rsidP="0030397D">
            <w:pPr>
              <w:spacing w:before="64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hyperlink r:id="rId30">
              <w:r w:rsidR="0030397D" w:rsidRPr="0030397D">
                <w:rPr>
                  <w:rFonts w:ascii="Times New Roman" w:eastAsia="Times New Roman" w:hAnsi="Times New Roman" w:cs="Times New Roman"/>
                  <w:w w:val="105"/>
                  <w:sz w:val="15"/>
                  <w:lang w:val="ru-RU"/>
                </w:rPr>
                <w:t>http://nsportal.ru</w:t>
              </w:r>
            </w:hyperlink>
          </w:p>
        </w:tc>
      </w:tr>
      <w:tr w:rsidR="0030397D" w:rsidRPr="0030397D" w:rsidTr="005B299F">
        <w:trPr>
          <w:trHeight w:val="2254"/>
        </w:trPr>
        <w:tc>
          <w:tcPr>
            <w:tcW w:w="396" w:type="dxa"/>
          </w:tcPr>
          <w:p w:rsidR="0030397D" w:rsidRPr="0030397D" w:rsidRDefault="0030397D" w:rsidP="0030397D">
            <w:pPr>
              <w:spacing w:before="64"/>
              <w:ind w:right="49"/>
              <w:jc w:val="center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3.7.</w:t>
            </w:r>
          </w:p>
        </w:tc>
        <w:tc>
          <w:tcPr>
            <w:tcW w:w="3614" w:type="dxa"/>
          </w:tcPr>
          <w:p w:rsidR="0030397D" w:rsidRPr="0030397D" w:rsidRDefault="0030397D" w:rsidP="0030397D">
            <w:pPr>
              <w:spacing w:before="64" w:line="266" w:lineRule="auto"/>
              <w:rPr>
                <w:rFonts w:ascii="Times New Roman" w:eastAsia="Times New Roman" w:hAnsi="Times New Roman" w:cs="Times New Roman"/>
                <w:b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b/>
                <w:w w:val="105"/>
                <w:sz w:val="15"/>
                <w:lang w:val="ru-RU"/>
              </w:rPr>
              <w:t>Сложение</w:t>
            </w:r>
            <w:r w:rsidRPr="0030397D">
              <w:rPr>
                <w:rFonts w:ascii="Times New Roman" w:eastAsia="Times New Roman" w:hAnsi="Times New Roman" w:cs="Times New Roman"/>
                <w:b/>
                <w:spacing w:val="-8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b/>
                <w:w w:val="105"/>
                <w:sz w:val="15"/>
                <w:lang w:val="ru-RU"/>
              </w:rPr>
              <w:t>и</w:t>
            </w:r>
            <w:r w:rsidRPr="0030397D">
              <w:rPr>
                <w:rFonts w:ascii="Times New Roman" w:eastAsia="Times New Roman" w:hAnsi="Times New Roman" w:cs="Times New Roman"/>
                <w:b/>
                <w:spacing w:val="-7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b/>
                <w:w w:val="105"/>
                <w:sz w:val="15"/>
                <w:lang w:val="ru-RU"/>
              </w:rPr>
              <w:t>вычитание</w:t>
            </w:r>
            <w:r w:rsidRPr="0030397D">
              <w:rPr>
                <w:rFonts w:ascii="Times New Roman" w:eastAsia="Times New Roman" w:hAnsi="Times New Roman" w:cs="Times New Roman"/>
                <w:b/>
                <w:spacing w:val="-8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b/>
                <w:w w:val="105"/>
                <w:sz w:val="15"/>
                <w:lang w:val="ru-RU"/>
              </w:rPr>
              <w:t>чисел</w:t>
            </w:r>
            <w:r w:rsidRPr="0030397D">
              <w:rPr>
                <w:rFonts w:ascii="Times New Roman" w:eastAsia="Times New Roman" w:hAnsi="Times New Roman" w:cs="Times New Roman"/>
                <w:b/>
                <w:spacing w:val="-7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b/>
                <w:w w:val="105"/>
                <w:sz w:val="15"/>
                <w:lang w:val="ru-RU"/>
              </w:rPr>
              <w:t>без</w:t>
            </w:r>
            <w:r w:rsidRPr="0030397D">
              <w:rPr>
                <w:rFonts w:ascii="Times New Roman" w:eastAsia="Times New Roman" w:hAnsi="Times New Roman" w:cs="Times New Roman"/>
                <w:b/>
                <w:spacing w:val="-7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b/>
                <w:w w:val="105"/>
                <w:sz w:val="15"/>
                <w:lang w:val="ru-RU"/>
              </w:rPr>
              <w:t>перехода</w:t>
            </w:r>
            <w:r w:rsidRPr="0030397D">
              <w:rPr>
                <w:rFonts w:ascii="Times New Roman" w:eastAsia="Times New Roman" w:hAnsi="Times New Roman" w:cs="Times New Roman"/>
                <w:b/>
                <w:spacing w:val="-8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b/>
                <w:w w:val="105"/>
                <w:sz w:val="15"/>
                <w:lang w:val="ru-RU"/>
              </w:rPr>
              <w:t>и</w:t>
            </w:r>
            <w:r w:rsidRPr="0030397D">
              <w:rPr>
                <w:rFonts w:ascii="Times New Roman" w:eastAsia="Times New Roman" w:hAnsi="Times New Roman" w:cs="Times New Roman"/>
                <w:b/>
                <w:spacing w:val="-7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b/>
                <w:w w:val="105"/>
                <w:sz w:val="15"/>
                <w:lang w:val="ru-RU"/>
              </w:rPr>
              <w:t>с</w:t>
            </w:r>
            <w:r w:rsidRPr="0030397D">
              <w:rPr>
                <w:rFonts w:ascii="Times New Roman" w:eastAsia="Times New Roman" w:hAnsi="Times New Roman" w:cs="Times New Roman"/>
                <w:b/>
                <w:spacing w:val="-36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b/>
                <w:w w:val="105"/>
                <w:sz w:val="15"/>
                <w:lang w:val="ru-RU"/>
              </w:rPr>
              <w:t>переходом</w:t>
            </w:r>
            <w:r w:rsidRPr="0030397D">
              <w:rPr>
                <w:rFonts w:ascii="Times New Roman" w:eastAsia="Times New Roman" w:hAnsi="Times New Roman" w:cs="Times New Roman"/>
                <w:b/>
                <w:spacing w:val="-2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b/>
                <w:w w:val="105"/>
                <w:sz w:val="15"/>
                <w:lang w:val="ru-RU"/>
              </w:rPr>
              <w:t>через</w:t>
            </w:r>
            <w:r w:rsidRPr="0030397D">
              <w:rPr>
                <w:rFonts w:ascii="Times New Roman" w:eastAsia="Times New Roman" w:hAnsi="Times New Roman" w:cs="Times New Roman"/>
                <w:b/>
                <w:spacing w:val="-2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b/>
                <w:w w:val="105"/>
                <w:sz w:val="15"/>
                <w:lang w:val="ru-RU"/>
              </w:rPr>
              <w:t>десяток.</w:t>
            </w:r>
          </w:p>
        </w:tc>
        <w:tc>
          <w:tcPr>
            <w:tcW w:w="528" w:type="dxa"/>
          </w:tcPr>
          <w:p w:rsidR="0030397D" w:rsidRPr="0030397D" w:rsidRDefault="0030397D" w:rsidP="0030397D">
            <w:pPr>
              <w:spacing w:before="64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4"/>
                <w:sz w:val="15"/>
                <w:lang w:val="ru-RU"/>
              </w:rPr>
              <w:t>5</w:t>
            </w:r>
          </w:p>
        </w:tc>
        <w:tc>
          <w:tcPr>
            <w:tcW w:w="1104" w:type="dxa"/>
          </w:tcPr>
          <w:p w:rsidR="0030397D" w:rsidRPr="0030397D" w:rsidRDefault="0030397D" w:rsidP="0030397D">
            <w:pPr>
              <w:spacing w:before="64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4"/>
                <w:sz w:val="15"/>
                <w:lang w:val="ru-RU"/>
              </w:rPr>
              <w:t>1</w:t>
            </w:r>
          </w:p>
        </w:tc>
        <w:tc>
          <w:tcPr>
            <w:tcW w:w="1140" w:type="dxa"/>
          </w:tcPr>
          <w:p w:rsidR="0030397D" w:rsidRPr="0030397D" w:rsidRDefault="0030397D" w:rsidP="0030397D">
            <w:pPr>
              <w:spacing w:before="64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4"/>
                <w:sz w:val="15"/>
                <w:lang w:val="ru-RU"/>
              </w:rPr>
              <w:t>4</w:t>
            </w:r>
          </w:p>
        </w:tc>
        <w:tc>
          <w:tcPr>
            <w:tcW w:w="864" w:type="dxa"/>
          </w:tcPr>
          <w:p w:rsidR="0030397D" w:rsidRPr="0030397D" w:rsidRDefault="0030397D" w:rsidP="0030397D">
            <w:pPr>
              <w:spacing w:before="64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05.12.2022</w:t>
            </w:r>
          </w:p>
          <w:p w:rsidR="0030397D" w:rsidRPr="0030397D" w:rsidRDefault="0030397D" w:rsidP="0030397D">
            <w:pPr>
              <w:spacing w:before="20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12.12.2022</w:t>
            </w:r>
          </w:p>
        </w:tc>
        <w:tc>
          <w:tcPr>
            <w:tcW w:w="5066" w:type="dxa"/>
          </w:tcPr>
          <w:p w:rsidR="0030397D" w:rsidRPr="0030397D" w:rsidRDefault="0030397D" w:rsidP="0030397D">
            <w:pPr>
              <w:spacing w:before="64" w:line="266" w:lineRule="auto"/>
              <w:ind w:right="134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Обсуждение приёмов сложения, вычитания: нахождение значения</w:t>
            </w:r>
            <w:r w:rsidRPr="0030397D">
              <w:rPr>
                <w:rFonts w:ascii="Times New Roman" w:eastAsia="Times New Roman" w:hAnsi="Times New Roman" w:cs="Times New Roman"/>
                <w:spacing w:val="1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суммы</w:t>
            </w:r>
            <w:r w:rsidRPr="0030397D">
              <w:rPr>
                <w:rFonts w:ascii="Times New Roman" w:eastAsia="Times New Roman" w:hAnsi="Times New Roman" w:cs="Times New Roman"/>
                <w:spacing w:val="-9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и</w:t>
            </w:r>
            <w:r w:rsidRPr="0030397D">
              <w:rPr>
                <w:rFonts w:ascii="Times New Roman" w:eastAsia="Times New Roman" w:hAnsi="Times New Roman" w:cs="Times New Roman"/>
                <w:spacing w:val="-9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разности</w:t>
            </w:r>
            <w:r w:rsidRPr="0030397D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на</w:t>
            </w:r>
            <w:r w:rsidRPr="0030397D">
              <w:rPr>
                <w:rFonts w:ascii="Times New Roman" w:eastAsia="Times New Roman" w:hAnsi="Times New Roman" w:cs="Times New Roman"/>
                <w:spacing w:val="-9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основе</w:t>
            </w:r>
            <w:r w:rsidRPr="0030397D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состава</w:t>
            </w:r>
            <w:r w:rsidRPr="0030397D">
              <w:rPr>
                <w:rFonts w:ascii="Times New Roman" w:eastAsia="Times New Roman" w:hAnsi="Times New Roman" w:cs="Times New Roman"/>
                <w:spacing w:val="-9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числа,</w:t>
            </w:r>
            <w:r w:rsidRPr="0030397D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с</w:t>
            </w:r>
            <w:r w:rsidRPr="0030397D">
              <w:rPr>
                <w:rFonts w:ascii="Times New Roman" w:eastAsia="Times New Roman" w:hAnsi="Times New Roman" w:cs="Times New Roman"/>
                <w:spacing w:val="-9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использованием</w:t>
            </w:r>
            <w:r w:rsidRPr="0030397D">
              <w:rPr>
                <w:rFonts w:ascii="Times New Roman" w:eastAsia="Times New Roman" w:hAnsi="Times New Roman" w:cs="Times New Roman"/>
                <w:spacing w:val="-9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числовой</w:t>
            </w:r>
            <w:r w:rsidRPr="0030397D">
              <w:rPr>
                <w:rFonts w:ascii="Times New Roman" w:eastAsia="Times New Roman" w:hAnsi="Times New Roman" w:cs="Times New Roman"/>
                <w:spacing w:val="-36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ленты,</w:t>
            </w:r>
            <w:r w:rsidRPr="0030397D">
              <w:rPr>
                <w:rFonts w:ascii="Times New Roman" w:eastAsia="Times New Roman" w:hAnsi="Times New Roman" w:cs="Times New Roman"/>
                <w:spacing w:val="-2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по</w:t>
            </w:r>
            <w:r w:rsidRPr="0030397D"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частям</w:t>
            </w:r>
            <w:r w:rsidRPr="0030397D"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и</w:t>
            </w:r>
            <w:r w:rsidRPr="0030397D"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др.;</w:t>
            </w:r>
          </w:p>
          <w:p w:rsidR="0030397D" w:rsidRPr="0030397D" w:rsidRDefault="0030397D" w:rsidP="0030397D">
            <w:pPr>
              <w:spacing w:before="2" w:line="266" w:lineRule="auto"/>
              <w:ind w:right="134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Использование разных способов подсчёта суммы и разности,</w:t>
            </w:r>
            <w:r w:rsidRPr="0030397D">
              <w:rPr>
                <w:rFonts w:ascii="Times New Roman" w:eastAsia="Times New Roman" w:hAnsi="Times New Roman" w:cs="Times New Roman"/>
                <w:spacing w:val="1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использование переместительного свойства при нахождении суммы;</w:t>
            </w:r>
            <w:r w:rsidRPr="0030397D">
              <w:rPr>
                <w:rFonts w:ascii="Times New Roman" w:eastAsia="Times New Roman" w:hAnsi="Times New Roman" w:cs="Times New Roman"/>
                <w:spacing w:val="1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lang w:val="ru-RU"/>
              </w:rPr>
              <w:t xml:space="preserve">Пропедевтика исследовательской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работы: перестановка слагаемых при</w:t>
            </w:r>
            <w:r w:rsidRPr="0030397D">
              <w:rPr>
                <w:rFonts w:ascii="Times New Roman" w:eastAsia="Times New Roman" w:hAnsi="Times New Roman" w:cs="Times New Roman"/>
                <w:spacing w:val="1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сложении (обсуждение практических и учебных ситуаций);</w:t>
            </w:r>
            <w:r w:rsidRPr="0030397D">
              <w:rPr>
                <w:rFonts w:ascii="Times New Roman" w:eastAsia="Times New Roman" w:hAnsi="Times New Roman" w:cs="Times New Roman"/>
                <w:spacing w:val="1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Моделирование. Иллюстрация с помощью предметной модели</w:t>
            </w:r>
            <w:r w:rsidRPr="0030397D">
              <w:rPr>
                <w:rFonts w:ascii="Times New Roman" w:eastAsia="Times New Roman" w:hAnsi="Times New Roman" w:cs="Times New Roman"/>
                <w:spacing w:val="1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переместительного свойства сложения, способа нахождения</w:t>
            </w:r>
            <w:r w:rsidRPr="0030397D">
              <w:rPr>
                <w:rFonts w:ascii="Times New Roman" w:eastAsia="Times New Roman" w:hAnsi="Times New Roman" w:cs="Times New Roman"/>
                <w:spacing w:val="1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lang w:val="ru-RU"/>
              </w:rPr>
              <w:t>неизвестного</w:t>
            </w:r>
            <w:r w:rsidRPr="0030397D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lang w:val="ru-RU"/>
              </w:rPr>
              <w:t>слагаемого.</w:t>
            </w:r>
            <w:r w:rsidRPr="0030397D">
              <w:rPr>
                <w:rFonts w:ascii="Times New Roman" w:eastAsia="Times New Roman" w:hAnsi="Times New Roman" w:cs="Times New Roman"/>
                <w:spacing w:val="-7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lang w:val="ru-RU"/>
              </w:rPr>
              <w:t>Под</w:t>
            </w:r>
            <w:r w:rsidRPr="0030397D">
              <w:rPr>
                <w:rFonts w:ascii="Times New Roman" w:eastAsia="Times New Roman" w:hAnsi="Times New Roman" w:cs="Times New Roman"/>
                <w:spacing w:val="-7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lang w:val="ru-RU"/>
              </w:rPr>
              <w:t>руководством</w:t>
            </w:r>
            <w:r w:rsidRPr="0030397D">
              <w:rPr>
                <w:rFonts w:ascii="Times New Roman" w:eastAsia="Times New Roman" w:hAnsi="Times New Roman" w:cs="Times New Roman"/>
                <w:spacing w:val="-7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педагога</w:t>
            </w:r>
            <w:r w:rsidRPr="0030397D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выполнение</w:t>
            </w:r>
            <w:r w:rsidRPr="0030397D">
              <w:rPr>
                <w:rFonts w:ascii="Times New Roman" w:eastAsia="Times New Roman" w:hAnsi="Times New Roman" w:cs="Times New Roman"/>
                <w:spacing w:val="-7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счёта</w:t>
            </w:r>
            <w:r w:rsidRPr="0030397D">
              <w:rPr>
                <w:rFonts w:ascii="Times New Roman" w:eastAsia="Times New Roman" w:hAnsi="Times New Roman" w:cs="Times New Roman"/>
                <w:spacing w:val="-36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с</w:t>
            </w:r>
            <w:r w:rsidRPr="0030397D">
              <w:rPr>
                <w:rFonts w:ascii="Times New Roman" w:eastAsia="Times New Roman" w:hAnsi="Times New Roman" w:cs="Times New Roman"/>
                <w:spacing w:val="-2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использованием</w:t>
            </w:r>
            <w:r w:rsidRPr="0030397D">
              <w:rPr>
                <w:rFonts w:ascii="Times New Roman" w:eastAsia="Times New Roman" w:hAnsi="Times New Roman" w:cs="Times New Roman"/>
                <w:spacing w:val="-2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заданной</w:t>
            </w:r>
            <w:r w:rsidRPr="0030397D">
              <w:rPr>
                <w:rFonts w:ascii="Times New Roman" w:eastAsia="Times New Roman" w:hAnsi="Times New Roman" w:cs="Times New Roman"/>
                <w:spacing w:val="-2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единицы</w:t>
            </w:r>
            <w:r w:rsidRPr="0030397D">
              <w:rPr>
                <w:rFonts w:ascii="Times New Roman" w:eastAsia="Times New Roman" w:hAnsi="Times New Roman" w:cs="Times New Roman"/>
                <w:spacing w:val="-2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счёта;</w:t>
            </w:r>
          </w:p>
        </w:tc>
        <w:tc>
          <w:tcPr>
            <w:tcW w:w="1236" w:type="dxa"/>
          </w:tcPr>
          <w:p w:rsidR="0030397D" w:rsidRPr="0030397D" w:rsidRDefault="0030397D" w:rsidP="0030397D">
            <w:pPr>
              <w:spacing w:before="64" w:line="266" w:lineRule="auto"/>
              <w:ind w:right="261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lang w:val="ru-RU"/>
              </w:rPr>
              <w:t>Контрольная</w:t>
            </w:r>
            <w:r w:rsidRPr="0030397D">
              <w:rPr>
                <w:rFonts w:ascii="Times New Roman" w:eastAsia="Times New Roman" w:hAnsi="Times New Roman" w:cs="Times New Roman"/>
                <w:spacing w:val="-37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работа;</w:t>
            </w:r>
          </w:p>
        </w:tc>
        <w:tc>
          <w:tcPr>
            <w:tcW w:w="1548" w:type="dxa"/>
          </w:tcPr>
          <w:p w:rsidR="0030397D" w:rsidRPr="0030397D" w:rsidRDefault="00D50E20" w:rsidP="0030397D">
            <w:pPr>
              <w:spacing w:before="64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hyperlink r:id="rId31">
              <w:r w:rsidR="0030397D" w:rsidRPr="0030397D">
                <w:rPr>
                  <w:rFonts w:ascii="Times New Roman" w:eastAsia="Times New Roman" w:hAnsi="Times New Roman" w:cs="Times New Roman"/>
                  <w:w w:val="105"/>
                  <w:sz w:val="15"/>
                  <w:lang w:val="ru-RU"/>
                </w:rPr>
                <w:t>http://nsportal.ru</w:t>
              </w:r>
            </w:hyperlink>
          </w:p>
        </w:tc>
      </w:tr>
      <w:tr w:rsidR="0030397D" w:rsidRPr="0030397D" w:rsidTr="005B299F">
        <w:trPr>
          <w:trHeight w:val="909"/>
        </w:trPr>
        <w:tc>
          <w:tcPr>
            <w:tcW w:w="396" w:type="dxa"/>
          </w:tcPr>
          <w:p w:rsidR="0030397D" w:rsidRPr="0030397D" w:rsidRDefault="0030397D" w:rsidP="0030397D">
            <w:pPr>
              <w:spacing w:before="64"/>
              <w:ind w:right="49"/>
              <w:jc w:val="center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3.8.</w:t>
            </w:r>
          </w:p>
        </w:tc>
        <w:tc>
          <w:tcPr>
            <w:tcW w:w="3614" w:type="dxa"/>
          </w:tcPr>
          <w:p w:rsidR="0030397D" w:rsidRPr="0030397D" w:rsidRDefault="0030397D" w:rsidP="0030397D">
            <w:pPr>
              <w:spacing w:before="64"/>
              <w:rPr>
                <w:rFonts w:ascii="Times New Roman" w:eastAsia="Times New Roman" w:hAnsi="Times New Roman" w:cs="Times New Roman"/>
                <w:b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b/>
                <w:spacing w:val="-1"/>
                <w:w w:val="105"/>
                <w:sz w:val="15"/>
                <w:lang w:val="ru-RU"/>
              </w:rPr>
              <w:t>Вычисление</w:t>
            </w:r>
            <w:r w:rsidRPr="0030397D">
              <w:rPr>
                <w:rFonts w:ascii="Times New Roman" w:eastAsia="Times New Roman" w:hAnsi="Times New Roman" w:cs="Times New Roman"/>
                <w:b/>
                <w:spacing w:val="-9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b/>
                <w:w w:val="105"/>
                <w:sz w:val="15"/>
                <w:lang w:val="ru-RU"/>
              </w:rPr>
              <w:t>суммы,</w:t>
            </w:r>
            <w:r w:rsidRPr="0030397D">
              <w:rPr>
                <w:rFonts w:ascii="Times New Roman" w:eastAsia="Times New Roman" w:hAnsi="Times New Roman" w:cs="Times New Roman"/>
                <w:b/>
                <w:spacing w:val="-9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b/>
                <w:w w:val="105"/>
                <w:sz w:val="15"/>
                <w:lang w:val="ru-RU"/>
              </w:rPr>
              <w:t>разности</w:t>
            </w:r>
            <w:r w:rsidRPr="0030397D">
              <w:rPr>
                <w:rFonts w:ascii="Times New Roman" w:eastAsia="Times New Roman" w:hAnsi="Times New Roman" w:cs="Times New Roman"/>
                <w:b/>
                <w:spacing w:val="-8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b/>
                <w:w w:val="105"/>
                <w:sz w:val="15"/>
                <w:lang w:val="ru-RU"/>
              </w:rPr>
              <w:t>трёх</w:t>
            </w:r>
            <w:r w:rsidRPr="0030397D">
              <w:rPr>
                <w:rFonts w:ascii="Times New Roman" w:eastAsia="Times New Roman" w:hAnsi="Times New Roman" w:cs="Times New Roman"/>
                <w:b/>
                <w:spacing w:val="-9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b/>
                <w:w w:val="105"/>
                <w:sz w:val="15"/>
                <w:lang w:val="ru-RU"/>
              </w:rPr>
              <w:t>чисел.</w:t>
            </w:r>
          </w:p>
        </w:tc>
        <w:tc>
          <w:tcPr>
            <w:tcW w:w="528" w:type="dxa"/>
          </w:tcPr>
          <w:p w:rsidR="0030397D" w:rsidRPr="0030397D" w:rsidRDefault="0030397D" w:rsidP="0030397D">
            <w:pPr>
              <w:spacing w:before="64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4"/>
                <w:sz w:val="15"/>
                <w:lang w:val="ru-RU"/>
              </w:rPr>
              <w:t>5</w:t>
            </w:r>
          </w:p>
        </w:tc>
        <w:tc>
          <w:tcPr>
            <w:tcW w:w="1104" w:type="dxa"/>
          </w:tcPr>
          <w:p w:rsidR="0030397D" w:rsidRPr="0030397D" w:rsidRDefault="0030397D" w:rsidP="0030397D">
            <w:pPr>
              <w:spacing w:before="64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4"/>
                <w:sz w:val="15"/>
                <w:lang w:val="ru-RU"/>
              </w:rPr>
              <w:t>1</w:t>
            </w:r>
          </w:p>
        </w:tc>
        <w:tc>
          <w:tcPr>
            <w:tcW w:w="1140" w:type="dxa"/>
          </w:tcPr>
          <w:p w:rsidR="0030397D" w:rsidRPr="0030397D" w:rsidRDefault="0030397D" w:rsidP="0030397D">
            <w:pPr>
              <w:spacing w:before="64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4"/>
                <w:sz w:val="15"/>
                <w:lang w:val="ru-RU"/>
              </w:rPr>
              <w:t>4</w:t>
            </w:r>
          </w:p>
        </w:tc>
        <w:tc>
          <w:tcPr>
            <w:tcW w:w="864" w:type="dxa"/>
          </w:tcPr>
          <w:p w:rsidR="0030397D" w:rsidRPr="0030397D" w:rsidRDefault="0030397D" w:rsidP="0030397D">
            <w:pPr>
              <w:spacing w:before="64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13.12.2022</w:t>
            </w:r>
          </w:p>
          <w:p w:rsidR="0030397D" w:rsidRPr="0030397D" w:rsidRDefault="0030397D" w:rsidP="0030397D">
            <w:pPr>
              <w:spacing w:before="20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20.12.2022</w:t>
            </w:r>
          </w:p>
        </w:tc>
        <w:tc>
          <w:tcPr>
            <w:tcW w:w="5066" w:type="dxa"/>
          </w:tcPr>
          <w:p w:rsidR="0030397D" w:rsidRPr="0030397D" w:rsidRDefault="0030397D" w:rsidP="0030397D">
            <w:pPr>
              <w:spacing w:before="64" w:line="266" w:lineRule="auto"/>
              <w:ind w:right="66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Дидактические игры и упражнения, связанные с выбором, составлением</w:t>
            </w:r>
            <w:r w:rsidRPr="0030397D">
              <w:rPr>
                <w:rFonts w:ascii="Times New Roman" w:eastAsia="Times New Roman" w:hAnsi="Times New Roman" w:cs="Times New Roman"/>
                <w:spacing w:val="-38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lang w:val="ru-RU"/>
              </w:rPr>
              <w:t>сумм,</w:t>
            </w:r>
            <w:r w:rsidRPr="0030397D">
              <w:rPr>
                <w:rFonts w:ascii="Times New Roman" w:eastAsia="Times New Roman" w:hAnsi="Times New Roman" w:cs="Times New Roman"/>
                <w:spacing w:val="-9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lang w:val="ru-RU"/>
              </w:rPr>
              <w:t>разностей</w:t>
            </w:r>
            <w:r w:rsidRPr="0030397D">
              <w:rPr>
                <w:rFonts w:ascii="Times New Roman" w:eastAsia="Times New Roman" w:hAnsi="Times New Roman" w:cs="Times New Roman"/>
                <w:spacing w:val="-9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lang w:val="ru-RU"/>
              </w:rPr>
              <w:t>с</w:t>
            </w:r>
            <w:r w:rsidRPr="0030397D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lang w:val="ru-RU"/>
              </w:rPr>
              <w:t>заданным</w:t>
            </w:r>
            <w:r w:rsidRPr="0030397D">
              <w:rPr>
                <w:rFonts w:ascii="Times New Roman" w:eastAsia="Times New Roman" w:hAnsi="Times New Roman" w:cs="Times New Roman"/>
                <w:spacing w:val="-9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результатом</w:t>
            </w:r>
            <w:r w:rsidRPr="0030397D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действия;</w:t>
            </w:r>
            <w:r w:rsidRPr="0030397D">
              <w:rPr>
                <w:rFonts w:ascii="Times New Roman" w:eastAsia="Times New Roman" w:hAnsi="Times New Roman" w:cs="Times New Roman"/>
                <w:spacing w:val="-9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сравнением</w:t>
            </w:r>
            <w:r w:rsidRPr="0030397D">
              <w:rPr>
                <w:rFonts w:ascii="Times New Roman" w:eastAsia="Times New Roman" w:hAnsi="Times New Roman" w:cs="Times New Roman"/>
                <w:spacing w:val="-9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значений</w:t>
            </w:r>
            <w:r w:rsidRPr="0030397D">
              <w:rPr>
                <w:rFonts w:ascii="Times New Roman" w:eastAsia="Times New Roman" w:hAnsi="Times New Roman" w:cs="Times New Roman"/>
                <w:spacing w:val="1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числовых</w:t>
            </w:r>
            <w:r w:rsidRPr="0030397D">
              <w:rPr>
                <w:rFonts w:ascii="Times New Roman" w:eastAsia="Times New Roman" w:hAnsi="Times New Roman" w:cs="Times New Roman"/>
                <w:spacing w:val="-5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выражений</w:t>
            </w:r>
            <w:r w:rsidRPr="0030397D">
              <w:rPr>
                <w:rFonts w:ascii="Times New Roman" w:eastAsia="Times New Roman" w:hAnsi="Times New Roman" w:cs="Times New Roman"/>
                <w:spacing w:val="-4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(без</w:t>
            </w:r>
            <w:r w:rsidRPr="0030397D">
              <w:rPr>
                <w:rFonts w:ascii="Times New Roman" w:eastAsia="Times New Roman" w:hAnsi="Times New Roman" w:cs="Times New Roman"/>
                <w:spacing w:val="-5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вычислений),</w:t>
            </w:r>
            <w:r w:rsidRPr="0030397D">
              <w:rPr>
                <w:rFonts w:ascii="Times New Roman" w:eastAsia="Times New Roman" w:hAnsi="Times New Roman" w:cs="Times New Roman"/>
                <w:spacing w:val="-4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по</w:t>
            </w:r>
            <w:r w:rsidRPr="0030397D">
              <w:rPr>
                <w:rFonts w:ascii="Times New Roman" w:eastAsia="Times New Roman" w:hAnsi="Times New Roman" w:cs="Times New Roman"/>
                <w:spacing w:val="-4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результату</w:t>
            </w:r>
            <w:r w:rsidRPr="0030397D">
              <w:rPr>
                <w:rFonts w:ascii="Times New Roman" w:eastAsia="Times New Roman" w:hAnsi="Times New Roman" w:cs="Times New Roman"/>
                <w:spacing w:val="-5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действия;</w:t>
            </w:r>
          </w:p>
        </w:tc>
        <w:tc>
          <w:tcPr>
            <w:tcW w:w="1236" w:type="dxa"/>
          </w:tcPr>
          <w:p w:rsidR="0030397D" w:rsidRPr="0030397D" w:rsidRDefault="0030397D" w:rsidP="0030397D">
            <w:pPr>
              <w:spacing w:before="64" w:line="266" w:lineRule="auto"/>
              <w:ind w:right="204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lang w:val="ru-RU"/>
              </w:rPr>
              <w:t>Практическая</w:t>
            </w:r>
            <w:r w:rsidRPr="0030397D">
              <w:rPr>
                <w:rFonts w:ascii="Times New Roman" w:eastAsia="Times New Roman" w:hAnsi="Times New Roman" w:cs="Times New Roman"/>
                <w:spacing w:val="-37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работа;</w:t>
            </w:r>
            <w:r w:rsidRPr="0030397D">
              <w:rPr>
                <w:rFonts w:ascii="Times New Roman" w:eastAsia="Times New Roman" w:hAnsi="Times New Roman" w:cs="Times New Roman"/>
                <w:spacing w:val="1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Контрольная</w:t>
            </w:r>
            <w:r w:rsidRPr="0030397D">
              <w:rPr>
                <w:rFonts w:ascii="Times New Roman" w:eastAsia="Times New Roman" w:hAnsi="Times New Roman" w:cs="Times New Roman"/>
                <w:spacing w:val="1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работа;</w:t>
            </w:r>
          </w:p>
        </w:tc>
        <w:tc>
          <w:tcPr>
            <w:tcW w:w="1548" w:type="dxa"/>
          </w:tcPr>
          <w:p w:rsidR="0030397D" w:rsidRPr="0030397D" w:rsidRDefault="00D50E20" w:rsidP="0030397D">
            <w:pPr>
              <w:spacing w:before="64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hyperlink r:id="rId32">
              <w:r w:rsidR="0030397D" w:rsidRPr="0030397D">
                <w:rPr>
                  <w:rFonts w:ascii="Times New Roman" w:eastAsia="Times New Roman" w:hAnsi="Times New Roman" w:cs="Times New Roman"/>
                  <w:w w:val="105"/>
                  <w:sz w:val="15"/>
                  <w:lang w:val="ru-RU"/>
                </w:rPr>
                <w:t>http://nsportal.ru</w:t>
              </w:r>
            </w:hyperlink>
          </w:p>
        </w:tc>
      </w:tr>
      <w:tr w:rsidR="0030397D" w:rsidRPr="0030397D" w:rsidTr="005B299F">
        <w:trPr>
          <w:trHeight w:val="333"/>
        </w:trPr>
        <w:tc>
          <w:tcPr>
            <w:tcW w:w="4010" w:type="dxa"/>
            <w:gridSpan w:val="2"/>
          </w:tcPr>
          <w:p w:rsidR="0030397D" w:rsidRPr="0030397D" w:rsidRDefault="0030397D" w:rsidP="0030397D">
            <w:pPr>
              <w:spacing w:before="64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Итого</w:t>
            </w:r>
            <w:r w:rsidRPr="0030397D">
              <w:rPr>
                <w:rFonts w:ascii="Times New Roman" w:eastAsia="Times New Roman" w:hAnsi="Times New Roman" w:cs="Times New Roman"/>
                <w:spacing w:val="-7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по</w:t>
            </w:r>
            <w:r w:rsidRPr="0030397D">
              <w:rPr>
                <w:rFonts w:ascii="Times New Roman" w:eastAsia="Times New Roman" w:hAnsi="Times New Roman" w:cs="Times New Roman"/>
                <w:spacing w:val="-7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разделу</w:t>
            </w:r>
          </w:p>
        </w:tc>
        <w:tc>
          <w:tcPr>
            <w:tcW w:w="528" w:type="dxa"/>
          </w:tcPr>
          <w:p w:rsidR="0030397D" w:rsidRPr="0030397D" w:rsidRDefault="0030397D" w:rsidP="0030397D">
            <w:pPr>
              <w:spacing w:before="64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40</w:t>
            </w:r>
          </w:p>
        </w:tc>
        <w:tc>
          <w:tcPr>
            <w:tcW w:w="10958" w:type="dxa"/>
            <w:gridSpan w:val="6"/>
          </w:tcPr>
          <w:p w:rsidR="0030397D" w:rsidRPr="0030397D" w:rsidRDefault="0030397D" w:rsidP="0030397D">
            <w:pPr>
              <w:rPr>
                <w:rFonts w:ascii="Times New Roman" w:eastAsia="Times New Roman" w:hAnsi="Times New Roman" w:cs="Times New Roman"/>
                <w:sz w:val="14"/>
                <w:lang w:val="ru-RU"/>
              </w:rPr>
            </w:pPr>
          </w:p>
        </w:tc>
      </w:tr>
      <w:tr w:rsidR="0030397D" w:rsidRPr="0030397D" w:rsidTr="005B299F">
        <w:trPr>
          <w:trHeight w:val="333"/>
        </w:trPr>
        <w:tc>
          <w:tcPr>
            <w:tcW w:w="15496" w:type="dxa"/>
            <w:gridSpan w:val="9"/>
          </w:tcPr>
          <w:p w:rsidR="0030397D" w:rsidRPr="0030397D" w:rsidRDefault="0030397D" w:rsidP="0030397D">
            <w:pPr>
              <w:spacing w:before="64"/>
              <w:rPr>
                <w:rFonts w:ascii="Times New Roman" w:eastAsia="Times New Roman" w:hAnsi="Times New Roman" w:cs="Times New Roman"/>
                <w:b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Раздел</w:t>
            </w:r>
            <w:r w:rsidRPr="0030397D">
              <w:rPr>
                <w:rFonts w:ascii="Times New Roman" w:eastAsia="Times New Roman" w:hAnsi="Times New Roman" w:cs="Times New Roman"/>
                <w:spacing w:val="-9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4.</w:t>
            </w:r>
            <w:r w:rsidRPr="0030397D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b/>
                <w:w w:val="105"/>
                <w:sz w:val="15"/>
                <w:lang w:val="ru-RU"/>
              </w:rPr>
              <w:t>Текстовые</w:t>
            </w:r>
            <w:r w:rsidRPr="0030397D">
              <w:rPr>
                <w:rFonts w:ascii="Times New Roman" w:eastAsia="Times New Roman" w:hAnsi="Times New Roman" w:cs="Times New Roman"/>
                <w:b/>
                <w:spacing w:val="-8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b/>
                <w:w w:val="105"/>
                <w:sz w:val="15"/>
                <w:lang w:val="ru-RU"/>
              </w:rPr>
              <w:t>задачи</w:t>
            </w:r>
          </w:p>
        </w:tc>
      </w:tr>
      <w:tr w:rsidR="0030397D" w:rsidRPr="0030397D" w:rsidTr="005B299F">
        <w:trPr>
          <w:trHeight w:val="1485"/>
        </w:trPr>
        <w:tc>
          <w:tcPr>
            <w:tcW w:w="396" w:type="dxa"/>
          </w:tcPr>
          <w:p w:rsidR="0030397D" w:rsidRPr="0030397D" w:rsidRDefault="0030397D" w:rsidP="0030397D">
            <w:pPr>
              <w:spacing w:before="64"/>
              <w:ind w:right="49"/>
              <w:jc w:val="center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4.1.</w:t>
            </w:r>
          </w:p>
        </w:tc>
        <w:tc>
          <w:tcPr>
            <w:tcW w:w="3614" w:type="dxa"/>
          </w:tcPr>
          <w:p w:rsidR="0030397D" w:rsidRPr="0030397D" w:rsidRDefault="0030397D" w:rsidP="0030397D">
            <w:pPr>
              <w:spacing w:before="64" w:line="266" w:lineRule="auto"/>
              <w:rPr>
                <w:rFonts w:ascii="Times New Roman" w:eastAsia="Times New Roman" w:hAnsi="Times New Roman" w:cs="Times New Roman"/>
                <w:b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b/>
                <w:spacing w:val="-1"/>
                <w:w w:val="105"/>
                <w:sz w:val="15"/>
                <w:lang w:val="ru-RU"/>
              </w:rPr>
              <w:t>Текстовая</w:t>
            </w:r>
            <w:r w:rsidRPr="0030397D">
              <w:rPr>
                <w:rFonts w:ascii="Times New Roman" w:eastAsia="Times New Roman" w:hAnsi="Times New Roman" w:cs="Times New Roman"/>
                <w:b/>
                <w:spacing w:val="-8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b/>
                <w:spacing w:val="-1"/>
                <w:w w:val="105"/>
                <w:sz w:val="15"/>
                <w:lang w:val="ru-RU"/>
              </w:rPr>
              <w:t>задача:</w:t>
            </w:r>
            <w:r w:rsidRPr="0030397D">
              <w:rPr>
                <w:rFonts w:ascii="Times New Roman" w:eastAsia="Times New Roman" w:hAnsi="Times New Roman" w:cs="Times New Roman"/>
                <w:b/>
                <w:spacing w:val="-7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b/>
                <w:spacing w:val="-1"/>
                <w:w w:val="105"/>
                <w:sz w:val="15"/>
                <w:lang w:val="ru-RU"/>
              </w:rPr>
              <w:t>структурные</w:t>
            </w:r>
            <w:r w:rsidRPr="0030397D">
              <w:rPr>
                <w:rFonts w:ascii="Times New Roman" w:eastAsia="Times New Roman" w:hAnsi="Times New Roman" w:cs="Times New Roman"/>
                <w:b/>
                <w:spacing w:val="-8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b/>
                <w:w w:val="105"/>
                <w:sz w:val="15"/>
                <w:lang w:val="ru-RU"/>
              </w:rPr>
              <w:t>элементы,</w:t>
            </w:r>
            <w:r w:rsidRPr="0030397D">
              <w:rPr>
                <w:rFonts w:ascii="Times New Roman" w:eastAsia="Times New Roman" w:hAnsi="Times New Roman" w:cs="Times New Roman"/>
                <w:b/>
                <w:spacing w:val="-36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b/>
                <w:w w:val="105"/>
                <w:sz w:val="15"/>
                <w:lang w:val="ru-RU"/>
              </w:rPr>
              <w:t>составление</w:t>
            </w:r>
            <w:r w:rsidRPr="0030397D">
              <w:rPr>
                <w:rFonts w:ascii="Times New Roman" w:eastAsia="Times New Roman" w:hAnsi="Times New Roman" w:cs="Times New Roman"/>
                <w:b/>
                <w:spacing w:val="-9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b/>
                <w:w w:val="105"/>
                <w:sz w:val="15"/>
                <w:lang w:val="ru-RU"/>
              </w:rPr>
              <w:t>текстовой</w:t>
            </w:r>
            <w:r w:rsidRPr="0030397D">
              <w:rPr>
                <w:rFonts w:ascii="Times New Roman" w:eastAsia="Times New Roman" w:hAnsi="Times New Roman" w:cs="Times New Roman"/>
                <w:b/>
                <w:spacing w:val="-9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b/>
                <w:w w:val="105"/>
                <w:sz w:val="15"/>
                <w:lang w:val="ru-RU"/>
              </w:rPr>
              <w:t>задачи</w:t>
            </w:r>
            <w:r w:rsidRPr="0030397D">
              <w:rPr>
                <w:rFonts w:ascii="Times New Roman" w:eastAsia="Times New Roman" w:hAnsi="Times New Roman" w:cs="Times New Roman"/>
                <w:b/>
                <w:spacing w:val="-8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b/>
                <w:w w:val="105"/>
                <w:sz w:val="15"/>
                <w:lang w:val="ru-RU"/>
              </w:rPr>
              <w:t>по</w:t>
            </w:r>
            <w:r w:rsidRPr="0030397D">
              <w:rPr>
                <w:rFonts w:ascii="Times New Roman" w:eastAsia="Times New Roman" w:hAnsi="Times New Roman" w:cs="Times New Roman"/>
                <w:b/>
                <w:spacing w:val="22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b/>
                <w:w w:val="105"/>
                <w:sz w:val="15"/>
                <w:lang w:val="ru-RU"/>
              </w:rPr>
              <w:t>образцу.</w:t>
            </w:r>
          </w:p>
        </w:tc>
        <w:tc>
          <w:tcPr>
            <w:tcW w:w="528" w:type="dxa"/>
          </w:tcPr>
          <w:p w:rsidR="0030397D" w:rsidRPr="0030397D" w:rsidRDefault="0030397D" w:rsidP="0030397D">
            <w:pPr>
              <w:spacing w:before="64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4"/>
                <w:sz w:val="15"/>
                <w:lang w:val="ru-RU"/>
              </w:rPr>
              <w:t>2</w:t>
            </w:r>
          </w:p>
        </w:tc>
        <w:tc>
          <w:tcPr>
            <w:tcW w:w="1104" w:type="dxa"/>
          </w:tcPr>
          <w:p w:rsidR="0030397D" w:rsidRPr="0030397D" w:rsidRDefault="0030397D" w:rsidP="0030397D">
            <w:pPr>
              <w:spacing w:before="64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4"/>
                <w:sz w:val="15"/>
                <w:lang w:val="ru-RU"/>
              </w:rPr>
              <w:t>1</w:t>
            </w:r>
          </w:p>
        </w:tc>
        <w:tc>
          <w:tcPr>
            <w:tcW w:w="1140" w:type="dxa"/>
          </w:tcPr>
          <w:p w:rsidR="0030397D" w:rsidRPr="0030397D" w:rsidRDefault="0030397D" w:rsidP="0030397D">
            <w:pPr>
              <w:spacing w:before="64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4"/>
                <w:sz w:val="15"/>
                <w:lang w:val="ru-RU"/>
              </w:rPr>
              <w:t>1</w:t>
            </w:r>
          </w:p>
        </w:tc>
        <w:tc>
          <w:tcPr>
            <w:tcW w:w="864" w:type="dxa"/>
          </w:tcPr>
          <w:p w:rsidR="0030397D" w:rsidRPr="0030397D" w:rsidRDefault="0030397D" w:rsidP="0030397D">
            <w:pPr>
              <w:spacing w:before="64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21.12.2022</w:t>
            </w:r>
          </w:p>
          <w:p w:rsidR="0030397D" w:rsidRPr="0030397D" w:rsidRDefault="0030397D" w:rsidP="0030397D">
            <w:pPr>
              <w:spacing w:before="20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26.12.2022</w:t>
            </w:r>
          </w:p>
        </w:tc>
        <w:tc>
          <w:tcPr>
            <w:tcW w:w="5066" w:type="dxa"/>
          </w:tcPr>
          <w:p w:rsidR="0030397D" w:rsidRPr="0030397D" w:rsidRDefault="0030397D" w:rsidP="0030397D">
            <w:pPr>
              <w:spacing w:before="64" w:line="266" w:lineRule="auto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lang w:val="ru-RU"/>
              </w:rPr>
              <w:t>Коллективное</w:t>
            </w:r>
            <w:r w:rsidRPr="0030397D">
              <w:rPr>
                <w:rFonts w:ascii="Times New Roman" w:eastAsia="Times New Roman" w:hAnsi="Times New Roman" w:cs="Times New Roman"/>
                <w:spacing w:val="-9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lang w:val="ru-RU"/>
              </w:rPr>
              <w:t>обсуждение:</w:t>
            </w:r>
            <w:r w:rsidRPr="0030397D">
              <w:rPr>
                <w:rFonts w:ascii="Times New Roman" w:eastAsia="Times New Roman" w:hAnsi="Times New Roman" w:cs="Times New Roman"/>
                <w:spacing w:val="-9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lang w:val="ru-RU"/>
              </w:rPr>
              <w:t>анализ</w:t>
            </w:r>
            <w:r w:rsidRPr="0030397D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реальной</w:t>
            </w:r>
            <w:r w:rsidRPr="0030397D">
              <w:rPr>
                <w:rFonts w:ascii="Times New Roman" w:eastAsia="Times New Roman" w:hAnsi="Times New Roman" w:cs="Times New Roman"/>
                <w:spacing w:val="-9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ситуации,</w:t>
            </w:r>
            <w:r w:rsidRPr="0030397D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представленной</w:t>
            </w:r>
            <w:r w:rsidRPr="0030397D">
              <w:rPr>
                <w:rFonts w:ascii="Times New Roman" w:eastAsia="Times New Roman" w:hAnsi="Times New Roman" w:cs="Times New Roman"/>
                <w:spacing w:val="-9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с</w:t>
            </w:r>
            <w:r w:rsidRPr="0030397D">
              <w:rPr>
                <w:rFonts w:ascii="Times New Roman" w:eastAsia="Times New Roman" w:hAnsi="Times New Roman" w:cs="Times New Roman"/>
                <w:spacing w:val="1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помощью рисунка, иллюстрации, текста, таблицы, схемы (описание</w:t>
            </w:r>
            <w:r w:rsidRPr="0030397D">
              <w:rPr>
                <w:rFonts w:ascii="Times New Roman" w:eastAsia="Times New Roman" w:hAnsi="Times New Roman" w:cs="Times New Roman"/>
                <w:spacing w:val="1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ситуации,</w:t>
            </w:r>
            <w:r w:rsidRPr="0030397D">
              <w:rPr>
                <w:rFonts w:ascii="Times New Roman" w:eastAsia="Times New Roman" w:hAnsi="Times New Roman" w:cs="Times New Roman"/>
                <w:spacing w:val="-10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что</w:t>
            </w:r>
            <w:r w:rsidRPr="0030397D">
              <w:rPr>
                <w:rFonts w:ascii="Times New Roman" w:eastAsia="Times New Roman" w:hAnsi="Times New Roman" w:cs="Times New Roman"/>
                <w:spacing w:val="-9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известно,</w:t>
            </w:r>
            <w:r w:rsidRPr="0030397D">
              <w:rPr>
                <w:rFonts w:ascii="Times New Roman" w:eastAsia="Times New Roman" w:hAnsi="Times New Roman" w:cs="Times New Roman"/>
                <w:spacing w:val="-9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что</w:t>
            </w:r>
            <w:r w:rsidRPr="0030397D">
              <w:rPr>
                <w:rFonts w:ascii="Times New Roman" w:eastAsia="Times New Roman" w:hAnsi="Times New Roman" w:cs="Times New Roman"/>
                <w:spacing w:val="-9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не</w:t>
            </w:r>
            <w:r w:rsidRPr="0030397D">
              <w:rPr>
                <w:rFonts w:ascii="Times New Roman" w:eastAsia="Times New Roman" w:hAnsi="Times New Roman" w:cs="Times New Roman"/>
                <w:spacing w:val="-10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известно;</w:t>
            </w:r>
            <w:r w:rsidRPr="0030397D">
              <w:rPr>
                <w:rFonts w:ascii="Times New Roman" w:eastAsia="Times New Roman" w:hAnsi="Times New Roman" w:cs="Times New Roman"/>
                <w:spacing w:val="-9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условие</w:t>
            </w:r>
            <w:r w:rsidRPr="0030397D">
              <w:rPr>
                <w:rFonts w:ascii="Times New Roman" w:eastAsia="Times New Roman" w:hAnsi="Times New Roman" w:cs="Times New Roman"/>
                <w:spacing w:val="-9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задачи,</w:t>
            </w:r>
            <w:r w:rsidRPr="0030397D">
              <w:rPr>
                <w:rFonts w:ascii="Times New Roman" w:eastAsia="Times New Roman" w:hAnsi="Times New Roman" w:cs="Times New Roman"/>
                <w:spacing w:val="-9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вопрос</w:t>
            </w:r>
            <w:r w:rsidRPr="0030397D">
              <w:rPr>
                <w:rFonts w:ascii="Times New Roman" w:eastAsia="Times New Roman" w:hAnsi="Times New Roman" w:cs="Times New Roman"/>
                <w:spacing w:val="-10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задачи);</w:t>
            </w:r>
            <w:r w:rsidRPr="0030397D">
              <w:rPr>
                <w:rFonts w:ascii="Times New Roman" w:eastAsia="Times New Roman" w:hAnsi="Times New Roman" w:cs="Times New Roman"/>
                <w:spacing w:val="1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Обобщение представлений о текстовых задачах, решаемых с помощью</w:t>
            </w:r>
            <w:r w:rsidRPr="0030397D">
              <w:rPr>
                <w:rFonts w:ascii="Times New Roman" w:eastAsia="Times New Roman" w:hAnsi="Times New Roman" w:cs="Times New Roman"/>
                <w:spacing w:val="1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действий</w:t>
            </w:r>
            <w:r w:rsidRPr="0030397D">
              <w:rPr>
                <w:rFonts w:ascii="Times New Roman" w:eastAsia="Times New Roman" w:hAnsi="Times New Roman" w:cs="Times New Roman"/>
                <w:spacing w:val="-5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сложения</w:t>
            </w:r>
            <w:r w:rsidRPr="0030397D">
              <w:rPr>
                <w:rFonts w:ascii="Times New Roman" w:eastAsia="Times New Roman" w:hAnsi="Times New Roman" w:cs="Times New Roman"/>
                <w:spacing w:val="-4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и</w:t>
            </w:r>
            <w:r w:rsidRPr="0030397D">
              <w:rPr>
                <w:rFonts w:ascii="Times New Roman" w:eastAsia="Times New Roman" w:hAnsi="Times New Roman" w:cs="Times New Roman"/>
                <w:spacing w:val="-4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вычитания</w:t>
            </w:r>
            <w:r w:rsidRPr="0030397D">
              <w:rPr>
                <w:rFonts w:ascii="Times New Roman" w:eastAsia="Times New Roman" w:hAnsi="Times New Roman" w:cs="Times New Roman"/>
                <w:spacing w:val="-4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(«на</w:t>
            </w:r>
            <w:r w:rsidRPr="0030397D">
              <w:rPr>
                <w:rFonts w:ascii="Times New Roman" w:eastAsia="Times New Roman" w:hAnsi="Times New Roman" w:cs="Times New Roman"/>
                <w:spacing w:val="-4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сколько</w:t>
            </w:r>
            <w:r w:rsidRPr="0030397D">
              <w:rPr>
                <w:rFonts w:ascii="Times New Roman" w:eastAsia="Times New Roman" w:hAnsi="Times New Roman" w:cs="Times New Roman"/>
                <w:spacing w:val="-4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больше/меньше»,</w:t>
            </w:r>
          </w:p>
          <w:p w:rsidR="0030397D" w:rsidRPr="0030397D" w:rsidRDefault="0030397D" w:rsidP="0030397D">
            <w:pPr>
              <w:spacing w:before="4" w:line="266" w:lineRule="auto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lang w:val="ru-RU"/>
              </w:rPr>
              <w:t>«сколько</w:t>
            </w:r>
            <w:r w:rsidRPr="0030397D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lang w:val="ru-RU"/>
              </w:rPr>
              <w:t>всего»,</w:t>
            </w:r>
            <w:r w:rsidRPr="0030397D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lang w:val="ru-RU"/>
              </w:rPr>
              <w:t>«</w:t>
            </w:r>
            <w:proofErr w:type="gramStart"/>
            <w:r w:rsidRPr="0030397D"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lang w:val="ru-RU"/>
              </w:rPr>
              <w:t>сколь-ко</w:t>
            </w:r>
            <w:proofErr w:type="gramEnd"/>
            <w:r w:rsidRPr="0030397D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осталось»).</w:t>
            </w:r>
            <w:r w:rsidRPr="0030397D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Различение</w:t>
            </w:r>
            <w:r w:rsidRPr="0030397D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текста</w:t>
            </w:r>
            <w:r w:rsidRPr="0030397D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и</w:t>
            </w:r>
            <w:r w:rsidRPr="0030397D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текстовой</w:t>
            </w:r>
            <w:r w:rsidRPr="0030397D">
              <w:rPr>
                <w:rFonts w:ascii="Times New Roman" w:eastAsia="Times New Roman" w:hAnsi="Times New Roman" w:cs="Times New Roman"/>
                <w:spacing w:val="-36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задачи,</w:t>
            </w:r>
            <w:r w:rsidRPr="0030397D">
              <w:rPr>
                <w:rFonts w:ascii="Times New Roman" w:eastAsia="Times New Roman" w:hAnsi="Times New Roman" w:cs="Times New Roman"/>
                <w:spacing w:val="-2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представленного</w:t>
            </w:r>
            <w:r w:rsidRPr="0030397D">
              <w:rPr>
                <w:rFonts w:ascii="Times New Roman" w:eastAsia="Times New Roman" w:hAnsi="Times New Roman" w:cs="Times New Roman"/>
                <w:spacing w:val="-2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в</w:t>
            </w:r>
            <w:r w:rsidRPr="0030397D">
              <w:rPr>
                <w:rFonts w:ascii="Times New Roman" w:eastAsia="Times New Roman" w:hAnsi="Times New Roman" w:cs="Times New Roman"/>
                <w:spacing w:val="-2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текстовой</w:t>
            </w:r>
            <w:r w:rsidRPr="0030397D">
              <w:rPr>
                <w:rFonts w:ascii="Times New Roman" w:eastAsia="Times New Roman" w:hAnsi="Times New Roman" w:cs="Times New Roman"/>
                <w:spacing w:val="-2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задаче;</w:t>
            </w:r>
          </w:p>
        </w:tc>
        <w:tc>
          <w:tcPr>
            <w:tcW w:w="1236" w:type="dxa"/>
          </w:tcPr>
          <w:p w:rsidR="0030397D" w:rsidRPr="0030397D" w:rsidRDefault="0030397D" w:rsidP="0030397D">
            <w:pPr>
              <w:spacing w:before="64" w:line="266" w:lineRule="auto"/>
              <w:ind w:right="161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Практическая</w:t>
            </w:r>
            <w:r w:rsidRPr="0030397D">
              <w:rPr>
                <w:rFonts w:ascii="Times New Roman" w:eastAsia="Times New Roman" w:hAnsi="Times New Roman" w:cs="Times New Roman"/>
                <w:spacing w:val="-37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работа;</w:t>
            </w:r>
            <w:r w:rsidRPr="0030397D">
              <w:rPr>
                <w:rFonts w:ascii="Times New Roman" w:eastAsia="Times New Roman" w:hAnsi="Times New Roman" w:cs="Times New Roman"/>
                <w:spacing w:val="1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lang w:val="ru-RU"/>
              </w:rPr>
              <w:t>Тестирование;</w:t>
            </w:r>
            <w:r w:rsidRPr="0030397D">
              <w:rPr>
                <w:rFonts w:ascii="Times New Roman" w:eastAsia="Times New Roman" w:hAnsi="Times New Roman" w:cs="Times New Roman"/>
                <w:spacing w:val="-37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Контрольная</w:t>
            </w:r>
            <w:r w:rsidRPr="0030397D">
              <w:rPr>
                <w:rFonts w:ascii="Times New Roman" w:eastAsia="Times New Roman" w:hAnsi="Times New Roman" w:cs="Times New Roman"/>
                <w:spacing w:val="1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работа;</w:t>
            </w:r>
          </w:p>
        </w:tc>
        <w:tc>
          <w:tcPr>
            <w:tcW w:w="1548" w:type="dxa"/>
          </w:tcPr>
          <w:p w:rsidR="0030397D" w:rsidRPr="0030397D" w:rsidRDefault="00D50E20" w:rsidP="0030397D">
            <w:pPr>
              <w:spacing w:before="64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hyperlink r:id="rId33">
              <w:r w:rsidR="0030397D" w:rsidRPr="0030397D">
                <w:rPr>
                  <w:rFonts w:ascii="Times New Roman" w:eastAsia="Times New Roman" w:hAnsi="Times New Roman" w:cs="Times New Roman"/>
                  <w:w w:val="105"/>
                  <w:sz w:val="15"/>
                  <w:lang w:val="ru-RU"/>
                </w:rPr>
                <w:t>http://nsportal.ru</w:t>
              </w:r>
            </w:hyperlink>
          </w:p>
        </w:tc>
      </w:tr>
      <w:tr w:rsidR="0030397D" w:rsidRPr="0030397D" w:rsidTr="005B299F">
        <w:trPr>
          <w:trHeight w:val="1101"/>
        </w:trPr>
        <w:tc>
          <w:tcPr>
            <w:tcW w:w="396" w:type="dxa"/>
          </w:tcPr>
          <w:p w:rsidR="0030397D" w:rsidRPr="0030397D" w:rsidRDefault="0030397D" w:rsidP="0030397D">
            <w:pPr>
              <w:spacing w:before="64"/>
              <w:ind w:right="49"/>
              <w:jc w:val="center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4.2.</w:t>
            </w:r>
          </w:p>
        </w:tc>
        <w:tc>
          <w:tcPr>
            <w:tcW w:w="3614" w:type="dxa"/>
          </w:tcPr>
          <w:p w:rsidR="0030397D" w:rsidRPr="0030397D" w:rsidRDefault="0030397D" w:rsidP="0030397D">
            <w:pPr>
              <w:spacing w:before="64" w:line="266" w:lineRule="auto"/>
              <w:rPr>
                <w:rFonts w:ascii="Times New Roman" w:eastAsia="Times New Roman" w:hAnsi="Times New Roman" w:cs="Times New Roman"/>
                <w:b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b/>
                <w:spacing w:val="-1"/>
                <w:w w:val="105"/>
                <w:sz w:val="15"/>
                <w:lang w:val="ru-RU"/>
              </w:rPr>
              <w:t>Зависимость</w:t>
            </w:r>
            <w:r w:rsidRPr="0030397D">
              <w:rPr>
                <w:rFonts w:ascii="Times New Roman" w:eastAsia="Times New Roman" w:hAnsi="Times New Roman" w:cs="Times New Roman"/>
                <w:b/>
                <w:spacing w:val="-9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b/>
                <w:w w:val="105"/>
                <w:sz w:val="15"/>
                <w:lang w:val="ru-RU"/>
              </w:rPr>
              <w:t>между</w:t>
            </w:r>
            <w:r w:rsidRPr="0030397D">
              <w:rPr>
                <w:rFonts w:ascii="Times New Roman" w:eastAsia="Times New Roman" w:hAnsi="Times New Roman" w:cs="Times New Roman"/>
                <w:b/>
                <w:spacing w:val="-8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b/>
                <w:w w:val="105"/>
                <w:sz w:val="15"/>
                <w:lang w:val="ru-RU"/>
              </w:rPr>
              <w:t>данными</w:t>
            </w:r>
            <w:r w:rsidRPr="0030397D">
              <w:rPr>
                <w:rFonts w:ascii="Times New Roman" w:eastAsia="Times New Roman" w:hAnsi="Times New Roman" w:cs="Times New Roman"/>
                <w:b/>
                <w:spacing w:val="-8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b/>
                <w:w w:val="105"/>
                <w:sz w:val="15"/>
                <w:lang w:val="ru-RU"/>
              </w:rPr>
              <w:t>и</w:t>
            </w:r>
            <w:r w:rsidRPr="0030397D">
              <w:rPr>
                <w:rFonts w:ascii="Times New Roman" w:eastAsia="Times New Roman" w:hAnsi="Times New Roman" w:cs="Times New Roman"/>
                <w:b/>
                <w:spacing w:val="-9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b/>
                <w:w w:val="105"/>
                <w:sz w:val="15"/>
                <w:lang w:val="ru-RU"/>
              </w:rPr>
              <w:t>искомой</w:t>
            </w:r>
            <w:r w:rsidRPr="0030397D">
              <w:rPr>
                <w:rFonts w:ascii="Times New Roman" w:eastAsia="Times New Roman" w:hAnsi="Times New Roman" w:cs="Times New Roman"/>
                <w:b/>
                <w:spacing w:val="-36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b/>
                <w:w w:val="105"/>
                <w:sz w:val="15"/>
                <w:lang w:val="ru-RU"/>
              </w:rPr>
              <w:t>величиной</w:t>
            </w:r>
            <w:r w:rsidRPr="0030397D">
              <w:rPr>
                <w:rFonts w:ascii="Times New Roman" w:eastAsia="Times New Roman" w:hAnsi="Times New Roman" w:cs="Times New Roman"/>
                <w:b/>
                <w:spacing w:val="-3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b/>
                <w:w w:val="105"/>
                <w:sz w:val="15"/>
                <w:lang w:val="ru-RU"/>
              </w:rPr>
              <w:t>в</w:t>
            </w:r>
            <w:r w:rsidRPr="0030397D">
              <w:rPr>
                <w:rFonts w:ascii="Times New Roman" w:eastAsia="Times New Roman" w:hAnsi="Times New Roman" w:cs="Times New Roman"/>
                <w:b/>
                <w:spacing w:val="-3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b/>
                <w:w w:val="105"/>
                <w:sz w:val="15"/>
                <w:lang w:val="ru-RU"/>
              </w:rPr>
              <w:t>текстовой</w:t>
            </w:r>
            <w:r w:rsidRPr="0030397D">
              <w:rPr>
                <w:rFonts w:ascii="Times New Roman" w:eastAsia="Times New Roman" w:hAnsi="Times New Roman" w:cs="Times New Roman"/>
                <w:b/>
                <w:spacing w:val="-2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b/>
                <w:w w:val="105"/>
                <w:sz w:val="15"/>
                <w:lang w:val="ru-RU"/>
              </w:rPr>
              <w:t>задаче.</w:t>
            </w:r>
          </w:p>
        </w:tc>
        <w:tc>
          <w:tcPr>
            <w:tcW w:w="528" w:type="dxa"/>
          </w:tcPr>
          <w:p w:rsidR="0030397D" w:rsidRPr="0030397D" w:rsidRDefault="0030397D" w:rsidP="0030397D">
            <w:pPr>
              <w:spacing w:before="64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4"/>
                <w:sz w:val="15"/>
                <w:lang w:val="ru-RU"/>
              </w:rPr>
              <w:t>2</w:t>
            </w:r>
          </w:p>
        </w:tc>
        <w:tc>
          <w:tcPr>
            <w:tcW w:w="1104" w:type="dxa"/>
          </w:tcPr>
          <w:p w:rsidR="0030397D" w:rsidRPr="0030397D" w:rsidRDefault="0030397D" w:rsidP="0030397D">
            <w:pPr>
              <w:spacing w:before="64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4"/>
                <w:sz w:val="15"/>
                <w:lang w:val="ru-RU"/>
              </w:rPr>
              <w:t>1</w:t>
            </w:r>
          </w:p>
        </w:tc>
        <w:tc>
          <w:tcPr>
            <w:tcW w:w="1140" w:type="dxa"/>
          </w:tcPr>
          <w:p w:rsidR="0030397D" w:rsidRPr="0030397D" w:rsidRDefault="0030397D" w:rsidP="0030397D">
            <w:pPr>
              <w:spacing w:before="64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4"/>
                <w:sz w:val="15"/>
                <w:lang w:val="ru-RU"/>
              </w:rPr>
              <w:t>1</w:t>
            </w:r>
          </w:p>
        </w:tc>
        <w:tc>
          <w:tcPr>
            <w:tcW w:w="864" w:type="dxa"/>
          </w:tcPr>
          <w:p w:rsidR="0030397D" w:rsidRPr="0030397D" w:rsidRDefault="0030397D" w:rsidP="0030397D">
            <w:pPr>
              <w:spacing w:before="64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27.12.2022</w:t>
            </w:r>
          </w:p>
          <w:p w:rsidR="0030397D" w:rsidRPr="0030397D" w:rsidRDefault="0030397D" w:rsidP="0030397D">
            <w:pPr>
              <w:spacing w:before="20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28.12.2022</w:t>
            </w:r>
          </w:p>
        </w:tc>
        <w:tc>
          <w:tcPr>
            <w:tcW w:w="5066" w:type="dxa"/>
          </w:tcPr>
          <w:p w:rsidR="0030397D" w:rsidRPr="0030397D" w:rsidRDefault="0030397D" w:rsidP="0030397D">
            <w:pPr>
              <w:spacing w:before="64" w:line="266" w:lineRule="auto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lang w:val="ru-RU"/>
              </w:rPr>
              <w:t>Обобщение</w:t>
            </w:r>
            <w:r w:rsidRPr="0030397D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lang w:val="ru-RU"/>
              </w:rPr>
              <w:t>представлений</w:t>
            </w:r>
            <w:r w:rsidRPr="0030397D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о</w:t>
            </w:r>
            <w:r w:rsidRPr="0030397D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текстовых</w:t>
            </w:r>
            <w:r w:rsidRPr="0030397D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задачах,</w:t>
            </w:r>
            <w:r w:rsidRPr="0030397D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решаемых</w:t>
            </w:r>
            <w:r w:rsidRPr="0030397D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с</w:t>
            </w:r>
            <w:r w:rsidRPr="0030397D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помощью</w:t>
            </w:r>
            <w:r w:rsidRPr="0030397D">
              <w:rPr>
                <w:rFonts w:ascii="Times New Roman" w:eastAsia="Times New Roman" w:hAnsi="Times New Roman" w:cs="Times New Roman"/>
                <w:spacing w:val="-36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действий</w:t>
            </w:r>
            <w:r w:rsidRPr="0030397D">
              <w:rPr>
                <w:rFonts w:ascii="Times New Roman" w:eastAsia="Times New Roman" w:hAnsi="Times New Roman" w:cs="Times New Roman"/>
                <w:spacing w:val="-5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сложения</w:t>
            </w:r>
            <w:r w:rsidRPr="0030397D">
              <w:rPr>
                <w:rFonts w:ascii="Times New Roman" w:eastAsia="Times New Roman" w:hAnsi="Times New Roman" w:cs="Times New Roman"/>
                <w:spacing w:val="-5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и</w:t>
            </w:r>
            <w:r w:rsidRPr="0030397D">
              <w:rPr>
                <w:rFonts w:ascii="Times New Roman" w:eastAsia="Times New Roman" w:hAnsi="Times New Roman" w:cs="Times New Roman"/>
                <w:spacing w:val="-5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вычитания</w:t>
            </w:r>
            <w:r w:rsidRPr="0030397D">
              <w:rPr>
                <w:rFonts w:ascii="Times New Roman" w:eastAsia="Times New Roman" w:hAnsi="Times New Roman" w:cs="Times New Roman"/>
                <w:spacing w:val="-4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(«на</w:t>
            </w:r>
            <w:r w:rsidRPr="0030397D">
              <w:rPr>
                <w:rFonts w:ascii="Times New Roman" w:eastAsia="Times New Roman" w:hAnsi="Times New Roman" w:cs="Times New Roman"/>
                <w:spacing w:val="-5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сколько</w:t>
            </w:r>
            <w:r w:rsidRPr="0030397D">
              <w:rPr>
                <w:rFonts w:ascii="Times New Roman" w:eastAsia="Times New Roman" w:hAnsi="Times New Roman" w:cs="Times New Roman"/>
                <w:spacing w:val="-5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больше/меньше»,</w:t>
            </w:r>
          </w:p>
          <w:p w:rsidR="0030397D" w:rsidRPr="0030397D" w:rsidRDefault="0030397D" w:rsidP="0030397D">
            <w:pPr>
              <w:spacing w:before="2" w:line="266" w:lineRule="auto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lang w:val="ru-RU"/>
              </w:rPr>
              <w:t>«сколько</w:t>
            </w:r>
            <w:r w:rsidRPr="0030397D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lang w:val="ru-RU"/>
              </w:rPr>
              <w:t>всего»,</w:t>
            </w:r>
            <w:r w:rsidRPr="0030397D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lang w:val="ru-RU"/>
              </w:rPr>
              <w:t>«</w:t>
            </w:r>
            <w:proofErr w:type="gramStart"/>
            <w:r w:rsidRPr="0030397D"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lang w:val="ru-RU"/>
              </w:rPr>
              <w:t>сколь-ко</w:t>
            </w:r>
            <w:proofErr w:type="gramEnd"/>
            <w:r w:rsidRPr="0030397D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осталось»).</w:t>
            </w:r>
            <w:r w:rsidRPr="0030397D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Различение</w:t>
            </w:r>
            <w:r w:rsidRPr="0030397D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текста</w:t>
            </w:r>
            <w:r w:rsidRPr="0030397D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и</w:t>
            </w:r>
            <w:r w:rsidRPr="0030397D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текстовой</w:t>
            </w:r>
            <w:r w:rsidRPr="0030397D">
              <w:rPr>
                <w:rFonts w:ascii="Times New Roman" w:eastAsia="Times New Roman" w:hAnsi="Times New Roman" w:cs="Times New Roman"/>
                <w:spacing w:val="-36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задачи,</w:t>
            </w:r>
            <w:r w:rsidRPr="0030397D">
              <w:rPr>
                <w:rFonts w:ascii="Times New Roman" w:eastAsia="Times New Roman" w:hAnsi="Times New Roman" w:cs="Times New Roman"/>
                <w:spacing w:val="-2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представленного</w:t>
            </w:r>
            <w:r w:rsidRPr="0030397D">
              <w:rPr>
                <w:rFonts w:ascii="Times New Roman" w:eastAsia="Times New Roman" w:hAnsi="Times New Roman" w:cs="Times New Roman"/>
                <w:spacing w:val="-2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в</w:t>
            </w:r>
            <w:r w:rsidRPr="0030397D">
              <w:rPr>
                <w:rFonts w:ascii="Times New Roman" w:eastAsia="Times New Roman" w:hAnsi="Times New Roman" w:cs="Times New Roman"/>
                <w:spacing w:val="-2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текстовой</w:t>
            </w:r>
            <w:r w:rsidRPr="0030397D">
              <w:rPr>
                <w:rFonts w:ascii="Times New Roman" w:eastAsia="Times New Roman" w:hAnsi="Times New Roman" w:cs="Times New Roman"/>
                <w:spacing w:val="-2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задаче;</w:t>
            </w:r>
          </w:p>
          <w:p w:rsidR="0030397D" w:rsidRPr="0030397D" w:rsidRDefault="0030397D" w:rsidP="0030397D">
            <w:pPr>
              <w:spacing w:before="1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Соотнесение</w:t>
            </w:r>
            <w:r w:rsidRPr="0030397D">
              <w:rPr>
                <w:rFonts w:ascii="Times New Roman" w:eastAsia="Times New Roman" w:hAnsi="Times New Roman" w:cs="Times New Roman"/>
                <w:spacing w:val="-9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текста</w:t>
            </w:r>
            <w:r w:rsidRPr="0030397D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задачи</w:t>
            </w:r>
            <w:r w:rsidRPr="0030397D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и</w:t>
            </w:r>
            <w:r w:rsidRPr="0030397D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её</w:t>
            </w:r>
            <w:r w:rsidRPr="0030397D">
              <w:rPr>
                <w:rFonts w:ascii="Times New Roman" w:eastAsia="Times New Roman" w:hAnsi="Times New Roman" w:cs="Times New Roman"/>
                <w:spacing w:val="-9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модели;</w:t>
            </w:r>
          </w:p>
        </w:tc>
        <w:tc>
          <w:tcPr>
            <w:tcW w:w="1236" w:type="dxa"/>
          </w:tcPr>
          <w:p w:rsidR="0030397D" w:rsidRPr="0030397D" w:rsidRDefault="0030397D" w:rsidP="0030397D">
            <w:pPr>
              <w:spacing w:before="64" w:line="266" w:lineRule="auto"/>
              <w:ind w:right="204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lang w:val="ru-RU"/>
              </w:rPr>
              <w:t>Практическая</w:t>
            </w:r>
            <w:r w:rsidRPr="0030397D">
              <w:rPr>
                <w:rFonts w:ascii="Times New Roman" w:eastAsia="Times New Roman" w:hAnsi="Times New Roman" w:cs="Times New Roman"/>
                <w:spacing w:val="-37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работа;</w:t>
            </w:r>
            <w:r w:rsidRPr="0030397D">
              <w:rPr>
                <w:rFonts w:ascii="Times New Roman" w:eastAsia="Times New Roman" w:hAnsi="Times New Roman" w:cs="Times New Roman"/>
                <w:spacing w:val="1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Письменный</w:t>
            </w:r>
            <w:r w:rsidRPr="0030397D">
              <w:rPr>
                <w:rFonts w:ascii="Times New Roman" w:eastAsia="Times New Roman" w:hAnsi="Times New Roman" w:cs="Times New Roman"/>
                <w:spacing w:val="1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контроль;</w:t>
            </w:r>
          </w:p>
        </w:tc>
        <w:tc>
          <w:tcPr>
            <w:tcW w:w="1548" w:type="dxa"/>
          </w:tcPr>
          <w:p w:rsidR="0030397D" w:rsidRPr="0030397D" w:rsidRDefault="00D50E20" w:rsidP="0030397D">
            <w:pPr>
              <w:spacing w:before="64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hyperlink r:id="rId34">
              <w:r w:rsidR="0030397D" w:rsidRPr="0030397D">
                <w:rPr>
                  <w:rFonts w:ascii="Times New Roman" w:eastAsia="Times New Roman" w:hAnsi="Times New Roman" w:cs="Times New Roman"/>
                  <w:w w:val="105"/>
                  <w:sz w:val="15"/>
                  <w:lang w:val="ru-RU"/>
                </w:rPr>
                <w:t>http://nsportal.ru</w:t>
              </w:r>
            </w:hyperlink>
          </w:p>
        </w:tc>
      </w:tr>
      <w:tr w:rsidR="0030397D" w:rsidRPr="0030397D" w:rsidTr="005B299F">
        <w:trPr>
          <w:trHeight w:val="1293"/>
        </w:trPr>
        <w:tc>
          <w:tcPr>
            <w:tcW w:w="396" w:type="dxa"/>
          </w:tcPr>
          <w:p w:rsidR="0030397D" w:rsidRPr="0030397D" w:rsidRDefault="0030397D" w:rsidP="0030397D">
            <w:pPr>
              <w:spacing w:before="64"/>
              <w:ind w:right="49"/>
              <w:jc w:val="center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4.3.</w:t>
            </w:r>
          </w:p>
        </w:tc>
        <w:tc>
          <w:tcPr>
            <w:tcW w:w="3614" w:type="dxa"/>
          </w:tcPr>
          <w:p w:rsidR="0030397D" w:rsidRPr="0030397D" w:rsidRDefault="0030397D" w:rsidP="0030397D">
            <w:pPr>
              <w:spacing w:before="64" w:line="266" w:lineRule="auto"/>
              <w:rPr>
                <w:rFonts w:ascii="Times New Roman" w:eastAsia="Times New Roman" w:hAnsi="Times New Roman" w:cs="Times New Roman"/>
                <w:b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b/>
                <w:spacing w:val="-1"/>
                <w:w w:val="105"/>
                <w:sz w:val="15"/>
                <w:lang w:val="ru-RU"/>
              </w:rPr>
              <w:t>Выбор</w:t>
            </w:r>
            <w:r w:rsidRPr="0030397D">
              <w:rPr>
                <w:rFonts w:ascii="Times New Roman" w:eastAsia="Times New Roman" w:hAnsi="Times New Roman" w:cs="Times New Roman"/>
                <w:b/>
                <w:spacing w:val="-9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b/>
                <w:spacing w:val="-1"/>
                <w:w w:val="105"/>
                <w:sz w:val="15"/>
                <w:lang w:val="ru-RU"/>
              </w:rPr>
              <w:t>и</w:t>
            </w:r>
            <w:r w:rsidRPr="0030397D">
              <w:rPr>
                <w:rFonts w:ascii="Times New Roman" w:eastAsia="Times New Roman" w:hAnsi="Times New Roman" w:cs="Times New Roman"/>
                <w:b/>
                <w:spacing w:val="-8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b/>
                <w:spacing w:val="-1"/>
                <w:w w:val="105"/>
                <w:sz w:val="15"/>
                <w:lang w:val="ru-RU"/>
              </w:rPr>
              <w:t>запись</w:t>
            </w:r>
            <w:r w:rsidRPr="0030397D">
              <w:rPr>
                <w:rFonts w:ascii="Times New Roman" w:eastAsia="Times New Roman" w:hAnsi="Times New Roman" w:cs="Times New Roman"/>
                <w:b/>
                <w:spacing w:val="-9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b/>
                <w:w w:val="105"/>
                <w:sz w:val="15"/>
                <w:lang w:val="ru-RU"/>
              </w:rPr>
              <w:t>арифметического</w:t>
            </w:r>
            <w:r w:rsidRPr="0030397D">
              <w:rPr>
                <w:rFonts w:ascii="Times New Roman" w:eastAsia="Times New Roman" w:hAnsi="Times New Roman" w:cs="Times New Roman"/>
                <w:b/>
                <w:spacing w:val="-8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b/>
                <w:w w:val="105"/>
                <w:sz w:val="15"/>
                <w:lang w:val="ru-RU"/>
              </w:rPr>
              <w:t>действия</w:t>
            </w:r>
            <w:r w:rsidRPr="0030397D">
              <w:rPr>
                <w:rFonts w:ascii="Times New Roman" w:eastAsia="Times New Roman" w:hAnsi="Times New Roman" w:cs="Times New Roman"/>
                <w:b/>
                <w:spacing w:val="-9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b/>
                <w:w w:val="105"/>
                <w:sz w:val="15"/>
                <w:lang w:val="ru-RU"/>
              </w:rPr>
              <w:t>для</w:t>
            </w:r>
            <w:r w:rsidRPr="0030397D">
              <w:rPr>
                <w:rFonts w:ascii="Times New Roman" w:eastAsia="Times New Roman" w:hAnsi="Times New Roman" w:cs="Times New Roman"/>
                <w:b/>
                <w:spacing w:val="-36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b/>
                <w:w w:val="105"/>
                <w:sz w:val="15"/>
                <w:lang w:val="ru-RU"/>
              </w:rPr>
              <w:t>получения</w:t>
            </w:r>
            <w:r w:rsidRPr="0030397D">
              <w:rPr>
                <w:rFonts w:ascii="Times New Roman" w:eastAsia="Times New Roman" w:hAnsi="Times New Roman" w:cs="Times New Roman"/>
                <w:b/>
                <w:spacing w:val="-2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b/>
                <w:w w:val="105"/>
                <w:sz w:val="15"/>
                <w:lang w:val="ru-RU"/>
              </w:rPr>
              <w:t>ответа</w:t>
            </w:r>
            <w:r w:rsidRPr="0030397D">
              <w:rPr>
                <w:rFonts w:ascii="Times New Roman" w:eastAsia="Times New Roman" w:hAnsi="Times New Roman" w:cs="Times New Roman"/>
                <w:b/>
                <w:spacing w:val="-2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b/>
                <w:w w:val="105"/>
                <w:sz w:val="15"/>
                <w:lang w:val="ru-RU"/>
              </w:rPr>
              <w:t>на</w:t>
            </w:r>
            <w:r w:rsidRPr="0030397D">
              <w:rPr>
                <w:rFonts w:ascii="Times New Roman" w:eastAsia="Times New Roman" w:hAnsi="Times New Roman" w:cs="Times New Roman"/>
                <w:b/>
                <w:spacing w:val="-2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b/>
                <w:w w:val="105"/>
                <w:sz w:val="15"/>
                <w:lang w:val="ru-RU"/>
              </w:rPr>
              <w:t>вопрос.</w:t>
            </w:r>
          </w:p>
        </w:tc>
        <w:tc>
          <w:tcPr>
            <w:tcW w:w="528" w:type="dxa"/>
          </w:tcPr>
          <w:p w:rsidR="0030397D" w:rsidRPr="0030397D" w:rsidRDefault="0030397D" w:rsidP="0030397D">
            <w:pPr>
              <w:spacing w:before="64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4"/>
                <w:sz w:val="15"/>
                <w:lang w:val="ru-RU"/>
              </w:rPr>
              <w:t>2</w:t>
            </w:r>
          </w:p>
        </w:tc>
        <w:tc>
          <w:tcPr>
            <w:tcW w:w="1104" w:type="dxa"/>
          </w:tcPr>
          <w:p w:rsidR="0030397D" w:rsidRPr="0030397D" w:rsidRDefault="0030397D" w:rsidP="0030397D">
            <w:pPr>
              <w:spacing w:before="64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4"/>
                <w:sz w:val="15"/>
                <w:lang w:val="ru-RU"/>
              </w:rPr>
              <w:t>0</w:t>
            </w:r>
          </w:p>
        </w:tc>
        <w:tc>
          <w:tcPr>
            <w:tcW w:w="1140" w:type="dxa"/>
          </w:tcPr>
          <w:p w:rsidR="0030397D" w:rsidRPr="0030397D" w:rsidRDefault="0030397D" w:rsidP="0030397D">
            <w:pPr>
              <w:spacing w:before="64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4"/>
                <w:sz w:val="15"/>
                <w:lang w:val="ru-RU"/>
              </w:rPr>
              <w:t>2</w:t>
            </w:r>
          </w:p>
        </w:tc>
        <w:tc>
          <w:tcPr>
            <w:tcW w:w="864" w:type="dxa"/>
          </w:tcPr>
          <w:p w:rsidR="0030397D" w:rsidRPr="0030397D" w:rsidRDefault="0030397D" w:rsidP="0030397D">
            <w:pPr>
              <w:spacing w:before="64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10.01.2023</w:t>
            </w:r>
          </w:p>
          <w:p w:rsidR="0030397D" w:rsidRPr="0030397D" w:rsidRDefault="0030397D" w:rsidP="0030397D">
            <w:pPr>
              <w:spacing w:before="20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11.01.2023</w:t>
            </w:r>
          </w:p>
        </w:tc>
        <w:tc>
          <w:tcPr>
            <w:tcW w:w="5066" w:type="dxa"/>
          </w:tcPr>
          <w:p w:rsidR="0030397D" w:rsidRPr="0030397D" w:rsidRDefault="0030397D" w:rsidP="0030397D">
            <w:pPr>
              <w:spacing w:before="64" w:line="266" w:lineRule="auto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Моделирование: описание словами и с помощью предметной модели</w:t>
            </w:r>
            <w:r w:rsidRPr="0030397D">
              <w:rPr>
                <w:rFonts w:ascii="Times New Roman" w:eastAsia="Times New Roman" w:hAnsi="Times New Roman" w:cs="Times New Roman"/>
                <w:spacing w:val="1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 xml:space="preserve">сюжетной ситуации и </w:t>
            </w:r>
            <w:proofErr w:type="spellStart"/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математическогоотношения</w:t>
            </w:r>
            <w:proofErr w:type="spellEnd"/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. Иллюстрация</w:t>
            </w:r>
            <w:r w:rsidRPr="0030397D">
              <w:rPr>
                <w:rFonts w:ascii="Times New Roman" w:eastAsia="Times New Roman" w:hAnsi="Times New Roman" w:cs="Times New Roman"/>
                <w:spacing w:val="1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lang w:val="ru-RU"/>
              </w:rPr>
              <w:t>практической</w:t>
            </w:r>
            <w:r w:rsidRPr="0030397D">
              <w:rPr>
                <w:rFonts w:ascii="Times New Roman" w:eastAsia="Times New Roman" w:hAnsi="Times New Roman" w:cs="Times New Roman"/>
                <w:spacing w:val="-9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lang w:val="ru-RU"/>
              </w:rPr>
              <w:t>ситуации</w:t>
            </w:r>
            <w:r w:rsidRPr="0030397D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lang w:val="ru-RU"/>
              </w:rPr>
              <w:t>с</w:t>
            </w:r>
            <w:r w:rsidRPr="0030397D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lang w:val="ru-RU"/>
              </w:rPr>
              <w:t>использованием</w:t>
            </w:r>
            <w:r w:rsidRPr="0030397D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счётного</w:t>
            </w:r>
            <w:r w:rsidRPr="0030397D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материала.</w:t>
            </w:r>
            <w:r w:rsidRPr="0030397D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Решение</w:t>
            </w:r>
            <w:r w:rsidRPr="0030397D">
              <w:rPr>
                <w:rFonts w:ascii="Times New Roman" w:eastAsia="Times New Roman" w:hAnsi="Times New Roman" w:cs="Times New Roman"/>
                <w:spacing w:val="1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текстовой задачи с помощью раздаточного материала. Объяснение</w:t>
            </w:r>
            <w:r w:rsidRPr="0030397D">
              <w:rPr>
                <w:rFonts w:ascii="Times New Roman" w:eastAsia="Times New Roman" w:hAnsi="Times New Roman" w:cs="Times New Roman"/>
                <w:spacing w:val="1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выбора арифметического действия для решения, иллюстрация хода</w:t>
            </w:r>
            <w:r w:rsidRPr="0030397D">
              <w:rPr>
                <w:rFonts w:ascii="Times New Roman" w:eastAsia="Times New Roman" w:hAnsi="Times New Roman" w:cs="Times New Roman"/>
                <w:spacing w:val="1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решения,</w:t>
            </w:r>
            <w:r w:rsidRPr="0030397D">
              <w:rPr>
                <w:rFonts w:ascii="Times New Roman" w:eastAsia="Times New Roman" w:hAnsi="Times New Roman" w:cs="Times New Roman"/>
                <w:spacing w:val="-2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выполнения</w:t>
            </w:r>
            <w:r w:rsidRPr="0030397D">
              <w:rPr>
                <w:rFonts w:ascii="Times New Roman" w:eastAsia="Times New Roman" w:hAnsi="Times New Roman" w:cs="Times New Roman"/>
                <w:spacing w:val="-2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действия</w:t>
            </w:r>
            <w:r w:rsidRPr="0030397D">
              <w:rPr>
                <w:rFonts w:ascii="Times New Roman" w:eastAsia="Times New Roman" w:hAnsi="Times New Roman" w:cs="Times New Roman"/>
                <w:spacing w:val="-2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на</w:t>
            </w:r>
            <w:r w:rsidRPr="0030397D">
              <w:rPr>
                <w:rFonts w:ascii="Times New Roman" w:eastAsia="Times New Roman" w:hAnsi="Times New Roman" w:cs="Times New Roman"/>
                <w:spacing w:val="-2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модели;</w:t>
            </w:r>
          </w:p>
        </w:tc>
        <w:tc>
          <w:tcPr>
            <w:tcW w:w="1236" w:type="dxa"/>
          </w:tcPr>
          <w:p w:rsidR="0030397D" w:rsidRPr="0030397D" w:rsidRDefault="0030397D" w:rsidP="0030397D">
            <w:pPr>
              <w:spacing w:before="64" w:line="266" w:lineRule="auto"/>
              <w:ind w:right="44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Самооценка с</w:t>
            </w:r>
            <w:r w:rsidRPr="0030397D">
              <w:rPr>
                <w:rFonts w:ascii="Times New Roman" w:eastAsia="Times New Roman" w:hAnsi="Times New Roman" w:cs="Times New Roman"/>
                <w:spacing w:val="1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lang w:val="ru-RU"/>
              </w:rPr>
              <w:t>использованием</w:t>
            </w:r>
          </w:p>
          <w:p w:rsidR="0030397D" w:rsidRPr="0030397D" w:rsidRDefault="0030397D" w:rsidP="0030397D">
            <w:pPr>
              <w:spacing w:before="2" w:line="266" w:lineRule="auto"/>
              <w:ind w:right="204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«Оценочного</w:t>
            </w:r>
            <w:r w:rsidRPr="0030397D">
              <w:rPr>
                <w:rFonts w:ascii="Times New Roman" w:eastAsia="Times New Roman" w:hAnsi="Times New Roman" w:cs="Times New Roman"/>
                <w:spacing w:val="-37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листа»;</w:t>
            </w:r>
            <w:r w:rsidRPr="0030397D">
              <w:rPr>
                <w:rFonts w:ascii="Times New Roman" w:eastAsia="Times New Roman" w:hAnsi="Times New Roman" w:cs="Times New Roman"/>
                <w:spacing w:val="1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lang w:val="ru-RU"/>
              </w:rPr>
              <w:t>Практическая</w:t>
            </w:r>
            <w:r w:rsidRPr="0030397D">
              <w:rPr>
                <w:rFonts w:ascii="Times New Roman" w:eastAsia="Times New Roman" w:hAnsi="Times New Roman" w:cs="Times New Roman"/>
                <w:spacing w:val="-37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работа;</w:t>
            </w:r>
          </w:p>
        </w:tc>
        <w:tc>
          <w:tcPr>
            <w:tcW w:w="1548" w:type="dxa"/>
          </w:tcPr>
          <w:p w:rsidR="0030397D" w:rsidRPr="0030397D" w:rsidRDefault="00D50E20" w:rsidP="0030397D">
            <w:pPr>
              <w:spacing w:before="64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hyperlink r:id="rId35">
              <w:r w:rsidR="0030397D" w:rsidRPr="0030397D">
                <w:rPr>
                  <w:rFonts w:ascii="Times New Roman" w:eastAsia="Times New Roman" w:hAnsi="Times New Roman" w:cs="Times New Roman"/>
                  <w:w w:val="105"/>
                  <w:sz w:val="15"/>
                  <w:lang w:val="ru-RU"/>
                </w:rPr>
                <w:t>http://nsportal.ru</w:t>
              </w:r>
            </w:hyperlink>
          </w:p>
        </w:tc>
      </w:tr>
    </w:tbl>
    <w:p w:rsidR="0030397D" w:rsidRPr="0030397D" w:rsidRDefault="0030397D" w:rsidP="0030397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5"/>
          <w:lang w:val="ru-RU"/>
        </w:rPr>
        <w:sectPr w:rsidR="0030397D" w:rsidRPr="0030397D" w:rsidSect="005B299F">
          <w:pgSz w:w="16840" w:h="11900" w:orient="landscape"/>
          <w:pgMar w:top="580" w:right="540" w:bottom="280" w:left="560" w:header="720" w:footer="720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396"/>
        <w:gridCol w:w="3614"/>
        <w:gridCol w:w="528"/>
        <w:gridCol w:w="1104"/>
        <w:gridCol w:w="1140"/>
        <w:gridCol w:w="864"/>
        <w:gridCol w:w="5066"/>
        <w:gridCol w:w="1236"/>
        <w:gridCol w:w="1548"/>
      </w:tblGrid>
      <w:tr w:rsidR="0030397D" w:rsidRPr="0030397D" w:rsidTr="005B299F">
        <w:trPr>
          <w:trHeight w:val="717"/>
        </w:trPr>
        <w:tc>
          <w:tcPr>
            <w:tcW w:w="396" w:type="dxa"/>
          </w:tcPr>
          <w:p w:rsidR="0030397D" w:rsidRPr="0030397D" w:rsidRDefault="0030397D" w:rsidP="0030397D">
            <w:pPr>
              <w:spacing w:before="64"/>
              <w:ind w:right="49"/>
              <w:jc w:val="center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lastRenderedPageBreak/>
              <w:t>4.4.</w:t>
            </w:r>
          </w:p>
        </w:tc>
        <w:tc>
          <w:tcPr>
            <w:tcW w:w="3614" w:type="dxa"/>
          </w:tcPr>
          <w:p w:rsidR="0030397D" w:rsidRPr="0030397D" w:rsidRDefault="0030397D" w:rsidP="0030397D">
            <w:pPr>
              <w:spacing w:before="64" w:line="266" w:lineRule="auto"/>
              <w:rPr>
                <w:rFonts w:ascii="Times New Roman" w:eastAsia="Times New Roman" w:hAnsi="Times New Roman" w:cs="Times New Roman"/>
                <w:b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b/>
                <w:spacing w:val="-1"/>
                <w:w w:val="105"/>
                <w:sz w:val="15"/>
                <w:lang w:val="ru-RU"/>
              </w:rPr>
              <w:t>Текстовая</w:t>
            </w:r>
            <w:r w:rsidRPr="0030397D">
              <w:rPr>
                <w:rFonts w:ascii="Times New Roman" w:eastAsia="Times New Roman" w:hAnsi="Times New Roman" w:cs="Times New Roman"/>
                <w:b/>
                <w:spacing w:val="-9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b/>
                <w:w w:val="105"/>
                <w:sz w:val="15"/>
                <w:lang w:val="ru-RU"/>
              </w:rPr>
              <w:t>сюжетная</w:t>
            </w:r>
            <w:r w:rsidRPr="0030397D">
              <w:rPr>
                <w:rFonts w:ascii="Times New Roman" w:eastAsia="Times New Roman" w:hAnsi="Times New Roman" w:cs="Times New Roman"/>
                <w:b/>
                <w:spacing w:val="-8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b/>
                <w:w w:val="105"/>
                <w:sz w:val="15"/>
                <w:lang w:val="ru-RU"/>
              </w:rPr>
              <w:t>задача</w:t>
            </w:r>
            <w:r w:rsidRPr="0030397D">
              <w:rPr>
                <w:rFonts w:ascii="Times New Roman" w:eastAsia="Times New Roman" w:hAnsi="Times New Roman" w:cs="Times New Roman"/>
                <w:b/>
                <w:spacing w:val="-9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b/>
                <w:w w:val="105"/>
                <w:sz w:val="15"/>
                <w:lang w:val="ru-RU"/>
              </w:rPr>
              <w:t>в</w:t>
            </w:r>
            <w:r w:rsidRPr="0030397D">
              <w:rPr>
                <w:rFonts w:ascii="Times New Roman" w:eastAsia="Times New Roman" w:hAnsi="Times New Roman" w:cs="Times New Roman"/>
                <w:b/>
                <w:spacing w:val="-8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b/>
                <w:w w:val="105"/>
                <w:sz w:val="15"/>
                <w:lang w:val="ru-RU"/>
              </w:rPr>
              <w:t>одно</w:t>
            </w:r>
            <w:r w:rsidRPr="0030397D">
              <w:rPr>
                <w:rFonts w:ascii="Times New Roman" w:eastAsia="Times New Roman" w:hAnsi="Times New Roman" w:cs="Times New Roman"/>
                <w:b/>
                <w:spacing w:val="-8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b/>
                <w:w w:val="105"/>
                <w:sz w:val="15"/>
                <w:lang w:val="ru-RU"/>
              </w:rPr>
              <w:t>действие:</w:t>
            </w:r>
            <w:r w:rsidRPr="0030397D">
              <w:rPr>
                <w:rFonts w:ascii="Times New Roman" w:eastAsia="Times New Roman" w:hAnsi="Times New Roman" w:cs="Times New Roman"/>
                <w:b/>
                <w:spacing w:val="-37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b/>
                <w:w w:val="105"/>
                <w:sz w:val="15"/>
                <w:lang w:val="ru-RU"/>
              </w:rPr>
              <w:t>запись</w:t>
            </w:r>
            <w:r w:rsidRPr="0030397D">
              <w:rPr>
                <w:rFonts w:ascii="Times New Roman" w:eastAsia="Times New Roman" w:hAnsi="Times New Roman" w:cs="Times New Roman"/>
                <w:b/>
                <w:spacing w:val="-3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b/>
                <w:w w:val="105"/>
                <w:sz w:val="15"/>
                <w:lang w:val="ru-RU"/>
              </w:rPr>
              <w:t>решения,</w:t>
            </w:r>
            <w:r w:rsidRPr="0030397D">
              <w:rPr>
                <w:rFonts w:ascii="Times New Roman" w:eastAsia="Times New Roman" w:hAnsi="Times New Roman" w:cs="Times New Roman"/>
                <w:b/>
                <w:spacing w:val="-2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b/>
                <w:w w:val="105"/>
                <w:sz w:val="15"/>
                <w:lang w:val="ru-RU"/>
              </w:rPr>
              <w:t>ответа</w:t>
            </w:r>
            <w:r w:rsidRPr="0030397D">
              <w:rPr>
                <w:rFonts w:ascii="Times New Roman" w:eastAsia="Times New Roman" w:hAnsi="Times New Roman" w:cs="Times New Roman"/>
                <w:b/>
                <w:spacing w:val="-2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b/>
                <w:w w:val="105"/>
                <w:sz w:val="15"/>
                <w:lang w:val="ru-RU"/>
              </w:rPr>
              <w:t>задачи.</w:t>
            </w:r>
          </w:p>
        </w:tc>
        <w:tc>
          <w:tcPr>
            <w:tcW w:w="528" w:type="dxa"/>
          </w:tcPr>
          <w:p w:rsidR="0030397D" w:rsidRPr="0030397D" w:rsidRDefault="0030397D" w:rsidP="0030397D">
            <w:pPr>
              <w:spacing w:before="64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4"/>
                <w:sz w:val="15"/>
                <w:lang w:val="ru-RU"/>
              </w:rPr>
              <w:t>8</w:t>
            </w:r>
          </w:p>
        </w:tc>
        <w:tc>
          <w:tcPr>
            <w:tcW w:w="1104" w:type="dxa"/>
          </w:tcPr>
          <w:p w:rsidR="0030397D" w:rsidRPr="0030397D" w:rsidRDefault="0030397D" w:rsidP="0030397D">
            <w:pPr>
              <w:spacing w:before="64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4"/>
                <w:sz w:val="15"/>
                <w:lang w:val="ru-RU"/>
              </w:rPr>
              <w:t>1</w:t>
            </w:r>
          </w:p>
        </w:tc>
        <w:tc>
          <w:tcPr>
            <w:tcW w:w="1140" w:type="dxa"/>
          </w:tcPr>
          <w:p w:rsidR="0030397D" w:rsidRPr="0030397D" w:rsidRDefault="0030397D" w:rsidP="0030397D">
            <w:pPr>
              <w:spacing w:before="64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4"/>
                <w:sz w:val="15"/>
                <w:lang w:val="ru-RU"/>
              </w:rPr>
              <w:t>7</w:t>
            </w:r>
          </w:p>
        </w:tc>
        <w:tc>
          <w:tcPr>
            <w:tcW w:w="864" w:type="dxa"/>
          </w:tcPr>
          <w:p w:rsidR="0030397D" w:rsidRPr="0030397D" w:rsidRDefault="0030397D" w:rsidP="0030397D">
            <w:pPr>
              <w:spacing w:before="64"/>
              <w:ind w:right="45"/>
              <w:jc w:val="center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19.01.2023</w:t>
            </w:r>
          </w:p>
        </w:tc>
        <w:tc>
          <w:tcPr>
            <w:tcW w:w="5066" w:type="dxa"/>
          </w:tcPr>
          <w:p w:rsidR="0030397D" w:rsidRPr="0030397D" w:rsidRDefault="0030397D" w:rsidP="0030397D">
            <w:pPr>
              <w:spacing w:before="64" w:line="266" w:lineRule="auto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lang w:val="ru-RU"/>
              </w:rPr>
              <w:t>Коллективное</w:t>
            </w:r>
            <w:r w:rsidRPr="0030397D">
              <w:rPr>
                <w:rFonts w:ascii="Times New Roman" w:eastAsia="Times New Roman" w:hAnsi="Times New Roman" w:cs="Times New Roman"/>
                <w:spacing w:val="-9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lang w:val="ru-RU"/>
              </w:rPr>
              <w:t>обсуждение:</w:t>
            </w:r>
            <w:r w:rsidRPr="0030397D">
              <w:rPr>
                <w:rFonts w:ascii="Times New Roman" w:eastAsia="Times New Roman" w:hAnsi="Times New Roman" w:cs="Times New Roman"/>
                <w:spacing w:val="-9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lang w:val="ru-RU"/>
              </w:rPr>
              <w:t>анализ</w:t>
            </w:r>
            <w:r w:rsidRPr="0030397D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реальной</w:t>
            </w:r>
            <w:r w:rsidRPr="0030397D">
              <w:rPr>
                <w:rFonts w:ascii="Times New Roman" w:eastAsia="Times New Roman" w:hAnsi="Times New Roman" w:cs="Times New Roman"/>
                <w:spacing w:val="-9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ситуации,</w:t>
            </w:r>
            <w:r w:rsidRPr="0030397D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представленной</w:t>
            </w:r>
            <w:r w:rsidRPr="0030397D">
              <w:rPr>
                <w:rFonts w:ascii="Times New Roman" w:eastAsia="Times New Roman" w:hAnsi="Times New Roman" w:cs="Times New Roman"/>
                <w:spacing w:val="-9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с</w:t>
            </w:r>
            <w:r w:rsidRPr="0030397D">
              <w:rPr>
                <w:rFonts w:ascii="Times New Roman" w:eastAsia="Times New Roman" w:hAnsi="Times New Roman" w:cs="Times New Roman"/>
                <w:spacing w:val="1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помощью рисунка, иллюстрации, текста, таблицы, схемы (описание</w:t>
            </w:r>
            <w:r w:rsidRPr="0030397D">
              <w:rPr>
                <w:rFonts w:ascii="Times New Roman" w:eastAsia="Times New Roman" w:hAnsi="Times New Roman" w:cs="Times New Roman"/>
                <w:spacing w:val="1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ситуации,</w:t>
            </w:r>
            <w:r w:rsidRPr="0030397D">
              <w:rPr>
                <w:rFonts w:ascii="Times New Roman" w:eastAsia="Times New Roman" w:hAnsi="Times New Roman" w:cs="Times New Roman"/>
                <w:spacing w:val="-10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что</w:t>
            </w:r>
            <w:r w:rsidRPr="0030397D">
              <w:rPr>
                <w:rFonts w:ascii="Times New Roman" w:eastAsia="Times New Roman" w:hAnsi="Times New Roman" w:cs="Times New Roman"/>
                <w:spacing w:val="-9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известно,</w:t>
            </w:r>
            <w:r w:rsidRPr="0030397D">
              <w:rPr>
                <w:rFonts w:ascii="Times New Roman" w:eastAsia="Times New Roman" w:hAnsi="Times New Roman" w:cs="Times New Roman"/>
                <w:spacing w:val="-9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что</w:t>
            </w:r>
            <w:r w:rsidRPr="0030397D">
              <w:rPr>
                <w:rFonts w:ascii="Times New Roman" w:eastAsia="Times New Roman" w:hAnsi="Times New Roman" w:cs="Times New Roman"/>
                <w:spacing w:val="-9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не</w:t>
            </w:r>
            <w:r w:rsidRPr="0030397D">
              <w:rPr>
                <w:rFonts w:ascii="Times New Roman" w:eastAsia="Times New Roman" w:hAnsi="Times New Roman" w:cs="Times New Roman"/>
                <w:spacing w:val="-10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известно;</w:t>
            </w:r>
            <w:r w:rsidRPr="0030397D">
              <w:rPr>
                <w:rFonts w:ascii="Times New Roman" w:eastAsia="Times New Roman" w:hAnsi="Times New Roman" w:cs="Times New Roman"/>
                <w:spacing w:val="-9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условие</w:t>
            </w:r>
            <w:r w:rsidRPr="0030397D">
              <w:rPr>
                <w:rFonts w:ascii="Times New Roman" w:eastAsia="Times New Roman" w:hAnsi="Times New Roman" w:cs="Times New Roman"/>
                <w:spacing w:val="-9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задачи,</w:t>
            </w:r>
            <w:r w:rsidRPr="0030397D">
              <w:rPr>
                <w:rFonts w:ascii="Times New Roman" w:eastAsia="Times New Roman" w:hAnsi="Times New Roman" w:cs="Times New Roman"/>
                <w:spacing w:val="-9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вопрос</w:t>
            </w:r>
            <w:r w:rsidRPr="0030397D">
              <w:rPr>
                <w:rFonts w:ascii="Times New Roman" w:eastAsia="Times New Roman" w:hAnsi="Times New Roman" w:cs="Times New Roman"/>
                <w:spacing w:val="-10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задачи);</w:t>
            </w:r>
          </w:p>
        </w:tc>
        <w:tc>
          <w:tcPr>
            <w:tcW w:w="1236" w:type="dxa"/>
          </w:tcPr>
          <w:p w:rsidR="0030397D" w:rsidRPr="0030397D" w:rsidRDefault="0030397D" w:rsidP="0030397D">
            <w:pPr>
              <w:spacing w:before="64" w:line="266" w:lineRule="auto"/>
              <w:ind w:right="161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Практическая</w:t>
            </w:r>
            <w:r w:rsidRPr="0030397D">
              <w:rPr>
                <w:rFonts w:ascii="Times New Roman" w:eastAsia="Times New Roman" w:hAnsi="Times New Roman" w:cs="Times New Roman"/>
                <w:spacing w:val="-37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работа;</w:t>
            </w:r>
            <w:r w:rsidRPr="0030397D">
              <w:rPr>
                <w:rFonts w:ascii="Times New Roman" w:eastAsia="Times New Roman" w:hAnsi="Times New Roman" w:cs="Times New Roman"/>
                <w:spacing w:val="1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lang w:val="ru-RU"/>
              </w:rPr>
              <w:t>Тестирование;</w:t>
            </w:r>
          </w:p>
        </w:tc>
        <w:tc>
          <w:tcPr>
            <w:tcW w:w="1548" w:type="dxa"/>
          </w:tcPr>
          <w:p w:rsidR="0030397D" w:rsidRPr="0030397D" w:rsidRDefault="00D50E20" w:rsidP="0030397D">
            <w:pPr>
              <w:spacing w:before="64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hyperlink r:id="rId36">
              <w:r w:rsidR="0030397D" w:rsidRPr="0030397D">
                <w:rPr>
                  <w:rFonts w:ascii="Times New Roman" w:eastAsia="Times New Roman" w:hAnsi="Times New Roman" w:cs="Times New Roman"/>
                  <w:w w:val="105"/>
                  <w:sz w:val="15"/>
                  <w:lang w:val="ru-RU"/>
                </w:rPr>
                <w:t>http://nsportal.ru</w:t>
              </w:r>
            </w:hyperlink>
          </w:p>
        </w:tc>
      </w:tr>
      <w:tr w:rsidR="0030397D" w:rsidRPr="0030397D" w:rsidTr="005B299F">
        <w:trPr>
          <w:trHeight w:val="1485"/>
        </w:trPr>
        <w:tc>
          <w:tcPr>
            <w:tcW w:w="396" w:type="dxa"/>
          </w:tcPr>
          <w:p w:rsidR="0030397D" w:rsidRPr="0030397D" w:rsidRDefault="0030397D" w:rsidP="0030397D">
            <w:pPr>
              <w:spacing w:before="64"/>
              <w:ind w:right="49"/>
              <w:jc w:val="center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4.5.</w:t>
            </w:r>
          </w:p>
        </w:tc>
        <w:tc>
          <w:tcPr>
            <w:tcW w:w="3614" w:type="dxa"/>
          </w:tcPr>
          <w:p w:rsidR="0030397D" w:rsidRPr="0030397D" w:rsidRDefault="0030397D" w:rsidP="0030397D">
            <w:pPr>
              <w:spacing w:before="64" w:line="266" w:lineRule="auto"/>
              <w:ind w:right="114"/>
              <w:rPr>
                <w:rFonts w:ascii="Times New Roman" w:eastAsia="Times New Roman" w:hAnsi="Times New Roman" w:cs="Times New Roman"/>
                <w:b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b/>
                <w:w w:val="105"/>
                <w:sz w:val="15"/>
                <w:lang w:val="ru-RU"/>
              </w:rPr>
              <w:t>Обнаружение недостающего элемента задачи,</w:t>
            </w:r>
            <w:r w:rsidRPr="0030397D">
              <w:rPr>
                <w:rFonts w:ascii="Times New Roman" w:eastAsia="Times New Roman" w:hAnsi="Times New Roman" w:cs="Times New Roman"/>
                <w:b/>
                <w:spacing w:val="1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b/>
                <w:spacing w:val="-1"/>
                <w:w w:val="105"/>
                <w:sz w:val="15"/>
                <w:lang w:val="ru-RU"/>
              </w:rPr>
              <w:t xml:space="preserve">дополнение текста задачи </w:t>
            </w:r>
            <w:r w:rsidRPr="0030397D">
              <w:rPr>
                <w:rFonts w:ascii="Times New Roman" w:eastAsia="Times New Roman" w:hAnsi="Times New Roman" w:cs="Times New Roman"/>
                <w:b/>
                <w:w w:val="105"/>
                <w:sz w:val="15"/>
                <w:lang w:val="ru-RU"/>
              </w:rPr>
              <w:t>числовыми данными</w:t>
            </w:r>
            <w:r w:rsidRPr="0030397D">
              <w:rPr>
                <w:rFonts w:ascii="Times New Roman" w:eastAsia="Times New Roman" w:hAnsi="Times New Roman" w:cs="Times New Roman"/>
                <w:b/>
                <w:spacing w:val="-37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b/>
                <w:w w:val="105"/>
                <w:sz w:val="15"/>
                <w:lang w:val="ru-RU"/>
              </w:rPr>
              <w:t>(по</w:t>
            </w:r>
            <w:r w:rsidRPr="0030397D">
              <w:rPr>
                <w:rFonts w:ascii="Times New Roman" w:eastAsia="Times New Roman" w:hAnsi="Times New Roman" w:cs="Times New Roman"/>
                <w:b/>
                <w:spacing w:val="21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b/>
                <w:w w:val="105"/>
                <w:sz w:val="15"/>
                <w:lang w:val="ru-RU"/>
              </w:rPr>
              <w:t>иллюстрации,</w:t>
            </w:r>
            <w:r w:rsidRPr="0030397D">
              <w:rPr>
                <w:rFonts w:ascii="Times New Roman" w:eastAsia="Times New Roman" w:hAnsi="Times New Roman" w:cs="Times New Roman"/>
                <w:b/>
                <w:spacing w:val="-9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b/>
                <w:w w:val="105"/>
                <w:sz w:val="15"/>
                <w:lang w:val="ru-RU"/>
              </w:rPr>
              <w:t>смыслу</w:t>
            </w:r>
            <w:r w:rsidRPr="0030397D">
              <w:rPr>
                <w:rFonts w:ascii="Times New Roman" w:eastAsia="Times New Roman" w:hAnsi="Times New Roman" w:cs="Times New Roman"/>
                <w:b/>
                <w:spacing w:val="-10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b/>
                <w:w w:val="105"/>
                <w:sz w:val="15"/>
                <w:lang w:val="ru-RU"/>
              </w:rPr>
              <w:t>задачи,</w:t>
            </w:r>
            <w:r w:rsidRPr="0030397D">
              <w:rPr>
                <w:rFonts w:ascii="Times New Roman" w:eastAsia="Times New Roman" w:hAnsi="Times New Roman" w:cs="Times New Roman"/>
                <w:b/>
                <w:spacing w:val="-9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b/>
                <w:w w:val="105"/>
                <w:sz w:val="15"/>
                <w:lang w:val="ru-RU"/>
              </w:rPr>
              <w:t>её</w:t>
            </w:r>
            <w:r w:rsidRPr="0030397D">
              <w:rPr>
                <w:rFonts w:ascii="Times New Roman" w:eastAsia="Times New Roman" w:hAnsi="Times New Roman" w:cs="Times New Roman"/>
                <w:b/>
                <w:spacing w:val="-10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b/>
                <w:w w:val="105"/>
                <w:sz w:val="15"/>
                <w:lang w:val="ru-RU"/>
              </w:rPr>
              <w:t>решению).</w:t>
            </w:r>
          </w:p>
        </w:tc>
        <w:tc>
          <w:tcPr>
            <w:tcW w:w="528" w:type="dxa"/>
          </w:tcPr>
          <w:p w:rsidR="0030397D" w:rsidRPr="0030397D" w:rsidRDefault="0030397D" w:rsidP="0030397D">
            <w:pPr>
              <w:spacing w:before="64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4"/>
                <w:sz w:val="15"/>
                <w:lang w:val="ru-RU"/>
              </w:rPr>
              <w:t>2</w:t>
            </w:r>
          </w:p>
        </w:tc>
        <w:tc>
          <w:tcPr>
            <w:tcW w:w="1104" w:type="dxa"/>
          </w:tcPr>
          <w:p w:rsidR="0030397D" w:rsidRPr="0030397D" w:rsidRDefault="0030397D" w:rsidP="0030397D">
            <w:pPr>
              <w:spacing w:before="64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4"/>
                <w:sz w:val="15"/>
                <w:lang w:val="ru-RU"/>
              </w:rPr>
              <w:t>0</w:t>
            </w:r>
          </w:p>
        </w:tc>
        <w:tc>
          <w:tcPr>
            <w:tcW w:w="1140" w:type="dxa"/>
          </w:tcPr>
          <w:p w:rsidR="0030397D" w:rsidRPr="0030397D" w:rsidRDefault="0030397D" w:rsidP="0030397D">
            <w:pPr>
              <w:spacing w:before="64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4"/>
                <w:sz w:val="15"/>
                <w:lang w:val="ru-RU"/>
              </w:rPr>
              <w:t>2</w:t>
            </w:r>
          </w:p>
        </w:tc>
        <w:tc>
          <w:tcPr>
            <w:tcW w:w="864" w:type="dxa"/>
          </w:tcPr>
          <w:p w:rsidR="0030397D" w:rsidRPr="0030397D" w:rsidRDefault="0030397D" w:rsidP="0030397D">
            <w:pPr>
              <w:spacing w:before="64"/>
              <w:ind w:right="45"/>
              <w:jc w:val="center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24.01.2023</w:t>
            </w:r>
          </w:p>
        </w:tc>
        <w:tc>
          <w:tcPr>
            <w:tcW w:w="5066" w:type="dxa"/>
          </w:tcPr>
          <w:p w:rsidR="0030397D" w:rsidRPr="0030397D" w:rsidRDefault="0030397D" w:rsidP="0030397D">
            <w:pPr>
              <w:spacing w:before="64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Соотнесение</w:t>
            </w:r>
            <w:r w:rsidRPr="0030397D">
              <w:rPr>
                <w:rFonts w:ascii="Times New Roman" w:eastAsia="Times New Roman" w:hAnsi="Times New Roman" w:cs="Times New Roman"/>
                <w:spacing w:val="-9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текста</w:t>
            </w:r>
            <w:r w:rsidRPr="0030397D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задачи</w:t>
            </w:r>
            <w:r w:rsidRPr="0030397D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и</w:t>
            </w:r>
            <w:r w:rsidRPr="0030397D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её</w:t>
            </w:r>
            <w:r w:rsidRPr="0030397D">
              <w:rPr>
                <w:rFonts w:ascii="Times New Roman" w:eastAsia="Times New Roman" w:hAnsi="Times New Roman" w:cs="Times New Roman"/>
                <w:spacing w:val="-9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модели;</w:t>
            </w:r>
          </w:p>
          <w:p w:rsidR="0030397D" w:rsidRPr="0030397D" w:rsidRDefault="0030397D" w:rsidP="0030397D">
            <w:pPr>
              <w:spacing w:before="20" w:line="266" w:lineRule="auto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Моделирование: описание словами и с помощью предметной модели</w:t>
            </w:r>
            <w:r w:rsidRPr="0030397D">
              <w:rPr>
                <w:rFonts w:ascii="Times New Roman" w:eastAsia="Times New Roman" w:hAnsi="Times New Roman" w:cs="Times New Roman"/>
                <w:spacing w:val="1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 xml:space="preserve">сюжетной ситуации и </w:t>
            </w:r>
            <w:proofErr w:type="spellStart"/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математическогоотношения</w:t>
            </w:r>
            <w:proofErr w:type="spellEnd"/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. Иллюстрация</w:t>
            </w:r>
            <w:r w:rsidRPr="0030397D">
              <w:rPr>
                <w:rFonts w:ascii="Times New Roman" w:eastAsia="Times New Roman" w:hAnsi="Times New Roman" w:cs="Times New Roman"/>
                <w:spacing w:val="1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lang w:val="ru-RU"/>
              </w:rPr>
              <w:t>практической</w:t>
            </w:r>
            <w:r w:rsidRPr="0030397D">
              <w:rPr>
                <w:rFonts w:ascii="Times New Roman" w:eastAsia="Times New Roman" w:hAnsi="Times New Roman" w:cs="Times New Roman"/>
                <w:spacing w:val="-9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lang w:val="ru-RU"/>
              </w:rPr>
              <w:t>ситуации</w:t>
            </w:r>
            <w:r w:rsidRPr="0030397D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lang w:val="ru-RU"/>
              </w:rPr>
              <w:t>с</w:t>
            </w:r>
            <w:r w:rsidRPr="0030397D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lang w:val="ru-RU"/>
              </w:rPr>
              <w:t>использованием</w:t>
            </w:r>
            <w:r w:rsidRPr="0030397D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счётного</w:t>
            </w:r>
            <w:r w:rsidRPr="0030397D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материала.</w:t>
            </w:r>
            <w:r w:rsidRPr="0030397D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Решение</w:t>
            </w:r>
            <w:r w:rsidRPr="0030397D">
              <w:rPr>
                <w:rFonts w:ascii="Times New Roman" w:eastAsia="Times New Roman" w:hAnsi="Times New Roman" w:cs="Times New Roman"/>
                <w:spacing w:val="1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текстовой задачи с помощью раздаточного материала. Объяснение</w:t>
            </w:r>
            <w:r w:rsidRPr="0030397D">
              <w:rPr>
                <w:rFonts w:ascii="Times New Roman" w:eastAsia="Times New Roman" w:hAnsi="Times New Roman" w:cs="Times New Roman"/>
                <w:spacing w:val="1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выбора арифметического действия для решения, иллюстрация хода</w:t>
            </w:r>
            <w:r w:rsidRPr="0030397D">
              <w:rPr>
                <w:rFonts w:ascii="Times New Roman" w:eastAsia="Times New Roman" w:hAnsi="Times New Roman" w:cs="Times New Roman"/>
                <w:spacing w:val="1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решения,</w:t>
            </w:r>
            <w:r w:rsidRPr="0030397D">
              <w:rPr>
                <w:rFonts w:ascii="Times New Roman" w:eastAsia="Times New Roman" w:hAnsi="Times New Roman" w:cs="Times New Roman"/>
                <w:spacing w:val="-2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выполнения</w:t>
            </w:r>
            <w:r w:rsidRPr="0030397D">
              <w:rPr>
                <w:rFonts w:ascii="Times New Roman" w:eastAsia="Times New Roman" w:hAnsi="Times New Roman" w:cs="Times New Roman"/>
                <w:spacing w:val="-2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действия</w:t>
            </w:r>
            <w:r w:rsidRPr="0030397D">
              <w:rPr>
                <w:rFonts w:ascii="Times New Roman" w:eastAsia="Times New Roman" w:hAnsi="Times New Roman" w:cs="Times New Roman"/>
                <w:spacing w:val="-2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на</w:t>
            </w:r>
            <w:r w:rsidRPr="0030397D">
              <w:rPr>
                <w:rFonts w:ascii="Times New Roman" w:eastAsia="Times New Roman" w:hAnsi="Times New Roman" w:cs="Times New Roman"/>
                <w:spacing w:val="-2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модели;</w:t>
            </w:r>
          </w:p>
        </w:tc>
        <w:tc>
          <w:tcPr>
            <w:tcW w:w="1236" w:type="dxa"/>
          </w:tcPr>
          <w:p w:rsidR="0030397D" w:rsidRPr="0030397D" w:rsidRDefault="0030397D" w:rsidP="0030397D">
            <w:pPr>
              <w:spacing w:before="64" w:line="266" w:lineRule="auto"/>
              <w:ind w:right="204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lang w:val="ru-RU"/>
              </w:rPr>
              <w:t>Практическая</w:t>
            </w:r>
            <w:r w:rsidRPr="0030397D">
              <w:rPr>
                <w:rFonts w:ascii="Times New Roman" w:eastAsia="Times New Roman" w:hAnsi="Times New Roman" w:cs="Times New Roman"/>
                <w:spacing w:val="-37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работа;</w:t>
            </w:r>
          </w:p>
        </w:tc>
        <w:tc>
          <w:tcPr>
            <w:tcW w:w="1548" w:type="dxa"/>
          </w:tcPr>
          <w:p w:rsidR="0030397D" w:rsidRPr="0030397D" w:rsidRDefault="00D50E20" w:rsidP="0030397D">
            <w:pPr>
              <w:spacing w:before="64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hyperlink r:id="rId37">
              <w:r w:rsidR="0030397D" w:rsidRPr="0030397D">
                <w:rPr>
                  <w:rFonts w:ascii="Times New Roman" w:eastAsia="Times New Roman" w:hAnsi="Times New Roman" w:cs="Times New Roman"/>
                  <w:w w:val="105"/>
                  <w:sz w:val="15"/>
                  <w:lang w:val="ru-RU"/>
                </w:rPr>
                <w:t>http://nsportal.ru</w:t>
              </w:r>
            </w:hyperlink>
          </w:p>
        </w:tc>
      </w:tr>
      <w:tr w:rsidR="0030397D" w:rsidRPr="0030397D" w:rsidTr="005B299F">
        <w:trPr>
          <w:trHeight w:val="333"/>
        </w:trPr>
        <w:tc>
          <w:tcPr>
            <w:tcW w:w="4010" w:type="dxa"/>
            <w:gridSpan w:val="2"/>
          </w:tcPr>
          <w:p w:rsidR="0030397D" w:rsidRPr="0030397D" w:rsidRDefault="0030397D" w:rsidP="0030397D">
            <w:pPr>
              <w:spacing w:before="64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Итого</w:t>
            </w:r>
            <w:r w:rsidRPr="0030397D">
              <w:rPr>
                <w:rFonts w:ascii="Times New Roman" w:eastAsia="Times New Roman" w:hAnsi="Times New Roman" w:cs="Times New Roman"/>
                <w:spacing w:val="-7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по</w:t>
            </w:r>
            <w:r w:rsidRPr="0030397D">
              <w:rPr>
                <w:rFonts w:ascii="Times New Roman" w:eastAsia="Times New Roman" w:hAnsi="Times New Roman" w:cs="Times New Roman"/>
                <w:spacing w:val="-7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разделу</w:t>
            </w:r>
          </w:p>
        </w:tc>
        <w:tc>
          <w:tcPr>
            <w:tcW w:w="528" w:type="dxa"/>
          </w:tcPr>
          <w:p w:rsidR="0030397D" w:rsidRPr="0030397D" w:rsidRDefault="0030397D" w:rsidP="0030397D">
            <w:pPr>
              <w:spacing w:before="64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16</w:t>
            </w:r>
          </w:p>
        </w:tc>
        <w:tc>
          <w:tcPr>
            <w:tcW w:w="10958" w:type="dxa"/>
            <w:gridSpan w:val="6"/>
          </w:tcPr>
          <w:p w:rsidR="0030397D" w:rsidRPr="0030397D" w:rsidRDefault="0030397D" w:rsidP="0030397D">
            <w:pPr>
              <w:rPr>
                <w:rFonts w:ascii="Times New Roman" w:eastAsia="Times New Roman" w:hAnsi="Times New Roman" w:cs="Times New Roman"/>
                <w:sz w:val="14"/>
                <w:lang w:val="ru-RU"/>
              </w:rPr>
            </w:pPr>
          </w:p>
        </w:tc>
      </w:tr>
      <w:tr w:rsidR="0030397D" w:rsidRPr="0068099F" w:rsidTr="005B299F">
        <w:trPr>
          <w:trHeight w:val="333"/>
        </w:trPr>
        <w:tc>
          <w:tcPr>
            <w:tcW w:w="15496" w:type="dxa"/>
            <w:gridSpan w:val="9"/>
          </w:tcPr>
          <w:p w:rsidR="0030397D" w:rsidRPr="0030397D" w:rsidRDefault="0030397D" w:rsidP="0030397D">
            <w:pPr>
              <w:spacing w:before="64"/>
              <w:rPr>
                <w:rFonts w:ascii="Times New Roman" w:eastAsia="Times New Roman" w:hAnsi="Times New Roman" w:cs="Times New Roman"/>
                <w:b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lang w:val="ru-RU"/>
              </w:rPr>
              <w:t>Раздел</w:t>
            </w:r>
            <w:r w:rsidRPr="0030397D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lang w:val="ru-RU"/>
              </w:rPr>
              <w:t>5.</w:t>
            </w:r>
            <w:r w:rsidRPr="0030397D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b/>
                <w:spacing w:val="-1"/>
                <w:w w:val="105"/>
                <w:sz w:val="15"/>
                <w:lang w:val="ru-RU"/>
              </w:rPr>
              <w:t>Пространственные</w:t>
            </w:r>
            <w:r w:rsidRPr="0030397D">
              <w:rPr>
                <w:rFonts w:ascii="Times New Roman" w:eastAsia="Times New Roman" w:hAnsi="Times New Roman" w:cs="Times New Roman"/>
                <w:b/>
                <w:spacing w:val="-8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b/>
                <w:w w:val="105"/>
                <w:sz w:val="15"/>
                <w:lang w:val="ru-RU"/>
              </w:rPr>
              <w:t>отношения</w:t>
            </w:r>
            <w:r w:rsidRPr="0030397D">
              <w:rPr>
                <w:rFonts w:ascii="Times New Roman" w:eastAsia="Times New Roman" w:hAnsi="Times New Roman" w:cs="Times New Roman"/>
                <w:b/>
                <w:spacing w:val="-7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b/>
                <w:w w:val="105"/>
                <w:sz w:val="15"/>
                <w:lang w:val="ru-RU"/>
              </w:rPr>
              <w:t>и</w:t>
            </w:r>
            <w:r w:rsidRPr="0030397D">
              <w:rPr>
                <w:rFonts w:ascii="Times New Roman" w:eastAsia="Times New Roman" w:hAnsi="Times New Roman" w:cs="Times New Roman"/>
                <w:b/>
                <w:spacing w:val="24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b/>
                <w:w w:val="105"/>
                <w:sz w:val="15"/>
                <w:lang w:val="ru-RU"/>
              </w:rPr>
              <w:t>геометрические</w:t>
            </w:r>
            <w:r w:rsidRPr="0030397D">
              <w:rPr>
                <w:rFonts w:ascii="Times New Roman" w:eastAsia="Times New Roman" w:hAnsi="Times New Roman" w:cs="Times New Roman"/>
                <w:b/>
                <w:spacing w:val="-8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b/>
                <w:w w:val="105"/>
                <w:sz w:val="15"/>
                <w:lang w:val="ru-RU"/>
              </w:rPr>
              <w:t>фигуры</w:t>
            </w:r>
          </w:p>
        </w:tc>
      </w:tr>
      <w:tr w:rsidR="0030397D" w:rsidRPr="0030397D" w:rsidTr="005B299F">
        <w:trPr>
          <w:trHeight w:val="921"/>
        </w:trPr>
        <w:tc>
          <w:tcPr>
            <w:tcW w:w="396" w:type="dxa"/>
          </w:tcPr>
          <w:p w:rsidR="0030397D" w:rsidRPr="0030397D" w:rsidRDefault="0030397D" w:rsidP="0030397D">
            <w:pPr>
              <w:spacing w:before="64"/>
              <w:ind w:right="49"/>
              <w:jc w:val="center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5.1.</w:t>
            </w:r>
          </w:p>
        </w:tc>
        <w:tc>
          <w:tcPr>
            <w:tcW w:w="3614" w:type="dxa"/>
          </w:tcPr>
          <w:p w:rsidR="0030397D" w:rsidRPr="0030397D" w:rsidRDefault="0030397D" w:rsidP="0030397D">
            <w:pPr>
              <w:spacing w:before="64" w:line="266" w:lineRule="auto"/>
              <w:rPr>
                <w:rFonts w:ascii="Times New Roman" w:eastAsia="Times New Roman" w:hAnsi="Times New Roman" w:cs="Times New Roman"/>
                <w:b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b/>
                <w:w w:val="105"/>
                <w:sz w:val="15"/>
                <w:lang w:val="ru-RU"/>
              </w:rPr>
              <w:t>Расположение предметов и</w:t>
            </w:r>
            <w:r w:rsidRPr="0030397D">
              <w:rPr>
                <w:rFonts w:ascii="Times New Roman" w:eastAsia="Times New Roman" w:hAnsi="Times New Roman" w:cs="Times New Roman"/>
                <w:b/>
                <w:spacing w:val="1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b/>
                <w:w w:val="105"/>
                <w:sz w:val="15"/>
                <w:lang w:val="ru-RU"/>
              </w:rPr>
              <w:t>объектов на</w:t>
            </w:r>
            <w:r w:rsidRPr="0030397D">
              <w:rPr>
                <w:rFonts w:ascii="Times New Roman" w:eastAsia="Times New Roman" w:hAnsi="Times New Roman" w:cs="Times New Roman"/>
                <w:b/>
                <w:spacing w:val="1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b/>
                <w:spacing w:val="-1"/>
                <w:w w:val="105"/>
                <w:sz w:val="15"/>
                <w:lang w:val="ru-RU"/>
              </w:rPr>
              <w:t>плоскости,</w:t>
            </w:r>
            <w:r w:rsidRPr="0030397D">
              <w:rPr>
                <w:rFonts w:ascii="Times New Roman" w:eastAsia="Times New Roman" w:hAnsi="Times New Roman" w:cs="Times New Roman"/>
                <w:b/>
                <w:spacing w:val="-7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b/>
                <w:spacing w:val="-1"/>
                <w:w w:val="105"/>
                <w:sz w:val="15"/>
                <w:lang w:val="ru-RU"/>
              </w:rPr>
              <w:t>в</w:t>
            </w:r>
            <w:r w:rsidRPr="0030397D">
              <w:rPr>
                <w:rFonts w:ascii="Times New Roman" w:eastAsia="Times New Roman" w:hAnsi="Times New Roman" w:cs="Times New Roman"/>
                <w:b/>
                <w:spacing w:val="26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b/>
                <w:spacing w:val="-1"/>
                <w:w w:val="105"/>
                <w:sz w:val="15"/>
                <w:lang w:val="ru-RU"/>
              </w:rPr>
              <w:t>пространстве:</w:t>
            </w:r>
            <w:r w:rsidRPr="0030397D">
              <w:rPr>
                <w:rFonts w:ascii="Times New Roman" w:eastAsia="Times New Roman" w:hAnsi="Times New Roman" w:cs="Times New Roman"/>
                <w:b/>
                <w:spacing w:val="-7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b/>
                <w:w w:val="105"/>
                <w:sz w:val="15"/>
                <w:lang w:val="ru-RU"/>
              </w:rPr>
              <w:t>слева/справа,</w:t>
            </w:r>
            <w:r w:rsidRPr="0030397D">
              <w:rPr>
                <w:rFonts w:ascii="Times New Roman" w:eastAsia="Times New Roman" w:hAnsi="Times New Roman" w:cs="Times New Roman"/>
                <w:b/>
                <w:spacing w:val="-36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b/>
                <w:w w:val="105"/>
                <w:sz w:val="15"/>
                <w:lang w:val="ru-RU"/>
              </w:rPr>
              <w:t>сверху/снизу, между; установление</w:t>
            </w:r>
            <w:r w:rsidRPr="0030397D">
              <w:rPr>
                <w:rFonts w:ascii="Times New Roman" w:eastAsia="Times New Roman" w:hAnsi="Times New Roman" w:cs="Times New Roman"/>
                <w:b/>
                <w:spacing w:val="1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b/>
                <w:w w:val="105"/>
                <w:sz w:val="15"/>
                <w:lang w:val="ru-RU"/>
              </w:rPr>
              <w:t>пространственных</w:t>
            </w:r>
            <w:r w:rsidRPr="0030397D">
              <w:rPr>
                <w:rFonts w:ascii="Times New Roman" w:eastAsia="Times New Roman" w:hAnsi="Times New Roman" w:cs="Times New Roman"/>
                <w:b/>
                <w:spacing w:val="-3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b/>
                <w:w w:val="105"/>
                <w:sz w:val="15"/>
                <w:lang w:val="ru-RU"/>
              </w:rPr>
              <w:t>отношений.</w:t>
            </w:r>
          </w:p>
        </w:tc>
        <w:tc>
          <w:tcPr>
            <w:tcW w:w="528" w:type="dxa"/>
          </w:tcPr>
          <w:p w:rsidR="0030397D" w:rsidRPr="0030397D" w:rsidRDefault="0030397D" w:rsidP="0030397D">
            <w:pPr>
              <w:spacing w:before="64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4"/>
                <w:sz w:val="15"/>
                <w:lang w:val="ru-RU"/>
              </w:rPr>
              <w:t>3</w:t>
            </w:r>
          </w:p>
        </w:tc>
        <w:tc>
          <w:tcPr>
            <w:tcW w:w="1104" w:type="dxa"/>
          </w:tcPr>
          <w:p w:rsidR="0030397D" w:rsidRPr="0030397D" w:rsidRDefault="0030397D" w:rsidP="0030397D">
            <w:pPr>
              <w:spacing w:before="64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4"/>
                <w:sz w:val="15"/>
                <w:lang w:val="ru-RU"/>
              </w:rPr>
              <w:t>0</w:t>
            </w:r>
          </w:p>
        </w:tc>
        <w:tc>
          <w:tcPr>
            <w:tcW w:w="1140" w:type="dxa"/>
          </w:tcPr>
          <w:p w:rsidR="0030397D" w:rsidRPr="0030397D" w:rsidRDefault="0030397D" w:rsidP="0030397D">
            <w:pPr>
              <w:spacing w:before="64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4"/>
                <w:sz w:val="15"/>
                <w:lang w:val="ru-RU"/>
              </w:rPr>
              <w:t>3</w:t>
            </w:r>
          </w:p>
        </w:tc>
        <w:tc>
          <w:tcPr>
            <w:tcW w:w="864" w:type="dxa"/>
          </w:tcPr>
          <w:p w:rsidR="0030397D" w:rsidRPr="0030397D" w:rsidRDefault="0030397D" w:rsidP="0030397D">
            <w:pPr>
              <w:spacing w:before="64"/>
              <w:ind w:right="45"/>
              <w:jc w:val="center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30.01.2023</w:t>
            </w:r>
          </w:p>
        </w:tc>
        <w:tc>
          <w:tcPr>
            <w:tcW w:w="5066" w:type="dxa"/>
          </w:tcPr>
          <w:p w:rsidR="0030397D" w:rsidRPr="0030397D" w:rsidRDefault="0030397D" w:rsidP="0030397D">
            <w:pPr>
              <w:spacing w:before="64" w:line="266" w:lineRule="auto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lang w:val="ru-RU"/>
              </w:rPr>
              <w:t>Распознавание</w:t>
            </w:r>
            <w:r w:rsidRPr="0030397D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lang w:val="ru-RU"/>
              </w:rPr>
              <w:t>и</w:t>
            </w:r>
            <w:r w:rsidRPr="0030397D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lang w:val="ru-RU"/>
              </w:rPr>
              <w:t>называние</w:t>
            </w:r>
            <w:r w:rsidRPr="0030397D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lang w:val="ru-RU"/>
              </w:rPr>
              <w:t>известных</w:t>
            </w:r>
            <w:r w:rsidRPr="0030397D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геометрических</w:t>
            </w:r>
            <w:r w:rsidRPr="0030397D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фигур,</w:t>
            </w:r>
            <w:r w:rsidRPr="0030397D">
              <w:rPr>
                <w:rFonts w:ascii="Times New Roman" w:eastAsia="Times New Roman" w:hAnsi="Times New Roman" w:cs="Times New Roman"/>
                <w:spacing w:val="-36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обнаружение</w:t>
            </w:r>
            <w:r w:rsidRPr="0030397D">
              <w:rPr>
                <w:rFonts w:ascii="Times New Roman" w:eastAsia="Times New Roman" w:hAnsi="Times New Roman" w:cs="Times New Roman"/>
                <w:spacing w:val="-3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в</w:t>
            </w:r>
            <w:r w:rsidRPr="0030397D">
              <w:rPr>
                <w:rFonts w:ascii="Times New Roman" w:eastAsia="Times New Roman" w:hAnsi="Times New Roman" w:cs="Times New Roman"/>
                <w:spacing w:val="-2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окружающем</w:t>
            </w:r>
            <w:r w:rsidRPr="0030397D">
              <w:rPr>
                <w:rFonts w:ascii="Times New Roman" w:eastAsia="Times New Roman" w:hAnsi="Times New Roman" w:cs="Times New Roman"/>
                <w:spacing w:val="-3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мире</w:t>
            </w:r>
            <w:r w:rsidRPr="0030397D">
              <w:rPr>
                <w:rFonts w:ascii="Times New Roman" w:eastAsia="Times New Roman" w:hAnsi="Times New Roman" w:cs="Times New Roman"/>
                <w:spacing w:val="-2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их</w:t>
            </w:r>
            <w:r w:rsidRPr="0030397D">
              <w:rPr>
                <w:rFonts w:ascii="Times New Roman" w:eastAsia="Times New Roman" w:hAnsi="Times New Roman" w:cs="Times New Roman"/>
                <w:spacing w:val="-2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моделей;</w:t>
            </w:r>
          </w:p>
        </w:tc>
        <w:tc>
          <w:tcPr>
            <w:tcW w:w="1236" w:type="dxa"/>
          </w:tcPr>
          <w:p w:rsidR="0030397D" w:rsidRPr="0030397D" w:rsidRDefault="0030397D" w:rsidP="0030397D">
            <w:pPr>
              <w:spacing w:before="64" w:line="266" w:lineRule="auto"/>
              <w:ind w:right="204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lang w:val="ru-RU"/>
              </w:rPr>
              <w:t>Практическая</w:t>
            </w:r>
            <w:r w:rsidRPr="0030397D">
              <w:rPr>
                <w:rFonts w:ascii="Times New Roman" w:eastAsia="Times New Roman" w:hAnsi="Times New Roman" w:cs="Times New Roman"/>
                <w:spacing w:val="-37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работа;</w:t>
            </w:r>
          </w:p>
        </w:tc>
        <w:tc>
          <w:tcPr>
            <w:tcW w:w="1548" w:type="dxa"/>
          </w:tcPr>
          <w:p w:rsidR="0030397D" w:rsidRPr="0030397D" w:rsidRDefault="00D50E20" w:rsidP="0030397D">
            <w:pPr>
              <w:spacing w:before="64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hyperlink r:id="rId38">
              <w:r w:rsidR="0030397D" w:rsidRPr="0030397D">
                <w:rPr>
                  <w:rFonts w:ascii="Times New Roman" w:eastAsia="Times New Roman" w:hAnsi="Times New Roman" w:cs="Times New Roman"/>
                  <w:w w:val="105"/>
                  <w:sz w:val="15"/>
                  <w:lang w:val="ru-RU"/>
                </w:rPr>
                <w:t>http://nsportal.ru</w:t>
              </w:r>
            </w:hyperlink>
          </w:p>
        </w:tc>
      </w:tr>
      <w:tr w:rsidR="0030397D" w:rsidRPr="0030397D" w:rsidTr="005B299F">
        <w:trPr>
          <w:trHeight w:val="1485"/>
        </w:trPr>
        <w:tc>
          <w:tcPr>
            <w:tcW w:w="396" w:type="dxa"/>
          </w:tcPr>
          <w:p w:rsidR="0030397D" w:rsidRPr="0030397D" w:rsidRDefault="0030397D" w:rsidP="0030397D">
            <w:pPr>
              <w:spacing w:before="64"/>
              <w:ind w:right="49"/>
              <w:jc w:val="center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5.2.</w:t>
            </w:r>
          </w:p>
        </w:tc>
        <w:tc>
          <w:tcPr>
            <w:tcW w:w="3614" w:type="dxa"/>
          </w:tcPr>
          <w:p w:rsidR="0030397D" w:rsidRPr="0030397D" w:rsidRDefault="0030397D" w:rsidP="0030397D">
            <w:pPr>
              <w:spacing w:before="64"/>
              <w:rPr>
                <w:rFonts w:ascii="Times New Roman" w:eastAsia="Times New Roman" w:hAnsi="Times New Roman" w:cs="Times New Roman"/>
                <w:b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b/>
                <w:w w:val="105"/>
                <w:sz w:val="15"/>
                <w:lang w:val="ru-RU"/>
              </w:rPr>
              <w:t>Распознавание</w:t>
            </w:r>
            <w:r w:rsidRPr="0030397D">
              <w:rPr>
                <w:rFonts w:ascii="Times New Roman" w:eastAsia="Times New Roman" w:hAnsi="Times New Roman" w:cs="Times New Roman"/>
                <w:b/>
                <w:spacing w:val="-10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b/>
                <w:w w:val="105"/>
                <w:sz w:val="15"/>
                <w:lang w:val="ru-RU"/>
              </w:rPr>
              <w:t>объекта</w:t>
            </w:r>
            <w:r w:rsidRPr="0030397D">
              <w:rPr>
                <w:rFonts w:ascii="Times New Roman" w:eastAsia="Times New Roman" w:hAnsi="Times New Roman" w:cs="Times New Roman"/>
                <w:b/>
                <w:spacing w:val="-9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b/>
                <w:w w:val="105"/>
                <w:sz w:val="15"/>
                <w:lang w:val="ru-RU"/>
              </w:rPr>
              <w:t>и</w:t>
            </w:r>
            <w:r w:rsidRPr="0030397D">
              <w:rPr>
                <w:rFonts w:ascii="Times New Roman" w:eastAsia="Times New Roman" w:hAnsi="Times New Roman" w:cs="Times New Roman"/>
                <w:b/>
                <w:spacing w:val="-10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b/>
                <w:w w:val="105"/>
                <w:sz w:val="15"/>
                <w:lang w:val="ru-RU"/>
              </w:rPr>
              <w:t>его</w:t>
            </w:r>
            <w:r w:rsidRPr="0030397D">
              <w:rPr>
                <w:rFonts w:ascii="Times New Roman" w:eastAsia="Times New Roman" w:hAnsi="Times New Roman" w:cs="Times New Roman"/>
                <w:b/>
                <w:spacing w:val="-9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b/>
                <w:w w:val="105"/>
                <w:sz w:val="15"/>
                <w:lang w:val="ru-RU"/>
              </w:rPr>
              <w:t>отражения.</w:t>
            </w:r>
          </w:p>
        </w:tc>
        <w:tc>
          <w:tcPr>
            <w:tcW w:w="528" w:type="dxa"/>
          </w:tcPr>
          <w:p w:rsidR="0030397D" w:rsidRPr="0030397D" w:rsidRDefault="0030397D" w:rsidP="0030397D">
            <w:pPr>
              <w:spacing w:before="64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4"/>
                <w:sz w:val="15"/>
                <w:lang w:val="ru-RU"/>
              </w:rPr>
              <w:t>2</w:t>
            </w:r>
          </w:p>
        </w:tc>
        <w:tc>
          <w:tcPr>
            <w:tcW w:w="1104" w:type="dxa"/>
          </w:tcPr>
          <w:p w:rsidR="0030397D" w:rsidRPr="0030397D" w:rsidRDefault="0030397D" w:rsidP="0030397D">
            <w:pPr>
              <w:spacing w:before="64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4"/>
                <w:sz w:val="15"/>
                <w:lang w:val="ru-RU"/>
              </w:rPr>
              <w:t>0</w:t>
            </w:r>
          </w:p>
        </w:tc>
        <w:tc>
          <w:tcPr>
            <w:tcW w:w="1140" w:type="dxa"/>
          </w:tcPr>
          <w:p w:rsidR="0030397D" w:rsidRPr="0030397D" w:rsidRDefault="0030397D" w:rsidP="0030397D">
            <w:pPr>
              <w:spacing w:before="64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4"/>
                <w:sz w:val="15"/>
                <w:lang w:val="ru-RU"/>
              </w:rPr>
              <w:t>2</w:t>
            </w:r>
          </w:p>
        </w:tc>
        <w:tc>
          <w:tcPr>
            <w:tcW w:w="864" w:type="dxa"/>
          </w:tcPr>
          <w:p w:rsidR="0030397D" w:rsidRPr="0030397D" w:rsidRDefault="0030397D" w:rsidP="0030397D">
            <w:pPr>
              <w:spacing w:before="64"/>
              <w:ind w:right="45"/>
              <w:jc w:val="center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06.02.2023</w:t>
            </w:r>
          </w:p>
        </w:tc>
        <w:tc>
          <w:tcPr>
            <w:tcW w:w="5066" w:type="dxa"/>
          </w:tcPr>
          <w:p w:rsidR="0030397D" w:rsidRPr="0030397D" w:rsidRDefault="0030397D" w:rsidP="0030397D">
            <w:pPr>
              <w:spacing w:before="64" w:line="266" w:lineRule="auto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lang w:val="ru-RU"/>
              </w:rPr>
              <w:t>Распознавание</w:t>
            </w:r>
            <w:r w:rsidRPr="0030397D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lang w:val="ru-RU"/>
              </w:rPr>
              <w:t>и</w:t>
            </w:r>
            <w:r w:rsidRPr="0030397D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lang w:val="ru-RU"/>
              </w:rPr>
              <w:t>называние</w:t>
            </w:r>
            <w:r w:rsidRPr="0030397D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lang w:val="ru-RU"/>
              </w:rPr>
              <w:t>известных</w:t>
            </w:r>
            <w:r w:rsidRPr="0030397D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геометрических</w:t>
            </w:r>
            <w:r w:rsidRPr="0030397D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фигур,</w:t>
            </w:r>
            <w:r w:rsidRPr="0030397D">
              <w:rPr>
                <w:rFonts w:ascii="Times New Roman" w:eastAsia="Times New Roman" w:hAnsi="Times New Roman" w:cs="Times New Roman"/>
                <w:spacing w:val="-36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обнаружение</w:t>
            </w:r>
            <w:r w:rsidRPr="0030397D">
              <w:rPr>
                <w:rFonts w:ascii="Times New Roman" w:eastAsia="Times New Roman" w:hAnsi="Times New Roman" w:cs="Times New Roman"/>
                <w:spacing w:val="-3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в</w:t>
            </w:r>
            <w:r w:rsidRPr="0030397D">
              <w:rPr>
                <w:rFonts w:ascii="Times New Roman" w:eastAsia="Times New Roman" w:hAnsi="Times New Roman" w:cs="Times New Roman"/>
                <w:spacing w:val="-2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окружающем</w:t>
            </w:r>
            <w:r w:rsidRPr="0030397D">
              <w:rPr>
                <w:rFonts w:ascii="Times New Roman" w:eastAsia="Times New Roman" w:hAnsi="Times New Roman" w:cs="Times New Roman"/>
                <w:spacing w:val="-3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мире</w:t>
            </w:r>
            <w:r w:rsidRPr="0030397D">
              <w:rPr>
                <w:rFonts w:ascii="Times New Roman" w:eastAsia="Times New Roman" w:hAnsi="Times New Roman" w:cs="Times New Roman"/>
                <w:spacing w:val="-2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их</w:t>
            </w:r>
            <w:r w:rsidRPr="0030397D">
              <w:rPr>
                <w:rFonts w:ascii="Times New Roman" w:eastAsia="Times New Roman" w:hAnsi="Times New Roman" w:cs="Times New Roman"/>
                <w:spacing w:val="-2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моделей;</w:t>
            </w:r>
          </w:p>
          <w:p w:rsidR="0030397D" w:rsidRPr="0030397D" w:rsidRDefault="0030397D" w:rsidP="0030397D">
            <w:pPr>
              <w:spacing w:before="2" w:line="266" w:lineRule="auto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Игровые упражнения: «Угадай фигуру по описанию», «Расположи</w:t>
            </w:r>
            <w:r w:rsidRPr="0030397D">
              <w:rPr>
                <w:rFonts w:ascii="Times New Roman" w:eastAsia="Times New Roman" w:hAnsi="Times New Roman" w:cs="Times New Roman"/>
                <w:spacing w:val="1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фигуры в заданном порядке», «Найди модели фигур в классе» и т. п.;</w:t>
            </w:r>
            <w:r w:rsidRPr="0030397D">
              <w:rPr>
                <w:rFonts w:ascii="Times New Roman" w:eastAsia="Times New Roman" w:hAnsi="Times New Roman" w:cs="Times New Roman"/>
                <w:spacing w:val="-37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lang w:val="ru-RU"/>
              </w:rPr>
              <w:t>Практическая</w:t>
            </w:r>
            <w:r w:rsidRPr="0030397D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lang w:val="ru-RU"/>
              </w:rPr>
              <w:t>деятельность:</w:t>
            </w:r>
            <w:r w:rsidRPr="0030397D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lang w:val="ru-RU"/>
              </w:rPr>
              <w:t>графические</w:t>
            </w:r>
            <w:r w:rsidRPr="0030397D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и</w:t>
            </w:r>
            <w:r w:rsidRPr="0030397D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измерительные</w:t>
            </w:r>
            <w:r w:rsidRPr="0030397D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действия</w:t>
            </w:r>
            <w:r w:rsidRPr="0030397D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в</w:t>
            </w:r>
            <w:r w:rsidRPr="0030397D">
              <w:rPr>
                <w:rFonts w:ascii="Times New Roman" w:eastAsia="Times New Roman" w:hAnsi="Times New Roman" w:cs="Times New Roman"/>
                <w:spacing w:val="1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работе с карандашом и линейкой: копирование, рисование фигур по</w:t>
            </w:r>
            <w:r w:rsidRPr="0030397D">
              <w:rPr>
                <w:rFonts w:ascii="Times New Roman" w:eastAsia="Times New Roman" w:hAnsi="Times New Roman" w:cs="Times New Roman"/>
                <w:spacing w:val="1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инструкции;</w:t>
            </w:r>
          </w:p>
        </w:tc>
        <w:tc>
          <w:tcPr>
            <w:tcW w:w="1236" w:type="dxa"/>
          </w:tcPr>
          <w:p w:rsidR="0030397D" w:rsidRPr="0030397D" w:rsidRDefault="0030397D" w:rsidP="0030397D">
            <w:pPr>
              <w:spacing w:before="64" w:line="266" w:lineRule="auto"/>
              <w:ind w:right="204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lang w:val="ru-RU"/>
              </w:rPr>
              <w:t>Практическая</w:t>
            </w:r>
            <w:r w:rsidRPr="0030397D">
              <w:rPr>
                <w:rFonts w:ascii="Times New Roman" w:eastAsia="Times New Roman" w:hAnsi="Times New Roman" w:cs="Times New Roman"/>
                <w:spacing w:val="-37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работа;</w:t>
            </w:r>
          </w:p>
        </w:tc>
        <w:tc>
          <w:tcPr>
            <w:tcW w:w="1548" w:type="dxa"/>
          </w:tcPr>
          <w:p w:rsidR="0030397D" w:rsidRPr="0030397D" w:rsidRDefault="00D50E20" w:rsidP="0030397D">
            <w:pPr>
              <w:spacing w:before="64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hyperlink r:id="rId39">
              <w:r w:rsidR="0030397D" w:rsidRPr="0030397D">
                <w:rPr>
                  <w:rFonts w:ascii="Times New Roman" w:eastAsia="Times New Roman" w:hAnsi="Times New Roman" w:cs="Times New Roman"/>
                  <w:w w:val="105"/>
                  <w:sz w:val="15"/>
                  <w:lang w:val="ru-RU"/>
                </w:rPr>
                <w:t>http://nsportal.ru</w:t>
              </w:r>
            </w:hyperlink>
          </w:p>
        </w:tc>
      </w:tr>
      <w:tr w:rsidR="0030397D" w:rsidRPr="0030397D" w:rsidTr="005B299F">
        <w:trPr>
          <w:trHeight w:val="1293"/>
        </w:trPr>
        <w:tc>
          <w:tcPr>
            <w:tcW w:w="396" w:type="dxa"/>
          </w:tcPr>
          <w:p w:rsidR="0030397D" w:rsidRPr="0030397D" w:rsidRDefault="0030397D" w:rsidP="0030397D">
            <w:pPr>
              <w:spacing w:before="64"/>
              <w:ind w:right="49"/>
              <w:jc w:val="center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5.3.</w:t>
            </w:r>
          </w:p>
        </w:tc>
        <w:tc>
          <w:tcPr>
            <w:tcW w:w="3614" w:type="dxa"/>
          </w:tcPr>
          <w:p w:rsidR="0030397D" w:rsidRPr="0030397D" w:rsidRDefault="0030397D" w:rsidP="0030397D">
            <w:pPr>
              <w:spacing w:before="64" w:line="266" w:lineRule="auto"/>
              <w:ind w:right="146"/>
              <w:rPr>
                <w:rFonts w:ascii="Times New Roman" w:eastAsia="Times New Roman" w:hAnsi="Times New Roman" w:cs="Times New Roman"/>
                <w:b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b/>
                <w:spacing w:val="-1"/>
                <w:w w:val="105"/>
                <w:sz w:val="15"/>
                <w:lang w:val="ru-RU"/>
              </w:rPr>
              <w:t xml:space="preserve">Геометрические фигуры: распознавание </w:t>
            </w:r>
            <w:r w:rsidRPr="0030397D">
              <w:rPr>
                <w:rFonts w:ascii="Times New Roman" w:eastAsia="Times New Roman" w:hAnsi="Times New Roman" w:cs="Times New Roman"/>
                <w:b/>
                <w:w w:val="105"/>
                <w:sz w:val="15"/>
                <w:lang w:val="ru-RU"/>
              </w:rPr>
              <w:t>круга,</w:t>
            </w:r>
            <w:r w:rsidRPr="0030397D">
              <w:rPr>
                <w:rFonts w:ascii="Times New Roman" w:eastAsia="Times New Roman" w:hAnsi="Times New Roman" w:cs="Times New Roman"/>
                <w:b/>
                <w:spacing w:val="-37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b/>
                <w:w w:val="105"/>
                <w:sz w:val="15"/>
                <w:lang w:val="ru-RU"/>
              </w:rPr>
              <w:t>треугольника,</w:t>
            </w:r>
            <w:r w:rsidRPr="0030397D">
              <w:rPr>
                <w:rFonts w:ascii="Times New Roman" w:eastAsia="Times New Roman" w:hAnsi="Times New Roman" w:cs="Times New Roman"/>
                <w:b/>
                <w:spacing w:val="-5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b/>
                <w:w w:val="105"/>
                <w:sz w:val="15"/>
                <w:lang w:val="ru-RU"/>
              </w:rPr>
              <w:t>прямоугольника,</w:t>
            </w:r>
            <w:r w:rsidRPr="0030397D">
              <w:rPr>
                <w:rFonts w:ascii="Times New Roman" w:eastAsia="Times New Roman" w:hAnsi="Times New Roman" w:cs="Times New Roman"/>
                <w:b/>
                <w:spacing w:val="-4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b/>
                <w:w w:val="105"/>
                <w:sz w:val="15"/>
                <w:lang w:val="ru-RU"/>
              </w:rPr>
              <w:t>отрезка.</w:t>
            </w:r>
          </w:p>
        </w:tc>
        <w:tc>
          <w:tcPr>
            <w:tcW w:w="528" w:type="dxa"/>
          </w:tcPr>
          <w:p w:rsidR="0030397D" w:rsidRPr="0030397D" w:rsidRDefault="0030397D" w:rsidP="0030397D">
            <w:pPr>
              <w:spacing w:before="64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4"/>
                <w:sz w:val="15"/>
                <w:lang w:val="ru-RU"/>
              </w:rPr>
              <w:t>4</w:t>
            </w:r>
          </w:p>
        </w:tc>
        <w:tc>
          <w:tcPr>
            <w:tcW w:w="1104" w:type="dxa"/>
          </w:tcPr>
          <w:p w:rsidR="0030397D" w:rsidRPr="0030397D" w:rsidRDefault="0030397D" w:rsidP="0030397D">
            <w:pPr>
              <w:spacing w:before="64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4"/>
                <w:sz w:val="15"/>
                <w:lang w:val="ru-RU"/>
              </w:rPr>
              <w:t>0</w:t>
            </w:r>
          </w:p>
        </w:tc>
        <w:tc>
          <w:tcPr>
            <w:tcW w:w="1140" w:type="dxa"/>
          </w:tcPr>
          <w:p w:rsidR="0030397D" w:rsidRPr="0030397D" w:rsidRDefault="0030397D" w:rsidP="0030397D">
            <w:pPr>
              <w:spacing w:before="64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4"/>
                <w:sz w:val="15"/>
                <w:lang w:val="ru-RU"/>
              </w:rPr>
              <w:t>4</w:t>
            </w:r>
          </w:p>
        </w:tc>
        <w:tc>
          <w:tcPr>
            <w:tcW w:w="864" w:type="dxa"/>
          </w:tcPr>
          <w:p w:rsidR="0030397D" w:rsidRPr="0030397D" w:rsidRDefault="0030397D" w:rsidP="0030397D">
            <w:pPr>
              <w:spacing w:before="64"/>
              <w:ind w:right="45"/>
              <w:jc w:val="center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13.02.2023</w:t>
            </w:r>
          </w:p>
        </w:tc>
        <w:tc>
          <w:tcPr>
            <w:tcW w:w="5066" w:type="dxa"/>
          </w:tcPr>
          <w:p w:rsidR="0030397D" w:rsidRPr="0030397D" w:rsidRDefault="0030397D" w:rsidP="0030397D">
            <w:pPr>
              <w:spacing w:before="64" w:line="266" w:lineRule="auto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Учебный диалог: обсуждение свойств геометрических фигур</w:t>
            </w:r>
            <w:r w:rsidRPr="0030397D">
              <w:rPr>
                <w:rFonts w:ascii="Times New Roman" w:eastAsia="Times New Roman" w:hAnsi="Times New Roman" w:cs="Times New Roman"/>
                <w:spacing w:val="1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lang w:val="ru-RU"/>
              </w:rPr>
              <w:t>(прямоугольника</w:t>
            </w:r>
            <w:r w:rsidRPr="0030397D">
              <w:rPr>
                <w:rFonts w:ascii="Times New Roman" w:eastAsia="Times New Roman" w:hAnsi="Times New Roman" w:cs="Times New Roman"/>
                <w:spacing w:val="-9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и</w:t>
            </w:r>
            <w:r w:rsidRPr="0030397D">
              <w:rPr>
                <w:rFonts w:ascii="Times New Roman" w:eastAsia="Times New Roman" w:hAnsi="Times New Roman" w:cs="Times New Roman"/>
                <w:spacing w:val="-9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др.);</w:t>
            </w:r>
            <w:r w:rsidRPr="0030397D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сравнение</w:t>
            </w:r>
            <w:r w:rsidRPr="0030397D">
              <w:rPr>
                <w:rFonts w:ascii="Times New Roman" w:eastAsia="Times New Roman" w:hAnsi="Times New Roman" w:cs="Times New Roman"/>
                <w:spacing w:val="-9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геометрических</w:t>
            </w:r>
            <w:r w:rsidRPr="0030397D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фигур</w:t>
            </w:r>
            <w:r w:rsidRPr="0030397D">
              <w:rPr>
                <w:rFonts w:ascii="Times New Roman" w:eastAsia="Times New Roman" w:hAnsi="Times New Roman" w:cs="Times New Roman"/>
                <w:spacing w:val="-9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(по</w:t>
            </w:r>
            <w:r w:rsidRPr="0030397D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форме,</w:t>
            </w:r>
            <w:r w:rsidRPr="0030397D">
              <w:rPr>
                <w:rFonts w:ascii="Times New Roman" w:eastAsia="Times New Roman" w:hAnsi="Times New Roman" w:cs="Times New Roman"/>
                <w:spacing w:val="-37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размеру);</w:t>
            </w:r>
            <w:r w:rsidRPr="0030397D">
              <w:rPr>
                <w:rFonts w:ascii="Times New Roman" w:eastAsia="Times New Roman" w:hAnsi="Times New Roman" w:cs="Times New Roman"/>
                <w:spacing w:val="-2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сравнение</w:t>
            </w:r>
            <w:r w:rsidRPr="0030397D">
              <w:rPr>
                <w:rFonts w:ascii="Times New Roman" w:eastAsia="Times New Roman" w:hAnsi="Times New Roman" w:cs="Times New Roman"/>
                <w:spacing w:val="-2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отрезков</w:t>
            </w:r>
            <w:r w:rsidRPr="0030397D">
              <w:rPr>
                <w:rFonts w:ascii="Times New Roman" w:eastAsia="Times New Roman" w:hAnsi="Times New Roman" w:cs="Times New Roman"/>
                <w:spacing w:val="-2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по</w:t>
            </w:r>
            <w:r w:rsidRPr="0030397D"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длине;</w:t>
            </w:r>
          </w:p>
          <w:p w:rsidR="0030397D" w:rsidRPr="0030397D" w:rsidRDefault="0030397D" w:rsidP="0030397D">
            <w:pPr>
              <w:spacing w:before="2" w:line="266" w:lineRule="auto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lang w:val="ru-RU"/>
              </w:rPr>
              <w:t>Предметное</w:t>
            </w:r>
            <w:r w:rsidRPr="0030397D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lang w:val="ru-RU"/>
              </w:rPr>
              <w:t>моделирование</w:t>
            </w:r>
            <w:r w:rsidRPr="0030397D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lang w:val="ru-RU"/>
              </w:rPr>
              <w:t>заданной</w:t>
            </w:r>
            <w:r w:rsidRPr="0030397D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фигуры</w:t>
            </w:r>
            <w:r w:rsidRPr="0030397D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из</w:t>
            </w:r>
            <w:r w:rsidRPr="0030397D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различных</w:t>
            </w:r>
            <w:r w:rsidRPr="0030397D">
              <w:rPr>
                <w:rFonts w:ascii="Times New Roman" w:eastAsia="Times New Roman" w:hAnsi="Times New Roman" w:cs="Times New Roman"/>
                <w:spacing w:val="-7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материалов</w:t>
            </w:r>
            <w:r w:rsidRPr="0030397D">
              <w:rPr>
                <w:rFonts w:ascii="Times New Roman" w:eastAsia="Times New Roman" w:hAnsi="Times New Roman" w:cs="Times New Roman"/>
                <w:spacing w:val="-37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(бумаги, палочек, трубочек, проволоки и пр.), составление из других</w:t>
            </w:r>
            <w:r w:rsidRPr="0030397D">
              <w:rPr>
                <w:rFonts w:ascii="Times New Roman" w:eastAsia="Times New Roman" w:hAnsi="Times New Roman" w:cs="Times New Roman"/>
                <w:spacing w:val="1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геометрических</w:t>
            </w:r>
            <w:r w:rsidRPr="0030397D">
              <w:rPr>
                <w:rFonts w:ascii="Times New Roman" w:eastAsia="Times New Roman" w:hAnsi="Times New Roman" w:cs="Times New Roman"/>
                <w:spacing w:val="-2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фигур;</w:t>
            </w:r>
          </w:p>
        </w:tc>
        <w:tc>
          <w:tcPr>
            <w:tcW w:w="1236" w:type="dxa"/>
          </w:tcPr>
          <w:p w:rsidR="0030397D" w:rsidRPr="0030397D" w:rsidRDefault="0030397D" w:rsidP="0030397D">
            <w:pPr>
              <w:spacing w:before="64" w:line="266" w:lineRule="auto"/>
              <w:ind w:right="161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Практическая</w:t>
            </w:r>
            <w:r w:rsidRPr="0030397D">
              <w:rPr>
                <w:rFonts w:ascii="Times New Roman" w:eastAsia="Times New Roman" w:hAnsi="Times New Roman" w:cs="Times New Roman"/>
                <w:spacing w:val="-37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работа;</w:t>
            </w:r>
            <w:r w:rsidRPr="0030397D">
              <w:rPr>
                <w:rFonts w:ascii="Times New Roman" w:eastAsia="Times New Roman" w:hAnsi="Times New Roman" w:cs="Times New Roman"/>
                <w:spacing w:val="1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lang w:val="ru-RU"/>
              </w:rPr>
              <w:t>Тестирование;</w:t>
            </w:r>
          </w:p>
        </w:tc>
        <w:tc>
          <w:tcPr>
            <w:tcW w:w="1548" w:type="dxa"/>
          </w:tcPr>
          <w:p w:rsidR="0030397D" w:rsidRPr="0030397D" w:rsidRDefault="00D50E20" w:rsidP="0030397D">
            <w:pPr>
              <w:spacing w:before="64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hyperlink r:id="rId40">
              <w:r w:rsidR="0030397D" w:rsidRPr="0030397D">
                <w:rPr>
                  <w:rFonts w:ascii="Times New Roman" w:eastAsia="Times New Roman" w:hAnsi="Times New Roman" w:cs="Times New Roman"/>
                  <w:w w:val="105"/>
                  <w:sz w:val="15"/>
                  <w:lang w:val="ru-RU"/>
                </w:rPr>
                <w:t>http://nsportal.ru</w:t>
              </w:r>
            </w:hyperlink>
          </w:p>
        </w:tc>
      </w:tr>
      <w:tr w:rsidR="0030397D" w:rsidRPr="0030397D" w:rsidTr="005B299F">
        <w:trPr>
          <w:trHeight w:val="1581"/>
        </w:trPr>
        <w:tc>
          <w:tcPr>
            <w:tcW w:w="396" w:type="dxa"/>
          </w:tcPr>
          <w:p w:rsidR="0030397D" w:rsidRPr="0030397D" w:rsidRDefault="0030397D" w:rsidP="0030397D">
            <w:pPr>
              <w:spacing w:before="64"/>
              <w:ind w:right="49"/>
              <w:jc w:val="center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5.4.</w:t>
            </w:r>
          </w:p>
        </w:tc>
        <w:tc>
          <w:tcPr>
            <w:tcW w:w="3614" w:type="dxa"/>
          </w:tcPr>
          <w:p w:rsidR="0030397D" w:rsidRPr="0030397D" w:rsidRDefault="0030397D" w:rsidP="0030397D">
            <w:pPr>
              <w:spacing w:before="64" w:line="266" w:lineRule="auto"/>
              <w:rPr>
                <w:rFonts w:ascii="Times New Roman" w:eastAsia="Times New Roman" w:hAnsi="Times New Roman" w:cs="Times New Roman"/>
                <w:b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b/>
                <w:w w:val="105"/>
                <w:sz w:val="15"/>
                <w:lang w:val="ru-RU"/>
              </w:rPr>
              <w:t>Построение отрезка, квадрата, треугольника с</w:t>
            </w:r>
            <w:r w:rsidRPr="0030397D">
              <w:rPr>
                <w:rFonts w:ascii="Times New Roman" w:eastAsia="Times New Roman" w:hAnsi="Times New Roman" w:cs="Times New Roman"/>
                <w:b/>
                <w:spacing w:val="-37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b/>
                <w:spacing w:val="-1"/>
                <w:w w:val="105"/>
                <w:sz w:val="15"/>
                <w:lang w:val="ru-RU"/>
              </w:rPr>
              <w:t>помощью</w:t>
            </w:r>
            <w:r w:rsidRPr="0030397D">
              <w:rPr>
                <w:rFonts w:ascii="Times New Roman" w:eastAsia="Times New Roman" w:hAnsi="Times New Roman" w:cs="Times New Roman"/>
                <w:b/>
                <w:spacing w:val="-9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b/>
                <w:spacing w:val="-1"/>
                <w:w w:val="105"/>
                <w:sz w:val="15"/>
                <w:lang w:val="ru-RU"/>
              </w:rPr>
              <w:t>линейки;</w:t>
            </w:r>
            <w:r w:rsidRPr="0030397D">
              <w:rPr>
                <w:rFonts w:ascii="Times New Roman" w:eastAsia="Times New Roman" w:hAnsi="Times New Roman" w:cs="Times New Roman"/>
                <w:b/>
                <w:spacing w:val="-8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b/>
                <w:w w:val="105"/>
                <w:sz w:val="15"/>
                <w:lang w:val="ru-RU"/>
              </w:rPr>
              <w:t>измерение</w:t>
            </w:r>
            <w:r w:rsidRPr="0030397D">
              <w:rPr>
                <w:rFonts w:ascii="Times New Roman" w:eastAsia="Times New Roman" w:hAnsi="Times New Roman" w:cs="Times New Roman"/>
                <w:b/>
                <w:spacing w:val="-8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b/>
                <w:w w:val="105"/>
                <w:sz w:val="15"/>
                <w:lang w:val="ru-RU"/>
              </w:rPr>
              <w:t>длины</w:t>
            </w:r>
            <w:r w:rsidRPr="0030397D">
              <w:rPr>
                <w:rFonts w:ascii="Times New Roman" w:eastAsia="Times New Roman" w:hAnsi="Times New Roman" w:cs="Times New Roman"/>
                <w:b/>
                <w:spacing w:val="-8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b/>
                <w:w w:val="105"/>
                <w:sz w:val="15"/>
                <w:lang w:val="ru-RU"/>
              </w:rPr>
              <w:t>отрезка</w:t>
            </w:r>
            <w:r w:rsidRPr="0030397D">
              <w:rPr>
                <w:rFonts w:ascii="Times New Roman" w:eastAsia="Times New Roman" w:hAnsi="Times New Roman" w:cs="Times New Roman"/>
                <w:b/>
                <w:spacing w:val="-8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b/>
                <w:w w:val="105"/>
                <w:sz w:val="15"/>
                <w:lang w:val="ru-RU"/>
              </w:rPr>
              <w:t>в</w:t>
            </w:r>
            <w:r w:rsidRPr="0030397D">
              <w:rPr>
                <w:rFonts w:ascii="Times New Roman" w:eastAsia="Times New Roman" w:hAnsi="Times New Roman" w:cs="Times New Roman"/>
                <w:b/>
                <w:spacing w:val="-36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b/>
                <w:w w:val="105"/>
                <w:sz w:val="15"/>
                <w:lang w:val="ru-RU"/>
              </w:rPr>
              <w:t>сантиметрах.</w:t>
            </w:r>
          </w:p>
        </w:tc>
        <w:tc>
          <w:tcPr>
            <w:tcW w:w="528" w:type="dxa"/>
          </w:tcPr>
          <w:p w:rsidR="0030397D" w:rsidRPr="0030397D" w:rsidRDefault="0030397D" w:rsidP="0030397D">
            <w:pPr>
              <w:spacing w:before="64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4"/>
                <w:sz w:val="15"/>
                <w:lang w:val="ru-RU"/>
              </w:rPr>
              <w:t>4</w:t>
            </w:r>
          </w:p>
        </w:tc>
        <w:tc>
          <w:tcPr>
            <w:tcW w:w="1104" w:type="dxa"/>
          </w:tcPr>
          <w:p w:rsidR="0030397D" w:rsidRPr="0030397D" w:rsidRDefault="0030397D" w:rsidP="0030397D">
            <w:pPr>
              <w:spacing w:before="64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4"/>
                <w:sz w:val="15"/>
                <w:lang w:val="ru-RU"/>
              </w:rPr>
              <w:t>0</w:t>
            </w:r>
          </w:p>
        </w:tc>
        <w:tc>
          <w:tcPr>
            <w:tcW w:w="1140" w:type="dxa"/>
          </w:tcPr>
          <w:p w:rsidR="0030397D" w:rsidRPr="0030397D" w:rsidRDefault="0030397D" w:rsidP="0030397D">
            <w:pPr>
              <w:spacing w:before="64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4"/>
                <w:sz w:val="15"/>
                <w:lang w:val="ru-RU"/>
              </w:rPr>
              <w:t>4</w:t>
            </w:r>
          </w:p>
        </w:tc>
        <w:tc>
          <w:tcPr>
            <w:tcW w:w="864" w:type="dxa"/>
          </w:tcPr>
          <w:p w:rsidR="0030397D" w:rsidRPr="0030397D" w:rsidRDefault="0030397D" w:rsidP="0030397D">
            <w:pPr>
              <w:spacing w:before="64"/>
              <w:ind w:right="45"/>
              <w:jc w:val="center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21.02.2023</w:t>
            </w:r>
          </w:p>
        </w:tc>
        <w:tc>
          <w:tcPr>
            <w:tcW w:w="5066" w:type="dxa"/>
          </w:tcPr>
          <w:p w:rsidR="0030397D" w:rsidRPr="0030397D" w:rsidRDefault="0030397D" w:rsidP="0030397D">
            <w:pPr>
              <w:spacing w:before="64" w:line="266" w:lineRule="auto"/>
              <w:ind w:right="134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Практические работы: измерение длины отрезка, ломаной, длины</w:t>
            </w:r>
            <w:r w:rsidRPr="0030397D">
              <w:rPr>
                <w:rFonts w:ascii="Times New Roman" w:eastAsia="Times New Roman" w:hAnsi="Times New Roman" w:cs="Times New Roman"/>
                <w:spacing w:val="1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lang w:val="ru-RU"/>
              </w:rPr>
              <w:t>стороны</w:t>
            </w:r>
            <w:r w:rsidRPr="0030397D">
              <w:rPr>
                <w:rFonts w:ascii="Times New Roman" w:eastAsia="Times New Roman" w:hAnsi="Times New Roman" w:cs="Times New Roman"/>
                <w:spacing w:val="-9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lang w:val="ru-RU"/>
              </w:rPr>
              <w:t>квадрата,</w:t>
            </w:r>
            <w:r w:rsidRPr="0030397D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lang w:val="ru-RU"/>
              </w:rPr>
              <w:t>сторон</w:t>
            </w:r>
            <w:r w:rsidRPr="0030397D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прямоугольника.</w:t>
            </w:r>
            <w:r w:rsidRPr="0030397D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Комментирование</w:t>
            </w:r>
            <w:r w:rsidRPr="0030397D">
              <w:rPr>
                <w:rFonts w:ascii="Times New Roman" w:eastAsia="Times New Roman" w:hAnsi="Times New Roman" w:cs="Times New Roman"/>
                <w:spacing w:val="-9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хода</w:t>
            </w:r>
            <w:r w:rsidRPr="0030397D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и</w:t>
            </w:r>
            <w:r w:rsidRPr="0030397D">
              <w:rPr>
                <w:rFonts w:ascii="Times New Roman" w:eastAsia="Times New Roman" w:hAnsi="Times New Roman" w:cs="Times New Roman"/>
                <w:spacing w:val="-36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результата работы; установление соответствия результата и</w:t>
            </w:r>
            <w:r w:rsidRPr="0030397D">
              <w:rPr>
                <w:rFonts w:ascii="Times New Roman" w:eastAsia="Times New Roman" w:hAnsi="Times New Roman" w:cs="Times New Roman"/>
                <w:spacing w:val="1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поставленного</w:t>
            </w:r>
            <w:r w:rsidRPr="0030397D">
              <w:rPr>
                <w:rFonts w:ascii="Times New Roman" w:eastAsia="Times New Roman" w:hAnsi="Times New Roman" w:cs="Times New Roman"/>
                <w:spacing w:val="-2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вопроса;</w:t>
            </w:r>
          </w:p>
          <w:p w:rsidR="0030397D" w:rsidRPr="0030397D" w:rsidRDefault="0030397D" w:rsidP="0030397D">
            <w:pPr>
              <w:spacing w:before="3" w:line="266" w:lineRule="auto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Ориентировка</w:t>
            </w:r>
            <w:r w:rsidRPr="0030397D">
              <w:rPr>
                <w:rFonts w:ascii="Times New Roman" w:eastAsia="Times New Roman" w:hAnsi="Times New Roman" w:cs="Times New Roman"/>
                <w:spacing w:val="-10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в</w:t>
            </w:r>
            <w:r w:rsidRPr="0030397D">
              <w:rPr>
                <w:rFonts w:ascii="Times New Roman" w:eastAsia="Times New Roman" w:hAnsi="Times New Roman" w:cs="Times New Roman"/>
                <w:spacing w:val="-9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пространстве</w:t>
            </w:r>
            <w:r w:rsidRPr="0030397D">
              <w:rPr>
                <w:rFonts w:ascii="Times New Roman" w:eastAsia="Times New Roman" w:hAnsi="Times New Roman" w:cs="Times New Roman"/>
                <w:spacing w:val="-9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и</w:t>
            </w:r>
            <w:r w:rsidRPr="0030397D">
              <w:rPr>
                <w:rFonts w:ascii="Times New Roman" w:eastAsia="Times New Roman" w:hAnsi="Times New Roman" w:cs="Times New Roman"/>
                <w:spacing w:val="-10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на</w:t>
            </w:r>
            <w:r w:rsidRPr="0030397D">
              <w:rPr>
                <w:rFonts w:ascii="Times New Roman" w:eastAsia="Times New Roman" w:hAnsi="Times New Roman" w:cs="Times New Roman"/>
                <w:spacing w:val="-9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плоскости</w:t>
            </w:r>
            <w:r w:rsidRPr="0030397D">
              <w:rPr>
                <w:rFonts w:ascii="Times New Roman" w:eastAsia="Times New Roman" w:hAnsi="Times New Roman" w:cs="Times New Roman"/>
                <w:spacing w:val="-9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(классной</w:t>
            </w:r>
            <w:r w:rsidRPr="0030397D">
              <w:rPr>
                <w:rFonts w:ascii="Times New Roman" w:eastAsia="Times New Roman" w:hAnsi="Times New Roman" w:cs="Times New Roman"/>
                <w:spacing w:val="-10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доски,</w:t>
            </w:r>
            <w:r w:rsidRPr="0030397D">
              <w:rPr>
                <w:rFonts w:ascii="Times New Roman" w:eastAsia="Times New Roman" w:hAnsi="Times New Roman" w:cs="Times New Roman"/>
                <w:spacing w:val="-9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листа</w:t>
            </w:r>
            <w:r w:rsidRPr="0030397D">
              <w:rPr>
                <w:rFonts w:ascii="Times New Roman" w:eastAsia="Times New Roman" w:hAnsi="Times New Roman" w:cs="Times New Roman"/>
                <w:spacing w:val="-36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бумаги, страницы учебника и т. д.). Установление направления,</w:t>
            </w:r>
            <w:r w:rsidRPr="0030397D">
              <w:rPr>
                <w:rFonts w:ascii="Times New Roman" w:eastAsia="Times New Roman" w:hAnsi="Times New Roman" w:cs="Times New Roman"/>
                <w:spacing w:val="1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прокладывание</w:t>
            </w:r>
            <w:r w:rsidRPr="0030397D">
              <w:rPr>
                <w:rFonts w:ascii="Times New Roman" w:eastAsia="Times New Roman" w:hAnsi="Times New Roman" w:cs="Times New Roman"/>
                <w:spacing w:val="-2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маршрута;</w:t>
            </w:r>
          </w:p>
        </w:tc>
        <w:tc>
          <w:tcPr>
            <w:tcW w:w="1236" w:type="dxa"/>
          </w:tcPr>
          <w:p w:rsidR="0030397D" w:rsidRPr="0030397D" w:rsidRDefault="0030397D" w:rsidP="0030397D">
            <w:pPr>
              <w:spacing w:before="64" w:line="266" w:lineRule="auto"/>
              <w:ind w:right="204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lang w:val="ru-RU"/>
              </w:rPr>
              <w:t>Практическая</w:t>
            </w:r>
            <w:r w:rsidRPr="0030397D">
              <w:rPr>
                <w:rFonts w:ascii="Times New Roman" w:eastAsia="Times New Roman" w:hAnsi="Times New Roman" w:cs="Times New Roman"/>
                <w:spacing w:val="-37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работа;</w:t>
            </w:r>
          </w:p>
        </w:tc>
        <w:tc>
          <w:tcPr>
            <w:tcW w:w="1548" w:type="dxa"/>
          </w:tcPr>
          <w:p w:rsidR="0030397D" w:rsidRPr="0030397D" w:rsidRDefault="00D50E20" w:rsidP="0030397D">
            <w:pPr>
              <w:spacing w:before="64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hyperlink r:id="rId41">
              <w:r w:rsidR="0030397D" w:rsidRPr="0030397D">
                <w:rPr>
                  <w:rFonts w:ascii="Times New Roman" w:eastAsia="Times New Roman" w:hAnsi="Times New Roman" w:cs="Times New Roman"/>
                  <w:w w:val="105"/>
                  <w:sz w:val="15"/>
                  <w:lang w:val="ru-RU"/>
                </w:rPr>
                <w:t>http://nsportal.ru</w:t>
              </w:r>
            </w:hyperlink>
          </w:p>
        </w:tc>
      </w:tr>
      <w:tr w:rsidR="0030397D" w:rsidRPr="0030397D" w:rsidTr="005B299F">
        <w:trPr>
          <w:trHeight w:val="1485"/>
        </w:trPr>
        <w:tc>
          <w:tcPr>
            <w:tcW w:w="396" w:type="dxa"/>
          </w:tcPr>
          <w:p w:rsidR="0030397D" w:rsidRPr="0030397D" w:rsidRDefault="0030397D" w:rsidP="0030397D">
            <w:pPr>
              <w:spacing w:before="64"/>
              <w:ind w:right="49"/>
              <w:jc w:val="center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5.5.</w:t>
            </w:r>
          </w:p>
        </w:tc>
        <w:tc>
          <w:tcPr>
            <w:tcW w:w="3614" w:type="dxa"/>
          </w:tcPr>
          <w:p w:rsidR="0030397D" w:rsidRPr="0030397D" w:rsidRDefault="0030397D" w:rsidP="0030397D">
            <w:pPr>
              <w:spacing w:before="64" w:line="266" w:lineRule="auto"/>
              <w:ind w:right="415"/>
              <w:rPr>
                <w:rFonts w:ascii="Times New Roman" w:eastAsia="Times New Roman" w:hAnsi="Times New Roman" w:cs="Times New Roman"/>
                <w:b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b/>
                <w:spacing w:val="-1"/>
                <w:w w:val="105"/>
                <w:sz w:val="15"/>
                <w:lang w:val="ru-RU"/>
              </w:rPr>
              <w:t xml:space="preserve">Длина стороны прямоугольника, </w:t>
            </w:r>
            <w:r w:rsidRPr="0030397D">
              <w:rPr>
                <w:rFonts w:ascii="Times New Roman" w:eastAsia="Times New Roman" w:hAnsi="Times New Roman" w:cs="Times New Roman"/>
                <w:b/>
                <w:w w:val="105"/>
                <w:sz w:val="15"/>
                <w:lang w:val="ru-RU"/>
              </w:rPr>
              <w:t>квадрата,</w:t>
            </w:r>
            <w:r w:rsidRPr="0030397D">
              <w:rPr>
                <w:rFonts w:ascii="Times New Roman" w:eastAsia="Times New Roman" w:hAnsi="Times New Roman" w:cs="Times New Roman"/>
                <w:b/>
                <w:spacing w:val="-37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b/>
                <w:w w:val="105"/>
                <w:sz w:val="15"/>
                <w:lang w:val="ru-RU"/>
              </w:rPr>
              <w:t>треугольника.</w:t>
            </w:r>
          </w:p>
        </w:tc>
        <w:tc>
          <w:tcPr>
            <w:tcW w:w="528" w:type="dxa"/>
          </w:tcPr>
          <w:p w:rsidR="0030397D" w:rsidRPr="0030397D" w:rsidRDefault="0030397D" w:rsidP="0030397D">
            <w:pPr>
              <w:spacing w:before="64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4"/>
                <w:sz w:val="15"/>
                <w:lang w:val="ru-RU"/>
              </w:rPr>
              <w:t>3</w:t>
            </w:r>
          </w:p>
        </w:tc>
        <w:tc>
          <w:tcPr>
            <w:tcW w:w="1104" w:type="dxa"/>
          </w:tcPr>
          <w:p w:rsidR="0030397D" w:rsidRPr="0030397D" w:rsidRDefault="0030397D" w:rsidP="0030397D">
            <w:pPr>
              <w:spacing w:before="64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4"/>
                <w:sz w:val="15"/>
                <w:lang w:val="ru-RU"/>
              </w:rPr>
              <w:t>0</w:t>
            </w:r>
          </w:p>
        </w:tc>
        <w:tc>
          <w:tcPr>
            <w:tcW w:w="1140" w:type="dxa"/>
          </w:tcPr>
          <w:p w:rsidR="0030397D" w:rsidRPr="0030397D" w:rsidRDefault="0030397D" w:rsidP="0030397D">
            <w:pPr>
              <w:spacing w:before="64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4"/>
                <w:sz w:val="15"/>
                <w:lang w:val="ru-RU"/>
              </w:rPr>
              <w:t>3</w:t>
            </w:r>
          </w:p>
        </w:tc>
        <w:tc>
          <w:tcPr>
            <w:tcW w:w="864" w:type="dxa"/>
          </w:tcPr>
          <w:p w:rsidR="0030397D" w:rsidRPr="0030397D" w:rsidRDefault="0030397D" w:rsidP="0030397D">
            <w:pPr>
              <w:spacing w:before="64"/>
              <w:ind w:right="45"/>
              <w:jc w:val="center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28.02.2023</w:t>
            </w:r>
          </w:p>
        </w:tc>
        <w:tc>
          <w:tcPr>
            <w:tcW w:w="5066" w:type="dxa"/>
          </w:tcPr>
          <w:p w:rsidR="0030397D" w:rsidRPr="0030397D" w:rsidRDefault="0030397D" w:rsidP="0030397D">
            <w:pPr>
              <w:spacing w:before="64" w:line="266" w:lineRule="auto"/>
              <w:ind w:right="134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Практические работы: измерение длины отрезка, ломаной, длины</w:t>
            </w:r>
            <w:r w:rsidRPr="0030397D">
              <w:rPr>
                <w:rFonts w:ascii="Times New Roman" w:eastAsia="Times New Roman" w:hAnsi="Times New Roman" w:cs="Times New Roman"/>
                <w:spacing w:val="1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lang w:val="ru-RU"/>
              </w:rPr>
              <w:t>стороны</w:t>
            </w:r>
            <w:r w:rsidRPr="0030397D">
              <w:rPr>
                <w:rFonts w:ascii="Times New Roman" w:eastAsia="Times New Roman" w:hAnsi="Times New Roman" w:cs="Times New Roman"/>
                <w:spacing w:val="-9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lang w:val="ru-RU"/>
              </w:rPr>
              <w:t>квадрата,</w:t>
            </w:r>
            <w:r w:rsidRPr="0030397D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lang w:val="ru-RU"/>
              </w:rPr>
              <w:t>сторон</w:t>
            </w:r>
            <w:r w:rsidRPr="0030397D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прямоугольника.</w:t>
            </w:r>
            <w:r w:rsidRPr="0030397D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Комментирование</w:t>
            </w:r>
            <w:r w:rsidRPr="0030397D">
              <w:rPr>
                <w:rFonts w:ascii="Times New Roman" w:eastAsia="Times New Roman" w:hAnsi="Times New Roman" w:cs="Times New Roman"/>
                <w:spacing w:val="-9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хода</w:t>
            </w:r>
            <w:r w:rsidRPr="0030397D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и</w:t>
            </w:r>
            <w:r w:rsidRPr="0030397D">
              <w:rPr>
                <w:rFonts w:ascii="Times New Roman" w:eastAsia="Times New Roman" w:hAnsi="Times New Roman" w:cs="Times New Roman"/>
                <w:spacing w:val="-36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результата работы; установление соответствия результата и</w:t>
            </w:r>
            <w:r w:rsidRPr="0030397D">
              <w:rPr>
                <w:rFonts w:ascii="Times New Roman" w:eastAsia="Times New Roman" w:hAnsi="Times New Roman" w:cs="Times New Roman"/>
                <w:spacing w:val="1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поставленного</w:t>
            </w:r>
            <w:r w:rsidRPr="0030397D">
              <w:rPr>
                <w:rFonts w:ascii="Times New Roman" w:eastAsia="Times New Roman" w:hAnsi="Times New Roman" w:cs="Times New Roman"/>
                <w:spacing w:val="-2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вопроса;</w:t>
            </w:r>
          </w:p>
          <w:p w:rsidR="0030397D" w:rsidRPr="0030397D" w:rsidRDefault="0030397D" w:rsidP="0030397D">
            <w:pPr>
              <w:spacing w:before="3" w:line="266" w:lineRule="auto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Ориентировка</w:t>
            </w:r>
            <w:r w:rsidRPr="0030397D">
              <w:rPr>
                <w:rFonts w:ascii="Times New Roman" w:eastAsia="Times New Roman" w:hAnsi="Times New Roman" w:cs="Times New Roman"/>
                <w:spacing w:val="-10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в</w:t>
            </w:r>
            <w:r w:rsidRPr="0030397D">
              <w:rPr>
                <w:rFonts w:ascii="Times New Roman" w:eastAsia="Times New Roman" w:hAnsi="Times New Roman" w:cs="Times New Roman"/>
                <w:spacing w:val="-9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пространстве</w:t>
            </w:r>
            <w:r w:rsidRPr="0030397D">
              <w:rPr>
                <w:rFonts w:ascii="Times New Roman" w:eastAsia="Times New Roman" w:hAnsi="Times New Roman" w:cs="Times New Roman"/>
                <w:spacing w:val="-9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и</w:t>
            </w:r>
            <w:r w:rsidRPr="0030397D">
              <w:rPr>
                <w:rFonts w:ascii="Times New Roman" w:eastAsia="Times New Roman" w:hAnsi="Times New Roman" w:cs="Times New Roman"/>
                <w:spacing w:val="-10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на</w:t>
            </w:r>
            <w:r w:rsidRPr="0030397D">
              <w:rPr>
                <w:rFonts w:ascii="Times New Roman" w:eastAsia="Times New Roman" w:hAnsi="Times New Roman" w:cs="Times New Roman"/>
                <w:spacing w:val="-9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плоскости</w:t>
            </w:r>
            <w:r w:rsidRPr="0030397D">
              <w:rPr>
                <w:rFonts w:ascii="Times New Roman" w:eastAsia="Times New Roman" w:hAnsi="Times New Roman" w:cs="Times New Roman"/>
                <w:spacing w:val="-9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(классной</w:t>
            </w:r>
            <w:r w:rsidRPr="0030397D">
              <w:rPr>
                <w:rFonts w:ascii="Times New Roman" w:eastAsia="Times New Roman" w:hAnsi="Times New Roman" w:cs="Times New Roman"/>
                <w:spacing w:val="-10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доски,</w:t>
            </w:r>
            <w:r w:rsidRPr="0030397D">
              <w:rPr>
                <w:rFonts w:ascii="Times New Roman" w:eastAsia="Times New Roman" w:hAnsi="Times New Roman" w:cs="Times New Roman"/>
                <w:spacing w:val="-9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листа</w:t>
            </w:r>
            <w:r w:rsidRPr="0030397D">
              <w:rPr>
                <w:rFonts w:ascii="Times New Roman" w:eastAsia="Times New Roman" w:hAnsi="Times New Roman" w:cs="Times New Roman"/>
                <w:spacing w:val="-36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бумаги, страницы учебника и т. д.). Установление направления,</w:t>
            </w:r>
            <w:r w:rsidRPr="0030397D">
              <w:rPr>
                <w:rFonts w:ascii="Times New Roman" w:eastAsia="Times New Roman" w:hAnsi="Times New Roman" w:cs="Times New Roman"/>
                <w:spacing w:val="1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прокладывание</w:t>
            </w:r>
            <w:r w:rsidRPr="0030397D">
              <w:rPr>
                <w:rFonts w:ascii="Times New Roman" w:eastAsia="Times New Roman" w:hAnsi="Times New Roman" w:cs="Times New Roman"/>
                <w:spacing w:val="-2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маршрута;</w:t>
            </w:r>
          </w:p>
        </w:tc>
        <w:tc>
          <w:tcPr>
            <w:tcW w:w="1236" w:type="dxa"/>
          </w:tcPr>
          <w:p w:rsidR="0030397D" w:rsidRPr="0030397D" w:rsidRDefault="0030397D" w:rsidP="0030397D">
            <w:pPr>
              <w:spacing w:before="64" w:line="266" w:lineRule="auto"/>
              <w:ind w:right="204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lang w:val="ru-RU"/>
              </w:rPr>
              <w:t>Практическая</w:t>
            </w:r>
            <w:r w:rsidRPr="0030397D">
              <w:rPr>
                <w:rFonts w:ascii="Times New Roman" w:eastAsia="Times New Roman" w:hAnsi="Times New Roman" w:cs="Times New Roman"/>
                <w:spacing w:val="-37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работа;</w:t>
            </w:r>
          </w:p>
        </w:tc>
        <w:tc>
          <w:tcPr>
            <w:tcW w:w="1548" w:type="dxa"/>
          </w:tcPr>
          <w:p w:rsidR="0030397D" w:rsidRPr="0030397D" w:rsidRDefault="00D50E20" w:rsidP="0030397D">
            <w:pPr>
              <w:spacing w:before="64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hyperlink r:id="rId42">
              <w:r w:rsidR="0030397D" w:rsidRPr="0030397D">
                <w:rPr>
                  <w:rFonts w:ascii="Times New Roman" w:eastAsia="Times New Roman" w:hAnsi="Times New Roman" w:cs="Times New Roman"/>
                  <w:w w:val="105"/>
                  <w:sz w:val="15"/>
                  <w:lang w:val="ru-RU"/>
                </w:rPr>
                <w:t>http://nsportal.ru</w:t>
              </w:r>
            </w:hyperlink>
          </w:p>
        </w:tc>
      </w:tr>
      <w:tr w:rsidR="0030397D" w:rsidRPr="0030397D" w:rsidTr="005B299F">
        <w:trPr>
          <w:trHeight w:val="909"/>
        </w:trPr>
        <w:tc>
          <w:tcPr>
            <w:tcW w:w="396" w:type="dxa"/>
          </w:tcPr>
          <w:p w:rsidR="0030397D" w:rsidRPr="0030397D" w:rsidRDefault="0030397D" w:rsidP="0030397D">
            <w:pPr>
              <w:spacing w:before="64"/>
              <w:ind w:right="49"/>
              <w:jc w:val="center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5.6.</w:t>
            </w:r>
          </w:p>
        </w:tc>
        <w:tc>
          <w:tcPr>
            <w:tcW w:w="3614" w:type="dxa"/>
          </w:tcPr>
          <w:p w:rsidR="0030397D" w:rsidRPr="0030397D" w:rsidRDefault="0030397D" w:rsidP="0030397D">
            <w:pPr>
              <w:spacing w:before="64" w:line="266" w:lineRule="auto"/>
              <w:ind w:right="579"/>
              <w:rPr>
                <w:rFonts w:ascii="Times New Roman" w:eastAsia="Times New Roman" w:hAnsi="Times New Roman" w:cs="Times New Roman"/>
                <w:b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b/>
                <w:spacing w:val="-1"/>
                <w:w w:val="105"/>
                <w:sz w:val="15"/>
                <w:lang w:val="ru-RU"/>
              </w:rPr>
              <w:t>Изображение прямоугольника, квадрата,</w:t>
            </w:r>
            <w:r w:rsidRPr="0030397D">
              <w:rPr>
                <w:rFonts w:ascii="Times New Roman" w:eastAsia="Times New Roman" w:hAnsi="Times New Roman" w:cs="Times New Roman"/>
                <w:b/>
                <w:spacing w:val="-37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b/>
                <w:w w:val="105"/>
                <w:sz w:val="15"/>
                <w:lang w:val="ru-RU"/>
              </w:rPr>
              <w:t>треугольника.</w:t>
            </w:r>
          </w:p>
        </w:tc>
        <w:tc>
          <w:tcPr>
            <w:tcW w:w="528" w:type="dxa"/>
          </w:tcPr>
          <w:p w:rsidR="0030397D" w:rsidRPr="0030397D" w:rsidRDefault="0030397D" w:rsidP="0030397D">
            <w:pPr>
              <w:spacing w:before="64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4"/>
                <w:sz w:val="15"/>
                <w:lang w:val="ru-RU"/>
              </w:rPr>
              <w:t>4</w:t>
            </w:r>
          </w:p>
        </w:tc>
        <w:tc>
          <w:tcPr>
            <w:tcW w:w="1104" w:type="dxa"/>
          </w:tcPr>
          <w:p w:rsidR="0030397D" w:rsidRPr="0030397D" w:rsidRDefault="0030397D" w:rsidP="0030397D">
            <w:pPr>
              <w:spacing w:before="64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4"/>
                <w:sz w:val="15"/>
                <w:lang w:val="ru-RU"/>
              </w:rPr>
              <w:t>0</w:t>
            </w:r>
          </w:p>
        </w:tc>
        <w:tc>
          <w:tcPr>
            <w:tcW w:w="1140" w:type="dxa"/>
          </w:tcPr>
          <w:p w:rsidR="0030397D" w:rsidRPr="0030397D" w:rsidRDefault="0030397D" w:rsidP="0030397D">
            <w:pPr>
              <w:spacing w:before="64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4"/>
                <w:sz w:val="15"/>
                <w:lang w:val="ru-RU"/>
              </w:rPr>
              <w:t>4</w:t>
            </w:r>
          </w:p>
        </w:tc>
        <w:tc>
          <w:tcPr>
            <w:tcW w:w="864" w:type="dxa"/>
          </w:tcPr>
          <w:p w:rsidR="0030397D" w:rsidRPr="0030397D" w:rsidRDefault="0030397D" w:rsidP="0030397D">
            <w:pPr>
              <w:spacing w:before="64"/>
              <w:ind w:right="45"/>
              <w:jc w:val="center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07.03.2023</w:t>
            </w:r>
          </w:p>
        </w:tc>
        <w:tc>
          <w:tcPr>
            <w:tcW w:w="5066" w:type="dxa"/>
          </w:tcPr>
          <w:p w:rsidR="0030397D" w:rsidRPr="0030397D" w:rsidRDefault="0030397D" w:rsidP="0030397D">
            <w:pPr>
              <w:spacing w:before="64" w:line="266" w:lineRule="auto"/>
              <w:ind w:right="134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Практические работы: измерение длины отрезка, ломаной, длины</w:t>
            </w:r>
            <w:r w:rsidRPr="0030397D">
              <w:rPr>
                <w:rFonts w:ascii="Times New Roman" w:eastAsia="Times New Roman" w:hAnsi="Times New Roman" w:cs="Times New Roman"/>
                <w:spacing w:val="1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lang w:val="ru-RU"/>
              </w:rPr>
              <w:t>стороны</w:t>
            </w:r>
            <w:r w:rsidRPr="0030397D">
              <w:rPr>
                <w:rFonts w:ascii="Times New Roman" w:eastAsia="Times New Roman" w:hAnsi="Times New Roman" w:cs="Times New Roman"/>
                <w:spacing w:val="-9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lang w:val="ru-RU"/>
              </w:rPr>
              <w:t>квадрата,</w:t>
            </w:r>
            <w:r w:rsidRPr="0030397D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lang w:val="ru-RU"/>
              </w:rPr>
              <w:t>сторон</w:t>
            </w:r>
            <w:r w:rsidRPr="0030397D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прямоугольника.</w:t>
            </w:r>
            <w:r w:rsidRPr="0030397D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Комментирование</w:t>
            </w:r>
            <w:r w:rsidRPr="0030397D">
              <w:rPr>
                <w:rFonts w:ascii="Times New Roman" w:eastAsia="Times New Roman" w:hAnsi="Times New Roman" w:cs="Times New Roman"/>
                <w:spacing w:val="-9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хода</w:t>
            </w:r>
            <w:r w:rsidRPr="0030397D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и</w:t>
            </w:r>
            <w:r w:rsidRPr="0030397D">
              <w:rPr>
                <w:rFonts w:ascii="Times New Roman" w:eastAsia="Times New Roman" w:hAnsi="Times New Roman" w:cs="Times New Roman"/>
                <w:spacing w:val="-36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результата работы; установление соответствия результата и</w:t>
            </w:r>
            <w:r w:rsidRPr="0030397D">
              <w:rPr>
                <w:rFonts w:ascii="Times New Roman" w:eastAsia="Times New Roman" w:hAnsi="Times New Roman" w:cs="Times New Roman"/>
                <w:spacing w:val="1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поставленного</w:t>
            </w:r>
            <w:r w:rsidRPr="0030397D">
              <w:rPr>
                <w:rFonts w:ascii="Times New Roman" w:eastAsia="Times New Roman" w:hAnsi="Times New Roman" w:cs="Times New Roman"/>
                <w:spacing w:val="-2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вопроса;</w:t>
            </w:r>
          </w:p>
        </w:tc>
        <w:tc>
          <w:tcPr>
            <w:tcW w:w="1236" w:type="dxa"/>
          </w:tcPr>
          <w:p w:rsidR="0030397D" w:rsidRPr="0030397D" w:rsidRDefault="0030397D" w:rsidP="0030397D">
            <w:pPr>
              <w:spacing w:before="64" w:line="266" w:lineRule="auto"/>
              <w:ind w:right="204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lang w:val="ru-RU"/>
              </w:rPr>
              <w:t>Практическая</w:t>
            </w:r>
            <w:r w:rsidRPr="0030397D">
              <w:rPr>
                <w:rFonts w:ascii="Times New Roman" w:eastAsia="Times New Roman" w:hAnsi="Times New Roman" w:cs="Times New Roman"/>
                <w:spacing w:val="-37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работа;</w:t>
            </w:r>
          </w:p>
        </w:tc>
        <w:tc>
          <w:tcPr>
            <w:tcW w:w="1548" w:type="dxa"/>
          </w:tcPr>
          <w:p w:rsidR="0030397D" w:rsidRPr="0030397D" w:rsidRDefault="00D50E20" w:rsidP="0030397D">
            <w:pPr>
              <w:spacing w:before="64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hyperlink r:id="rId43">
              <w:r w:rsidR="0030397D" w:rsidRPr="0030397D">
                <w:rPr>
                  <w:rFonts w:ascii="Times New Roman" w:eastAsia="Times New Roman" w:hAnsi="Times New Roman" w:cs="Times New Roman"/>
                  <w:w w:val="105"/>
                  <w:sz w:val="15"/>
                  <w:lang w:val="ru-RU"/>
                </w:rPr>
                <w:t>http://nsportal.ru</w:t>
              </w:r>
            </w:hyperlink>
          </w:p>
        </w:tc>
      </w:tr>
      <w:tr w:rsidR="0030397D" w:rsidRPr="0030397D" w:rsidTr="005B299F">
        <w:trPr>
          <w:trHeight w:val="333"/>
        </w:trPr>
        <w:tc>
          <w:tcPr>
            <w:tcW w:w="4010" w:type="dxa"/>
            <w:gridSpan w:val="2"/>
          </w:tcPr>
          <w:p w:rsidR="0030397D" w:rsidRPr="0030397D" w:rsidRDefault="0030397D" w:rsidP="0030397D">
            <w:pPr>
              <w:spacing w:before="64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lastRenderedPageBreak/>
              <w:t>Итого</w:t>
            </w:r>
            <w:r w:rsidRPr="0030397D">
              <w:rPr>
                <w:rFonts w:ascii="Times New Roman" w:eastAsia="Times New Roman" w:hAnsi="Times New Roman" w:cs="Times New Roman"/>
                <w:spacing w:val="-7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по</w:t>
            </w:r>
            <w:r w:rsidRPr="0030397D">
              <w:rPr>
                <w:rFonts w:ascii="Times New Roman" w:eastAsia="Times New Roman" w:hAnsi="Times New Roman" w:cs="Times New Roman"/>
                <w:spacing w:val="-7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разделу</w:t>
            </w:r>
          </w:p>
        </w:tc>
        <w:tc>
          <w:tcPr>
            <w:tcW w:w="528" w:type="dxa"/>
          </w:tcPr>
          <w:p w:rsidR="0030397D" w:rsidRPr="0030397D" w:rsidRDefault="0030397D" w:rsidP="0030397D">
            <w:pPr>
              <w:spacing w:before="64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20</w:t>
            </w:r>
          </w:p>
        </w:tc>
        <w:tc>
          <w:tcPr>
            <w:tcW w:w="10958" w:type="dxa"/>
            <w:gridSpan w:val="6"/>
          </w:tcPr>
          <w:p w:rsidR="0030397D" w:rsidRPr="0030397D" w:rsidRDefault="0030397D" w:rsidP="0030397D">
            <w:pPr>
              <w:rPr>
                <w:rFonts w:ascii="Times New Roman" w:eastAsia="Times New Roman" w:hAnsi="Times New Roman" w:cs="Times New Roman"/>
                <w:sz w:val="14"/>
                <w:lang w:val="ru-RU"/>
              </w:rPr>
            </w:pPr>
          </w:p>
        </w:tc>
      </w:tr>
      <w:tr w:rsidR="0030397D" w:rsidRPr="0030397D" w:rsidTr="005B299F">
        <w:trPr>
          <w:trHeight w:val="333"/>
        </w:trPr>
        <w:tc>
          <w:tcPr>
            <w:tcW w:w="15496" w:type="dxa"/>
            <w:gridSpan w:val="9"/>
          </w:tcPr>
          <w:p w:rsidR="0030397D" w:rsidRPr="0030397D" w:rsidRDefault="0030397D" w:rsidP="0030397D">
            <w:pPr>
              <w:spacing w:before="64"/>
              <w:rPr>
                <w:rFonts w:ascii="Times New Roman" w:eastAsia="Times New Roman" w:hAnsi="Times New Roman" w:cs="Times New Roman"/>
                <w:b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lang w:val="ru-RU"/>
              </w:rPr>
              <w:t>Раздел</w:t>
            </w:r>
            <w:r w:rsidRPr="0030397D">
              <w:rPr>
                <w:rFonts w:ascii="Times New Roman" w:eastAsia="Times New Roman" w:hAnsi="Times New Roman" w:cs="Times New Roman"/>
                <w:spacing w:val="-7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lang w:val="ru-RU"/>
              </w:rPr>
              <w:t>6.</w:t>
            </w:r>
            <w:r w:rsidRPr="0030397D">
              <w:rPr>
                <w:rFonts w:ascii="Times New Roman" w:eastAsia="Times New Roman" w:hAnsi="Times New Roman" w:cs="Times New Roman"/>
                <w:spacing w:val="-6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b/>
                <w:spacing w:val="-1"/>
                <w:w w:val="105"/>
                <w:sz w:val="15"/>
                <w:lang w:val="ru-RU"/>
              </w:rPr>
              <w:t>Математическая</w:t>
            </w:r>
            <w:r w:rsidRPr="0030397D">
              <w:rPr>
                <w:rFonts w:ascii="Times New Roman" w:eastAsia="Times New Roman" w:hAnsi="Times New Roman" w:cs="Times New Roman"/>
                <w:b/>
                <w:spacing w:val="-7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b/>
                <w:w w:val="105"/>
                <w:sz w:val="15"/>
                <w:lang w:val="ru-RU"/>
              </w:rPr>
              <w:t>информация</w:t>
            </w:r>
          </w:p>
        </w:tc>
      </w:tr>
      <w:tr w:rsidR="0030397D" w:rsidRPr="0030397D" w:rsidTr="005B299F">
        <w:trPr>
          <w:trHeight w:val="1677"/>
        </w:trPr>
        <w:tc>
          <w:tcPr>
            <w:tcW w:w="396" w:type="dxa"/>
          </w:tcPr>
          <w:p w:rsidR="0030397D" w:rsidRPr="0030397D" w:rsidRDefault="0030397D" w:rsidP="0030397D">
            <w:pPr>
              <w:spacing w:before="64"/>
              <w:ind w:right="49"/>
              <w:jc w:val="center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6.1.</w:t>
            </w:r>
          </w:p>
        </w:tc>
        <w:tc>
          <w:tcPr>
            <w:tcW w:w="3614" w:type="dxa"/>
          </w:tcPr>
          <w:p w:rsidR="0030397D" w:rsidRPr="0030397D" w:rsidRDefault="0030397D" w:rsidP="0030397D">
            <w:pPr>
              <w:spacing w:before="64" w:line="266" w:lineRule="auto"/>
              <w:ind w:right="79"/>
              <w:rPr>
                <w:rFonts w:ascii="Times New Roman" w:eastAsia="Times New Roman" w:hAnsi="Times New Roman" w:cs="Times New Roman"/>
                <w:b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b/>
                <w:w w:val="105"/>
                <w:sz w:val="15"/>
                <w:lang w:val="ru-RU"/>
              </w:rPr>
              <w:t>Сбор данных об объекте по</w:t>
            </w:r>
            <w:r w:rsidRPr="0030397D">
              <w:rPr>
                <w:rFonts w:ascii="Times New Roman" w:eastAsia="Times New Roman" w:hAnsi="Times New Roman" w:cs="Times New Roman"/>
                <w:b/>
                <w:spacing w:val="1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b/>
                <w:w w:val="105"/>
                <w:sz w:val="15"/>
                <w:lang w:val="ru-RU"/>
              </w:rPr>
              <w:t>образцу.</w:t>
            </w:r>
            <w:r w:rsidRPr="0030397D">
              <w:rPr>
                <w:rFonts w:ascii="Times New Roman" w:eastAsia="Times New Roman" w:hAnsi="Times New Roman" w:cs="Times New Roman"/>
                <w:b/>
                <w:spacing w:val="1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b/>
                <w:w w:val="105"/>
                <w:sz w:val="15"/>
                <w:lang w:val="ru-RU"/>
              </w:rPr>
              <w:t>Характеристики объекта, группы объектов</w:t>
            </w:r>
            <w:r w:rsidRPr="0030397D">
              <w:rPr>
                <w:rFonts w:ascii="Times New Roman" w:eastAsia="Times New Roman" w:hAnsi="Times New Roman" w:cs="Times New Roman"/>
                <w:b/>
                <w:spacing w:val="1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b/>
                <w:spacing w:val="-1"/>
                <w:w w:val="105"/>
                <w:sz w:val="15"/>
                <w:lang w:val="ru-RU"/>
              </w:rPr>
              <w:t>(количество,</w:t>
            </w:r>
            <w:r w:rsidRPr="0030397D">
              <w:rPr>
                <w:rFonts w:ascii="Times New Roman" w:eastAsia="Times New Roman" w:hAnsi="Times New Roman" w:cs="Times New Roman"/>
                <w:b/>
                <w:spacing w:val="-9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b/>
                <w:spacing w:val="-1"/>
                <w:w w:val="105"/>
                <w:sz w:val="15"/>
                <w:lang w:val="ru-RU"/>
              </w:rPr>
              <w:t>форма,</w:t>
            </w:r>
            <w:r w:rsidRPr="0030397D">
              <w:rPr>
                <w:rFonts w:ascii="Times New Roman" w:eastAsia="Times New Roman" w:hAnsi="Times New Roman" w:cs="Times New Roman"/>
                <w:b/>
                <w:spacing w:val="-9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b/>
                <w:w w:val="105"/>
                <w:sz w:val="15"/>
                <w:lang w:val="ru-RU"/>
              </w:rPr>
              <w:t>размер);</w:t>
            </w:r>
            <w:r w:rsidRPr="0030397D">
              <w:rPr>
                <w:rFonts w:ascii="Times New Roman" w:eastAsia="Times New Roman" w:hAnsi="Times New Roman" w:cs="Times New Roman"/>
                <w:b/>
                <w:spacing w:val="-9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b/>
                <w:w w:val="105"/>
                <w:sz w:val="15"/>
                <w:lang w:val="ru-RU"/>
              </w:rPr>
              <w:t>выбор</w:t>
            </w:r>
            <w:r w:rsidRPr="0030397D">
              <w:rPr>
                <w:rFonts w:ascii="Times New Roman" w:eastAsia="Times New Roman" w:hAnsi="Times New Roman" w:cs="Times New Roman"/>
                <w:b/>
                <w:spacing w:val="-9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b/>
                <w:w w:val="105"/>
                <w:sz w:val="15"/>
                <w:lang w:val="ru-RU"/>
              </w:rPr>
              <w:t>предметов</w:t>
            </w:r>
            <w:r w:rsidRPr="0030397D">
              <w:rPr>
                <w:rFonts w:ascii="Times New Roman" w:eastAsia="Times New Roman" w:hAnsi="Times New Roman" w:cs="Times New Roman"/>
                <w:b/>
                <w:spacing w:val="-36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b/>
                <w:w w:val="105"/>
                <w:sz w:val="15"/>
                <w:lang w:val="ru-RU"/>
              </w:rPr>
              <w:t>по</w:t>
            </w:r>
            <w:r w:rsidRPr="0030397D">
              <w:rPr>
                <w:rFonts w:ascii="Times New Roman" w:eastAsia="Times New Roman" w:hAnsi="Times New Roman" w:cs="Times New Roman"/>
                <w:b/>
                <w:spacing w:val="-3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b/>
                <w:w w:val="105"/>
                <w:sz w:val="15"/>
                <w:lang w:val="ru-RU"/>
              </w:rPr>
              <w:t>образцу</w:t>
            </w:r>
            <w:r w:rsidRPr="0030397D">
              <w:rPr>
                <w:rFonts w:ascii="Times New Roman" w:eastAsia="Times New Roman" w:hAnsi="Times New Roman" w:cs="Times New Roman"/>
                <w:b/>
                <w:spacing w:val="-3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b/>
                <w:w w:val="105"/>
                <w:sz w:val="15"/>
                <w:lang w:val="ru-RU"/>
              </w:rPr>
              <w:t>(по</w:t>
            </w:r>
            <w:r w:rsidRPr="0030397D">
              <w:rPr>
                <w:rFonts w:ascii="Times New Roman" w:eastAsia="Times New Roman" w:hAnsi="Times New Roman" w:cs="Times New Roman"/>
                <w:b/>
                <w:spacing w:val="35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b/>
                <w:w w:val="105"/>
                <w:sz w:val="15"/>
                <w:lang w:val="ru-RU"/>
              </w:rPr>
              <w:t>заданным</w:t>
            </w:r>
            <w:r w:rsidRPr="0030397D">
              <w:rPr>
                <w:rFonts w:ascii="Times New Roman" w:eastAsia="Times New Roman" w:hAnsi="Times New Roman" w:cs="Times New Roman"/>
                <w:b/>
                <w:spacing w:val="-3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b/>
                <w:w w:val="105"/>
                <w:sz w:val="15"/>
                <w:lang w:val="ru-RU"/>
              </w:rPr>
              <w:t>признакам).</w:t>
            </w:r>
          </w:p>
        </w:tc>
        <w:tc>
          <w:tcPr>
            <w:tcW w:w="528" w:type="dxa"/>
          </w:tcPr>
          <w:p w:rsidR="0030397D" w:rsidRPr="0030397D" w:rsidRDefault="0030397D" w:rsidP="0030397D">
            <w:pPr>
              <w:spacing w:before="64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4"/>
                <w:sz w:val="15"/>
                <w:lang w:val="ru-RU"/>
              </w:rPr>
              <w:t>2</w:t>
            </w:r>
          </w:p>
        </w:tc>
        <w:tc>
          <w:tcPr>
            <w:tcW w:w="1104" w:type="dxa"/>
          </w:tcPr>
          <w:p w:rsidR="0030397D" w:rsidRPr="0030397D" w:rsidRDefault="0030397D" w:rsidP="0030397D">
            <w:pPr>
              <w:spacing w:before="64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4"/>
                <w:sz w:val="15"/>
                <w:lang w:val="ru-RU"/>
              </w:rPr>
              <w:t>1</w:t>
            </w:r>
          </w:p>
        </w:tc>
        <w:tc>
          <w:tcPr>
            <w:tcW w:w="1140" w:type="dxa"/>
          </w:tcPr>
          <w:p w:rsidR="0030397D" w:rsidRPr="0030397D" w:rsidRDefault="0030397D" w:rsidP="0030397D">
            <w:pPr>
              <w:spacing w:before="64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4"/>
                <w:sz w:val="15"/>
                <w:lang w:val="ru-RU"/>
              </w:rPr>
              <w:t>1</w:t>
            </w:r>
          </w:p>
        </w:tc>
        <w:tc>
          <w:tcPr>
            <w:tcW w:w="864" w:type="dxa"/>
          </w:tcPr>
          <w:p w:rsidR="0030397D" w:rsidRPr="0030397D" w:rsidRDefault="0030397D" w:rsidP="0030397D">
            <w:pPr>
              <w:spacing w:before="64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09.03.2023</w:t>
            </w:r>
          </w:p>
          <w:p w:rsidR="0030397D" w:rsidRPr="0030397D" w:rsidRDefault="0030397D" w:rsidP="0030397D">
            <w:pPr>
              <w:spacing w:before="20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13.03.2023</w:t>
            </w:r>
          </w:p>
        </w:tc>
        <w:tc>
          <w:tcPr>
            <w:tcW w:w="5066" w:type="dxa"/>
          </w:tcPr>
          <w:p w:rsidR="0030397D" w:rsidRPr="0030397D" w:rsidRDefault="0030397D" w:rsidP="0030397D">
            <w:pPr>
              <w:spacing w:before="64" w:line="266" w:lineRule="auto"/>
              <w:ind w:right="99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Коллективное наблюдение: распознавание в окружающем мире</w:t>
            </w:r>
            <w:r w:rsidRPr="0030397D">
              <w:rPr>
                <w:rFonts w:ascii="Times New Roman" w:eastAsia="Times New Roman" w:hAnsi="Times New Roman" w:cs="Times New Roman"/>
                <w:spacing w:val="1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lang w:val="ru-RU"/>
              </w:rPr>
              <w:t>ситуаций,</w:t>
            </w:r>
            <w:r w:rsidRPr="0030397D">
              <w:rPr>
                <w:rFonts w:ascii="Times New Roman" w:eastAsia="Times New Roman" w:hAnsi="Times New Roman" w:cs="Times New Roman"/>
                <w:spacing w:val="-9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lang w:val="ru-RU"/>
              </w:rPr>
              <w:t>которые</w:t>
            </w:r>
            <w:r w:rsidRPr="0030397D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lang w:val="ru-RU"/>
              </w:rPr>
              <w:t>целесообразно</w:t>
            </w:r>
            <w:r w:rsidRPr="0030397D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сформулировать</w:t>
            </w:r>
            <w:r w:rsidRPr="0030397D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на</w:t>
            </w:r>
            <w:r w:rsidRPr="0030397D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языке</w:t>
            </w:r>
            <w:r w:rsidRPr="0030397D">
              <w:rPr>
                <w:rFonts w:ascii="Times New Roman" w:eastAsia="Times New Roman" w:hAnsi="Times New Roman" w:cs="Times New Roman"/>
                <w:spacing w:val="-9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математики</w:t>
            </w:r>
            <w:r w:rsidRPr="0030397D">
              <w:rPr>
                <w:rFonts w:ascii="Times New Roman" w:eastAsia="Times New Roman" w:hAnsi="Times New Roman" w:cs="Times New Roman"/>
                <w:spacing w:val="-36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и</w:t>
            </w:r>
            <w:r w:rsidRPr="0030397D">
              <w:rPr>
                <w:rFonts w:ascii="Times New Roman" w:eastAsia="Times New Roman" w:hAnsi="Times New Roman" w:cs="Times New Roman"/>
                <w:spacing w:val="-2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решить</w:t>
            </w:r>
            <w:r w:rsidRPr="0030397D">
              <w:rPr>
                <w:rFonts w:ascii="Times New Roman" w:eastAsia="Times New Roman" w:hAnsi="Times New Roman" w:cs="Times New Roman"/>
                <w:spacing w:val="-2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математическими</w:t>
            </w:r>
            <w:r w:rsidRPr="0030397D">
              <w:rPr>
                <w:rFonts w:ascii="Times New Roman" w:eastAsia="Times New Roman" w:hAnsi="Times New Roman" w:cs="Times New Roman"/>
                <w:spacing w:val="-2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средствами;</w:t>
            </w:r>
          </w:p>
          <w:p w:rsidR="0030397D" w:rsidRPr="0030397D" w:rsidRDefault="0030397D" w:rsidP="0030397D">
            <w:pPr>
              <w:spacing w:before="2" w:line="266" w:lineRule="auto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lang w:val="ru-RU"/>
              </w:rPr>
              <w:t>Наблюдение</w:t>
            </w:r>
            <w:r w:rsidRPr="0030397D">
              <w:rPr>
                <w:rFonts w:ascii="Times New Roman" w:eastAsia="Times New Roman" w:hAnsi="Times New Roman" w:cs="Times New Roman"/>
                <w:spacing w:val="-9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за</w:t>
            </w:r>
            <w:r w:rsidRPr="0030397D">
              <w:rPr>
                <w:rFonts w:ascii="Times New Roman" w:eastAsia="Times New Roman" w:hAnsi="Times New Roman" w:cs="Times New Roman"/>
                <w:spacing w:val="-9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числами</w:t>
            </w:r>
            <w:r w:rsidRPr="0030397D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в</w:t>
            </w:r>
            <w:r w:rsidRPr="0030397D">
              <w:rPr>
                <w:rFonts w:ascii="Times New Roman" w:eastAsia="Times New Roman" w:hAnsi="Times New Roman" w:cs="Times New Roman"/>
                <w:spacing w:val="-9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окружающем</w:t>
            </w:r>
            <w:r w:rsidRPr="0030397D">
              <w:rPr>
                <w:rFonts w:ascii="Times New Roman" w:eastAsia="Times New Roman" w:hAnsi="Times New Roman" w:cs="Times New Roman"/>
                <w:spacing w:val="-9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мире,</w:t>
            </w:r>
            <w:r w:rsidRPr="0030397D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описание</w:t>
            </w:r>
            <w:r w:rsidRPr="0030397D">
              <w:rPr>
                <w:rFonts w:ascii="Times New Roman" w:eastAsia="Times New Roman" w:hAnsi="Times New Roman" w:cs="Times New Roman"/>
                <w:spacing w:val="-9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словами</w:t>
            </w:r>
            <w:r w:rsidRPr="0030397D">
              <w:rPr>
                <w:rFonts w:ascii="Times New Roman" w:eastAsia="Times New Roman" w:hAnsi="Times New Roman" w:cs="Times New Roman"/>
                <w:spacing w:val="-36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наблюдаемых</w:t>
            </w:r>
            <w:r w:rsidRPr="0030397D">
              <w:rPr>
                <w:rFonts w:ascii="Times New Roman" w:eastAsia="Times New Roman" w:hAnsi="Times New Roman" w:cs="Times New Roman"/>
                <w:spacing w:val="-2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фактов,</w:t>
            </w:r>
            <w:r w:rsidRPr="0030397D">
              <w:rPr>
                <w:rFonts w:ascii="Times New Roman" w:eastAsia="Times New Roman" w:hAnsi="Times New Roman" w:cs="Times New Roman"/>
                <w:spacing w:val="-2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закономерностей;</w:t>
            </w:r>
          </w:p>
          <w:p w:rsidR="0030397D" w:rsidRPr="0030397D" w:rsidRDefault="0030397D" w:rsidP="0030397D">
            <w:pPr>
              <w:spacing w:before="2" w:line="266" w:lineRule="auto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lang w:val="ru-RU"/>
              </w:rPr>
              <w:t>Ориентировка</w:t>
            </w:r>
            <w:r w:rsidRPr="0030397D">
              <w:rPr>
                <w:rFonts w:ascii="Times New Roman" w:eastAsia="Times New Roman" w:hAnsi="Times New Roman" w:cs="Times New Roman"/>
                <w:spacing w:val="-9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lang w:val="ru-RU"/>
              </w:rPr>
              <w:t>в</w:t>
            </w:r>
            <w:r w:rsidRPr="0030397D">
              <w:rPr>
                <w:rFonts w:ascii="Times New Roman" w:eastAsia="Times New Roman" w:hAnsi="Times New Roman" w:cs="Times New Roman"/>
                <w:spacing w:val="-9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lang w:val="ru-RU"/>
              </w:rPr>
              <w:t>книге,</w:t>
            </w:r>
            <w:r w:rsidRPr="0030397D">
              <w:rPr>
                <w:rFonts w:ascii="Times New Roman" w:eastAsia="Times New Roman" w:hAnsi="Times New Roman" w:cs="Times New Roman"/>
                <w:spacing w:val="-9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на</w:t>
            </w:r>
            <w:r w:rsidRPr="0030397D">
              <w:rPr>
                <w:rFonts w:ascii="Times New Roman" w:eastAsia="Times New Roman" w:hAnsi="Times New Roman" w:cs="Times New Roman"/>
                <w:spacing w:val="-9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странице</w:t>
            </w:r>
            <w:r w:rsidRPr="0030397D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учебника,</w:t>
            </w:r>
            <w:r w:rsidRPr="0030397D">
              <w:rPr>
                <w:rFonts w:ascii="Times New Roman" w:eastAsia="Times New Roman" w:hAnsi="Times New Roman" w:cs="Times New Roman"/>
                <w:spacing w:val="-9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использование</w:t>
            </w:r>
            <w:r w:rsidRPr="0030397D">
              <w:rPr>
                <w:rFonts w:ascii="Times New Roman" w:eastAsia="Times New Roman" w:hAnsi="Times New Roman" w:cs="Times New Roman"/>
                <w:spacing w:val="-9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изученных</w:t>
            </w:r>
            <w:r w:rsidRPr="0030397D">
              <w:rPr>
                <w:rFonts w:ascii="Times New Roman" w:eastAsia="Times New Roman" w:hAnsi="Times New Roman" w:cs="Times New Roman"/>
                <w:spacing w:val="-36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 xml:space="preserve">терминов для описания </w:t>
            </w:r>
            <w:proofErr w:type="spellStart"/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положениярисунка</w:t>
            </w:r>
            <w:proofErr w:type="spellEnd"/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, числа, задания и пр. на</w:t>
            </w:r>
            <w:r w:rsidRPr="0030397D">
              <w:rPr>
                <w:rFonts w:ascii="Times New Roman" w:eastAsia="Times New Roman" w:hAnsi="Times New Roman" w:cs="Times New Roman"/>
                <w:spacing w:val="1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странице,</w:t>
            </w:r>
            <w:r w:rsidRPr="0030397D">
              <w:rPr>
                <w:rFonts w:ascii="Times New Roman" w:eastAsia="Times New Roman" w:hAnsi="Times New Roman" w:cs="Times New Roman"/>
                <w:spacing w:val="-2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на</w:t>
            </w:r>
            <w:r w:rsidRPr="0030397D"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листе</w:t>
            </w:r>
            <w:r w:rsidRPr="0030397D"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бумаги;</w:t>
            </w:r>
          </w:p>
        </w:tc>
        <w:tc>
          <w:tcPr>
            <w:tcW w:w="1236" w:type="dxa"/>
          </w:tcPr>
          <w:p w:rsidR="0030397D" w:rsidRPr="0030397D" w:rsidRDefault="0030397D" w:rsidP="0030397D">
            <w:pPr>
              <w:spacing w:before="64" w:line="266" w:lineRule="auto"/>
              <w:ind w:right="44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Самооценка с</w:t>
            </w:r>
            <w:r w:rsidRPr="0030397D">
              <w:rPr>
                <w:rFonts w:ascii="Times New Roman" w:eastAsia="Times New Roman" w:hAnsi="Times New Roman" w:cs="Times New Roman"/>
                <w:spacing w:val="1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lang w:val="ru-RU"/>
              </w:rPr>
              <w:t>использованием</w:t>
            </w:r>
          </w:p>
          <w:p w:rsidR="0030397D" w:rsidRPr="0030397D" w:rsidRDefault="0030397D" w:rsidP="0030397D">
            <w:pPr>
              <w:spacing w:before="2" w:line="266" w:lineRule="auto"/>
              <w:ind w:right="237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lang w:val="ru-RU"/>
              </w:rPr>
              <w:t>«Оценочного</w:t>
            </w:r>
            <w:r w:rsidRPr="0030397D">
              <w:rPr>
                <w:rFonts w:ascii="Times New Roman" w:eastAsia="Times New Roman" w:hAnsi="Times New Roman" w:cs="Times New Roman"/>
                <w:spacing w:val="-37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листа»;</w:t>
            </w:r>
            <w:r w:rsidRPr="0030397D">
              <w:rPr>
                <w:rFonts w:ascii="Times New Roman" w:eastAsia="Times New Roman" w:hAnsi="Times New Roman" w:cs="Times New Roman"/>
                <w:spacing w:val="1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Проверочная</w:t>
            </w:r>
            <w:r w:rsidRPr="0030397D">
              <w:rPr>
                <w:rFonts w:ascii="Times New Roman" w:eastAsia="Times New Roman" w:hAnsi="Times New Roman" w:cs="Times New Roman"/>
                <w:spacing w:val="-37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работа;</w:t>
            </w:r>
          </w:p>
        </w:tc>
        <w:tc>
          <w:tcPr>
            <w:tcW w:w="1548" w:type="dxa"/>
          </w:tcPr>
          <w:p w:rsidR="0030397D" w:rsidRPr="0030397D" w:rsidRDefault="00D50E20" w:rsidP="0030397D">
            <w:pPr>
              <w:spacing w:before="64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hyperlink r:id="rId44">
              <w:r w:rsidR="0030397D" w:rsidRPr="0030397D">
                <w:rPr>
                  <w:rFonts w:ascii="Times New Roman" w:eastAsia="Times New Roman" w:hAnsi="Times New Roman" w:cs="Times New Roman"/>
                  <w:w w:val="105"/>
                  <w:sz w:val="15"/>
                  <w:lang w:val="ru-RU"/>
                </w:rPr>
                <w:t>http://nsportal.ru</w:t>
              </w:r>
            </w:hyperlink>
          </w:p>
        </w:tc>
      </w:tr>
      <w:tr w:rsidR="0030397D" w:rsidRPr="0030397D" w:rsidTr="005B299F">
        <w:trPr>
          <w:trHeight w:val="1677"/>
        </w:trPr>
        <w:tc>
          <w:tcPr>
            <w:tcW w:w="396" w:type="dxa"/>
          </w:tcPr>
          <w:p w:rsidR="0030397D" w:rsidRPr="0030397D" w:rsidRDefault="0030397D" w:rsidP="0030397D">
            <w:pPr>
              <w:spacing w:before="64"/>
              <w:ind w:right="49"/>
              <w:jc w:val="center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6.2.</w:t>
            </w:r>
          </w:p>
        </w:tc>
        <w:tc>
          <w:tcPr>
            <w:tcW w:w="3614" w:type="dxa"/>
          </w:tcPr>
          <w:p w:rsidR="0030397D" w:rsidRPr="0030397D" w:rsidRDefault="0030397D" w:rsidP="0030397D">
            <w:pPr>
              <w:spacing w:before="64"/>
              <w:rPr>
                <w:rFonts w:ascii="Times New Roman" w:eastAsia="Times New Roman" w:hAnsi="Times New Roman" w:cs="Times New Roman"/>
                <w:b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b/>
                <w:w w:val="105"/>
                <w:sz w:val="15"/>
                <w:lang w:val="ru-RU"/>
              </w:rPr>
              <w:t>Группировка</w:t>
            </w:r>
            <w:r w:rsidRPr="0030397D">
              <w:rPr>
                <w:rFonts w:ascii="Times New Roman" w:eastAsia="Times New Roman" w:hAnsi="Times New Roman" w:cs="Times New Roman"/>
                <w:b/>
                <w:spacing w:val="-10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b/>
                <w:w w:val="105"/>
                <w:sz w:val="15"/>
                <w:lang w:val="ru-RU"/>
              </w:rPr>
              <w:t>объектов</w:t>
            </w:r>
            <w:r w:rsidRPr="0030397D">
              <w:rPr>
                <w:rFonts w:ascii="Times New Roman" w:eastAsia="Times New Roman" w:hAnsi="Times New Roman" w:cs="Times New Roman"/>
                <w:b/>
                <w:spacing w:val="-9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b/>
                <w:w w:val="105"/>
                <w:sz w:val="15"/>
                <w:lang w:val="ru-RU"/>
              </w:rPr>
              <w:t>по</w:t>
            </w:r>
            <w:r w:rsidRPr="0030397D">
              <w:rPr>
                <w:rFonts w:ascii="Times New Roman" w:eastAsia="Times New Roman" w:hAnsi="Times New Roman" w:cs="Times New Roman"/>
                <w:b/>
                <w:spacing w:val="22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b/>
                <w:w w:val="105"/>
                <w:sz w:val="15"/>
                <w:lang w:val="ru-RU"/>
              </w:rPr>
              <w:t>заданному</w:t>
            </w:r>
            <w:r w:rsidRPr="0030397D">
              <w:rPr>
                <w:rFonts w:ascii="Times New Roman" w:eastAsia="Times New Roman" w:hAnsi="Times New Roman" w:cs="Times New Roman"/>
                <w:b/>
                <w:spacing w:val="-10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b/>
                <w:w w:val="105"/>
                <w:sz w:val="15"/>
                <w:lang w:val="ru-RU"/>
              </w:rPr>
              <w:t>признаку.</w:t>
            </w:r>
          </w:p>
        </w:tc>
        <w:tc>
          <w:tcPr>
            <w:tcW w:w="528" w:type="dxa"/>
          </w:tcPr>
          <w:p w:rsidR="0030397D" w:rsidRPr="0030397D" w:rsidRDefault="0030397D" w:rsidP="0030397D">
            <w:pPr>
              <w:spacing w:before="64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4"/>
                <w:sz w:val="15"/>
                <w:lang w:val="ru-RU"/>
              </w:rPr>
              <w:t>2</w:t>
            </w:r>
          </w:p>
        </w:tc>
        <w:tc>
          <w:tcPr>
            <w:tcW w:w="1104" w:type="dxa"/>
          </w:tcPr>
          <w:p w:rsidR="0030397D" w:rsidRPr="0030397D" w:rsidRDefault="0030397D" w:rsidP="0030397D">
            <w:pPr>
              <w:spacing w:before="64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4"/>
                <w:sz w:val="15"/>
                <w:lang w:val="ru-RU"/>
              </w:rPr>
              <w:t>0</w:t>
            </w:r>
          </w:p>
        </w:tc>
        <w:tc>
          <w:tcPr>
            <w:tcW w:w="1140" w:type="dxa"/>
          </w:tcPr>
          <w:p w:rsidR="0030397D" w:rsidRPr="0030397D" w:rsidRDefault="0030397D" w:rsidP="0030397D">
            <w:pPr>
              <w:spacing w:before="64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4"/>
                <w:sz w:val="15"/>
                <w:lang w:val="ru-RU"/>
              </w:rPr>
              <w:t>2</w:t>
            </w:r>
          </w:p>
        </w:tc>
        <w:tc>
          <w:tcPr>
            <w:tcW w:w="864" w:type="dxa"/>
          </w:tcPr>
          <w:p w:rsidR="0030397D" w:rsidRPr="0030397D" w:rsidRDefault="0030397D" w:rsidP="0030397D">
            <w:pPr>
              <w:spacing w:before="64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14.03.2023</w:t>
            </w:r>
          </w:p>
          <w:p w:rsidR="0030397D" w:rsidRPr="0030397D" w:rsidRDefault="0030397D" w:rsidP="0030397D">
            <w:pPr>
              <w:spacing w:before="20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15.03.2023</w:t>
            </w:r>
          </w:p>
        </w:tc>
        <w:tc>
          <w:tcPr>
            <w:tcW w:w="5066" w:type="dxa"/>
          </w:tcPr>
          <w:p w:rsidR="0030397D" w:rsidRPr="0030397D" w:rsidRDefault="0030397D" w:rsidP="0030397D">
            <w:pPr>
              <w:spacing w:before="64" w:line="266" w:lineRule="auto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Дифференцированное задание: составление предложений,</w:t>
            </w:r>
            <w:r w:rsidRPr="0030397D">
              <w:rPr>
                <w:rFonts w:ascii="Times New Roman" w:eastAsia="Times New Roman" w:hAnsi="Times New Roman" w:cs="Times New Roman"/>
                <w:spacing w:val="1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lang w:val="ru-RU"/>
              </w:rPr>
              <w:t>характеризующих</w:t>
            </w:r>
            <w:r w:rsidRPr="0030397D">
              <w:rPr>
                <w:rFonts w:ascii="Times New Roman" w:eastAsia="Times New Roman" w:hAnsi="Times New Roman" w:cs="Times New Roman"/>
                <w:spacing w:val="-9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lang w:val="ru-RU"/>
              </w:rPr>
              <w:t>положение</w:t>
            </w:r>
            <w:r w:rsidRPr="0030397D">
              <w:rPr>
                <w:rFonts w:ascii="Times New Roman" w:eastAsia="Times New Roman" w:hAnsi="Times New Roman" w:cs="Times New Roman"/>
                <w:spacing w:val="-9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lang w:val="ru-RU"/>
              </w:rPr>
              <w:t>одного</w:t>
            </w:r>
            <w:r w:rsidRPr="0030397D">
              <w:rPr>
                <w:rFonts w:ascii="Times New Roman" w:eastAsia="Times New Roman" w:hAnsi="Times New Roman" w:cs="Times New Roman"/>
                <w:spacing w:val="-9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предмета</w:t>
            </w:r>
            <w:r w:rsidRPr="0030397D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относительно</w:t>
            </w:r>
            <w:r w:rsidRPr="0030397D">
              <w:rPr>
                <w:rFonts w:ascii="Times New Roman" w:eastAsia="Times New Roman" w:hAnsi="Times New Roman" w:cs="Times New Roman"/>
                <w:spacing w:val="-9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другого.</w:t>
            </w:r>
            <w:r w:rsidRPr="0030397D">
              <w:rPr>
                <w:rFonts w:ascii="Times New Roman" w:eastAsia="Times New Roman" w:hAnsi="Times New Roman" w:cs="Times New Roman"/>
                <w:spacing w:val="-36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Моделирование отношения («больше», «меньше», «равно»),</w:t>
            </w:r>
            <w:r w:rsidRPr="0030397D">
              <w:rPr>
                <w:rFonts w:ascii="Times New Roman" w:eastAsia="Times New Roman" w:hAnsi="Times New Roman" w:cs="Times New Roman"/>
                <w:spacing w:val="1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переместительное</w:t>
            </w:r>
            <w:r w:rsidRPr="0030397D">
              <w:rPr>
                <w:rFonts w:ascii="Times New Roman" w:eastAsia="Times New Roman" w:hAnsi="Times New Roman" w:cs="Times New Roman"/>
                <w:spacing w:val="-2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свойство</w:t>
            </w:r>
            <w:r w:rsidRPr="0030397D">
              <w:rPr>
                <w:rFonts w:ascii="Times New Roman" w:eastAsia="Times New Roman" w:hAnsi="Times New Roman" w:cs="Times New Roman"/>
                <w:spacing w:val="-2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сложения;</w:t>
            </w:r>
          </w:p>
          <w:p w:rsidR="0030397D" w:rsidRPr="0030397D" w:rsidRDefault="0030397D" w:rsidP="0030397D">
            <w:pPr>
              <w:spacing w:before="3" w:line="266" w:lineRule="auto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Работа</w:t>
            </w:r>
            <w:r w:rsidRPr="0030397D">
              <w:rPr>
                <w:rFonts w:ascii="Times New Roman" w:eastAsia="Times New Roman" w:hAnsi="Times New Roman" w:cs="Times New Roman"/>
                <w:spacing w:val="-10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в</w:t>
            </w:r>
            <w:r w:rsidRPr="0030397D">
              <w:rPr>
                <w:rFonts w:ascii="Times New Roman" w:eastAsia="Times New Roman" w:hAnsi="Times New Roman" w:cs="Times New Roman"/>
                <w:spacing w:val="-9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парах/группах:</w:t>
            </w:r>
            <w:r w:rsidRPr="0030397D">
              <w:rPr>
                <w:rFonts w:ascii="Times New Roman" w:eastAsia="Times New Roman" w:hAnsi="Times New Roman" w:cs="Times New Roman"/>
                <w:spacing w:val="-9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поиск</w:t>
            </w:r>
            <w:r w:rsidRPr="0030397D">
              <w:rPr>
                <w:rFonts w:ascii="Times New Roman" w:eastAsia="Times New Roman" w:hAnsi="Times New Roman" w:cs="Times New Roman"/>
                <w:spacing w:val="-9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общих</w:t>
            </w:r>
            <w:r w:rsidRPr="0030397D">
              <w:rPr>
                <w:rFonts w:ascii="Times New Roman" w:eastAsia="Times New Roman" w:hAnsi="Times New Roman" w:cs="Times New Roman"/>
                <w:spacing w:val="-9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свойств</w:t>
            </w:r>
            <w:r w:rsidRPr="0030397D">
              <w:rPr>
                <w:rFonts w:ascii="Times New Roman" w:eastAsia="Times New Roman" w:hAnsi="Times New Roman" w:cs="Times New Roman"/>
                <w:spacing w:val="-10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групп</w:t>
            </w:r>
            <w:r w:rsidRPr="0030397D">
              <w:rPr>
                <w:rFonts w:ascii="Times New Roman" w:eastAsia="Times New Roman" w:hAnsi="Times New Roman" w:cs="Times New Roman"/>
                <w:spacing w:val="-9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предметов</w:t>
            </w:r>
            <w:r w:rsidRPr="0030397D">
              <w:rPr>
                <w:rFonts w:ascii="Times New Roman" w:eastAsia="Times New Roman" w:hAnsi="Times New Roman" w:cs="Times New Roman"/>
                <w:spacing w:val="-9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(цвет,</w:t>
            </w:r>
            <w:r w:rsidRPr="0030397D">
              <w:rPr>
                <w:rFonts w:ascii="Times New Roman" w:eastAsia="Times New Roman" w:hAnsi="Times New Roman" w:cs="Times New Roman"/>
                <w:spacing w:val="-36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форма, величина, количество, назначение и др.). Таблица как способ</w:t>
            </w:r>
            <w:r w:rsidRPr="0030397D">
              <w:rPr>
                <w:rFonts w:ascii="Times New Roman" w:eastAsia="Times New Roman" w:hAnsi="Times New Roman" w:cs="Times New Roman"/>
                <w:spacing w:val="-37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представления информации, полученной из повседневной жизни</w:t>
            </w:r>
            <w:r w:rsidRPr="0030397D">
              <w:rPr>
                <w:rFonts w:ascii="Times New Roman" w:eastAsia="Times New Roman" w:hAnsi="Times New Roman" w:cs="Times New Roman"/>
                <w:spacing w:val="1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(расписания,</w:t>
            </w:r>
            <w:r w:rsidRPr="0030397D">
              <w:rPr>
                <w:rFonts w:ascii="Times New Roman" w:eastAsia="Times New Roman" w:hAnsi="Times New Roman" w:cs="Times New Roman"/>
                <w:spacing w:val="-2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чеки,</w:t>
            </w:r>
            <w:r w:rsidRPr="0030397D"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меню</w:t>
            </w:r>
            <w:r w:rsidRPr="0030397D">
              <w:rPr>
                <w:rFonts w:ascii="Times New Roman" w:eastAsia="Times New Roman" w:hAnsi="Times New Roman" w:cs="Times New Roman"/>
                <w:spacing w:val="-2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и</w:t>
            </w:r>
            <w:r w:rsidRPr="0030397D"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т.д.);</w:t>
            </w:r>
          </w:p>
        </w:tc>
        <w:tc>
          <w:tcPr>
            <w:tcW w:w="1236" w:type="dxa"/>
          </w:tcPr>
          <w:p w:rsidR="0030397D" w:rsidRPr="0030397D" w:rsidRDefault="0030397D" w:rsidP="0030397D">
            <w:pPr>
              <w:spacing w:before="64" w:line="266" w:lineRule="auto"/>
              <w:ind w:right="204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lang w:val="ru-RU"/>
              </w:rPr>
              <w:t>Практическая</w:t>
            </w:r>
            <w:r w:rsidRPr="0030397D">
              <w:rPr>
                <w:rFonts w:ascii="Times New Roman" w:eastAsia="Times New Roman" w:hAnsi="Times New Roman" w:cs="Times New Roman"/>
                <w:spacing w:val="-37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работа;</w:t>
            </w:r>
          </w:p>
        </w:tc>
        <w:tc>
          <w:tcPr>
            <w:tcW w:w="1548" w:type="dxa"/>
          </w:tcPr>
          <w:p w:rsidR="0030397D" w:rsidRPr="0030397D" w:rsidRDefault="00D50E20" w:rsidP="0030397D">
            <w:pPr>
              <w:spacing w:before="64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hyperlink r:id="rId45">
              <w:r w:rsidR="0030397D" w:rsidRPr="0030397D">
                <w:rPr>
                  <w:rFonts w:ascii="Times New Roman" w:eastAsia="Times New Roman" w:hAnsi="Times New Roman" w:cs="Times New Roman"/>
                  <w:w w:val="105"/>
                  <w:sz w:val="15"/>
                  <w:lang w:val="ru-RU"/>
                </w:rPr>
                <w:t>http://nsportal.ru</w:t>
              </w:r>
            </w:hyperlink>
          </w:p>
        </w:tc>
      </w:tr>
      <w:tr w:rsidR="0030397D" w:rsidRPr="0030397D" w:rsidTr="005B299F">
        <w:trPr>
          <w:trHeight w:val="1485"/>
        </w:trPr>
        <w:tc>
          <w:tcPr>
            <w:tcW w:w="396" w:type="dxa"/>
          </w:tcPr>
          <w:p w:rsidR="0030397D" w:rsidRPr="0030397D" w:rsidRDefault="0030397D" w:rsidP="0030397D">
            <w:pPr>
              <w:spacing w:before="64"/>
              <w:ind w:right="49"/>
              <w:jc w:val="center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6.3.</w:t>
            </w:r>
          </w:p>
        </w:tc>
        <w:tc>
          <w:tcPr>
            <w:tcW w:w="3614" w:type="dxa"/>
          </w:tcPr>
          <w:p w:rsidR="0030397D" w:rsidRPr="0030397D" w:rsidRDefault="0030397D" w:rsidP="0030397D">
            <w:pPr>
              <w:spacing w:before="64" w:line="266" w:lineRule="auto"/>
              <w:rPr>
                <w:rFonts w:ascii="Times New Roman" w:eastAsia="Times New Roman" w:hAnsi="Times New Roman" w:cs="Times New Roman"/>
                <w:b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b/>
                <w:w w:val="105"/>
                <w:sz w:val="15"/>
                <w:lang w:val="ru-RU"/>
              </w:rPr>
              <w:t>Закономерность</w:t>
            </w:r>
            <w:r w:rsidRPr="0030397D">
              <w:rPr>
                <w:rFonts w:ascii="Times New Roman" w:eastAsia="Times New Roman" w:hAnsi="Times New Roman" w:cs="Times New Roman"/>
                <w:b/>
                <w:spacing w:val="-10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b/>
                <w:w w:val="105"/>
                <w:sz w:val="15"/>
                <w:lang w:val="ru-RU"/>
              </w:rPr>
              <w:t>в</w:t>
            </w:r>
            <w:r w:rsidRPr="0030397D">
              <w:rPr>
                <w:rFonts w:ascii="Times New Roman" w:eastAsia="Times New Roman" w:hAnsi="Times New Roman" w:cs="Times New Roman"/>
                <w:b/>
                <w:spacing w:val="-10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b/>
                <w:w w:val="105"/>
                <w:sz w:val="15"/>
                <w:lang w:val="ru-RU"/>
              </w:rPr>
              <w:t>ряду</w:t>
            </w:r>
            <w:r w:rsidRPr="0030397D">
              <w:rPr>
                <w:rFonts w:ascii="Times New Roman" w:eastAsia="Times New Roman" w:hAnsi="Times New Roman" w:cs="Times New Roman"/>
                <w:b/>
                <w:spacing w:val="-10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b/>
                <w:w w:val="105"/>
                <w:sz w:val="15"/>
                <w:lang w:val="ru-RU"/>
              </w:rPr>
              <w:t>заданных</w:t>
            </w:r>
            <w:r w:rsidRPr="0030397D">
              <w:rPr>
                <w:rFonts w:ascii="Times New Roman" w:eastAsia="Times New Roman" w:hAnsi="Times New Roman" w:cs="Times New Roman"/>
                <w:b/>
                <w:spacing w:val="-10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b/>
                <w:w w:val="105"/>
                <w:sz w:val="15"/>
                <w:lang w:val="ru-RU"/>
              </w:rPr>
              <w:t>объектов:</w:t>
            </w:r>
            <w:r w:rsidRPr="0030397D">
              <w:rPr>
                <w:rFonts w:ascii="Times New Roman" w:eastAsia="Times New Roman" w:hAnsi="Times New Roman" w:cs="Times New Roman"/>
                <w:b/>
                <w:spacing w:val="-10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b/>
                <w:w w:val="105"/>
                <w:sz w:val="15"/>
                <w:lang w:val="ru-RU"/>
              </w:rPr>
              <w:t>её</w:t>
            </w:r>
            <w:r w:rsidRPr="0030397D">
              <w:rPr>
                <w:rFonts w:ascii="Times New Roman" w:eastAsia="Times New Roman" w:hAnsi="Times New Roman" w:cs="Times New Roman"/>
                <w:b/>
                <w:spacing w:val="-36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b/>
                <w:w w:val="105"/>
                <w:sz w:val="15"/>
                <w:lang w:val="ru-RU"/>
              </w:rPr>
              <w:t>обнаружение,</w:t>
            </w:r>
            <w:r w:rsidRPr="0030397D">
              <w:rPr>
                <w:rFonts w:ascii="Times New Roman" w:eastAsia="Times New Roman" w:hAnsi="Times New Roman" w:cs="Times New Roman"/>
                <w:b/>
                <w:spacing w:val="-3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b/>
                <w:w w:val="105"/>
                <w:sz w:val="15"/>
                <w:lang w:val="ru-RU"/>
              </w:rPr>
              <w:t>продолжение</w:t>
            </w:r>
            <w:r w:rsidRPr="0030397D">
              <w:rPr>
                <w:rFonts w:ascii="Times New Roman" w:eastAsia="Times New Roman" w:hAnsi="Times New Roman" w:cs="Times New Roman"/>
                <w:b/>
                <w:spacing w:val="-2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b/>
                <w:w w:val="105"/>
                <w:sz w:val="15"/>
                <w:lang w:val="ru-RU"/>
              </w:rPr>
              <w:t>ряда.</w:t>
            </w:r>
          </w:p>
        </w:tc>
        <w:tc>
          <w:tcPr>
            <w:tcW w:w="528" w:type="dxa"/>
          </w:tcPr>
          <w:p w:rsidR="0030397D" w:rsidRPr="0030397D" w:rsidRDefault="0030397D" w:rsidP="0030397D">
            <w:pPr>
              <w:spacing w:before="64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4"/>
                <w:sz w:val="15"/>
                <w:lang w:val="ru-RU"/>
              </w:rPr>
              <w:t>2</w:t>
            </w:r>
          </w:p>
        </w:tc>
        <w:tc>
          <w:tcPr>
            <w:tcW w:w="1104" w:type="dxa"/>
          </w:tcPr>
          <w:p w:rsidR="0030397D" w:rsidRPr="0030397D" w:rsidRDefault="0030397D" w:rsidP="0030397D">
            <w:pPr>
              <w:spacing w:before="64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4"/>
                <w:sz w:val="15"/>
                <w:lang w:val="ru-RU"/>
              </w:rPr>
              <w:t>0</w:t>
            </w:r>
          </w:p>
        </w:tc>
        <w:tc>
          <w:tcPr>
            <w:tcW w:w="1140" w:type="dxa"/>
          </w:tcPr>
          <w:p w:rsidR="0030397D" w:rsidRPr="0030397D" w:rsidRDefault="0030397D" w:rsidP="0030397D">
            <w:pPr>
              <w:spacing w:before="64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4"/>
                <w:sz w:val="15"/>
                <w:lang w:val="ru-RU"/>
              </w:rPr>
              <w:t>2</w:t>
            </w:r>
          </w:p>
        </w:tc>
        <w:tc>
          <w:tcPr>
            <w:tcW w:w="864" w:type="dxa"/>
          </w:tcPr>
          <w:p w:rsidR="0030397D" w:rsidRPr="0030397D" w:rsidRDefault="0030397D" w:rsidP="0030397D">
            <w:pPr>
              <w:spacing w:before="64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16.03.2023</w:t>
            </w:r>
          </w:p>
          <w:p w:rsidR="0030397D" w:rsidRPr="0030397D" w:rsidRDefault="0030397D" w:rsidP="0030397D">
            <w:pPr>
              <w:spacing w:before="20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20.03.2023</w:t>
            </w:r>
          </w:p>
        </w:tc>
        <w:tc>
          <w:tcPr>
            <w:tcW w:w="5066" w:type="dxa"/>
          </w:tcPr>
          <w:p w:rsidR="0030397D" w:rsidRPr="0030397D" w:rsidRDefault="0030397D" w:rsidP="0030397D">
            <w:pPr>
              <w:spacing w:before="64" w:line="266" w:lineRule="auto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lang w:val="ru-RU"/>
              </w:rPr>
              <w:t>Ориентировка</w:t>
            </w:r>
            <w:r w:rsidRPr="0030397D">
              <w:rPr>
                <w:rFonts w:ascii="Times New Roman" w:eastAsia="Times New Roman" w:hAnsi="Times New Roman" w:cs="Times New Roman"/>
                <w:spacing w:val="-9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lang w:val="ru-RU"/>
              </w:rPr>
              <w:t>в</w:t>
            </w:r>
            <w:r w:rsidRPr="0030397D">
              <w:rPr>
                <w:rFonts w:ascii="Times New Roman" w:eastAsia="Times New Roman" w:hAnsi="Times New Roman" w:cs="Times New Roman"/>
                <w:spacing w:val="-9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lang w:val="ru-RU"/>
              </w:rPr>
              <w:t>книге,</w:t>
            </w:r>
            <w:r w:rsidRPr="0030397D">
              <w:rPr>
                <w:rFonts w:ascii="Times New Roman" w:eastAsia="Times New Roman" w:hAnsi="Times New Roman" w:cs="Times New Roman"/>
                <w:spacing w:val="-9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на</w:t>
            </w:r>
            <w:r w:rsidRPr="0030397D">
              <w:rPr>
                <w:rFonts w:ascii="Times New Roman" w:eastAsia="Times New Roman" w:hAnsi="Times New Roman" w:cs="Times New Roman"/>
                <w:spacing w:val="-9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странице</w:t>
            </w:r>
            <w:r w:rsidRPr="0030397D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учебника,</w:t>
            </w:r>
            <w:r w:rsidRPr="0030397D">
              <w:rPr>
                <w:rFonts w:ascii="Times New Roman" w:eastAsia="Times New Roman" w:hAnsi="Times New Roman" w:cs="Times New Roman"/>
                <w:spacing w:val="-9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использование</w:t>
            </w:r>
            <w:r w:rsidRPr="0030397D">
              <w:rPr>
                <w:rFonts w:ascii="Times New Roman" w:eastAsia="Times New Roman" w:hAnsi="Times New Roman" w:cs="Times New Roman"/>
                <w:spacing w:val="-9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изученных</w:t>
            </w:r>
            <w:r w:rsidRPr="0030397D">
              <w:rPr>
                <w:rFonts w:ascii="Times New Roman" w:eastAsia="Times New Roman" w:hAnsi="Times New Roman" w:cs="Times New Roman"/>
                <w:spacing w:val="-36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 xml:space="preserve">терминов для описания </w:t>
            </w:r>
            <w:proofErr w:type="spellStart"/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положениярисунка</w:t>
            </w:r>
            <w:proofErr w:type="spellEnd"/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, числа, задания и пр. на</w:t>
            </w:r>
            <w:r w:rsidRPr="0030397D">
              <w:rPr>
                <w:rFonts w:ascii="Times New Roman" w:eastAsia="Times New Roman" w:hAnsi="Times New Roman" w:cs="Times New Roman"/>
                <w:spacing w:val="1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странице,</w:t>
            </w:r>
            <w:r w:rsidRPr="0030397D">
              <w:rPr>
                <w:rFonts w:ascii="Times New Roman" w:eastAsia="Times New Roman" w:hAnsi="Times New Roman" w:cs="Times New Roman"/>
                <w:spacing w:val="-2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на</w:t>
            </w:r>
            <w:r w:rsidRPr="0030397D"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листе</w:t>
            </w:r>
            <w:r w:rsidRPr="0030397D"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бумаги;</w:t>
            </w:r>
          </w:p>
          <w:p w:rsidR="0030397D" w:rsidRPr="0030397D" w:rsidRDefault="0030397D" w:rsidP="0030397D">
            <w:pPr>
              <w:spacing w:before="2" w:line="266" w:lineRule="auto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lang w:val="ru-RU"/>
              </w:rPr>
              <w:t>Работа</w:t>
            </w:r>
            <w:r w:rsidRPr="0030397D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lang w:val="ru-RU"/>
              </w:rPr>
              <w:t>с</w:t>
            </w:r>
            <w:r w:rsidRPr="0030397D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lang w:val="ru-RU"/>
              </w:rPr>
              <w:t>наглядностью</w:t>
            </w:r>
            <w:r w:rsidRPr="0030397D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lang w:val="ru-RU"/>
              </w:rPr>
              <w:t>—</w:t>
            </w:r>
            <w:r w:rsidRPr="0030397D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lang w:val="ru-RU"/>
              </w:rPr>
              <w:t>рисунками,</w:t>
            </w:r>
            <w:r w:rsidRPr="0030397D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содержащими</w:t>
            </w:r>
            <w:r w:rsidRPr="0030397D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математическую</w:t>
            </w:r>
            <w:r w:rsidRPr="0030397D">
              <w:rPr>
                <w:rFonts w:ascii="Times New Roman" w:eastAsia="Times New Roman" w:hAnsi="Times New Roman" w:cs="Times New Roman"/>
                <w:spacing w:val="-37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информацию. Формулирование вопросов и ответов по рисунку</w:t>
            </w:r>
            <w:r w:rsidRPr="0030397D">
              <w:rPr>
                <w:rFonts w:ascii="Times New Roman" w:eastAsia="Times New Roman" w:hAnsi="Times New Roman" w:cs="Times New Roman"/>
                <w:spacing w:val="1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(иллюстрации, модели). Упорядочение математических объектов с</w:t>
            </w:r>
            <w:r w:rsidRPr="0030397D">
              <w:rPr>
                <w:rFonts w:ascii="Times New Roman" w:eastAsia="Times New Roman" w:hAnsi="Times New Roman" w:cs="Times New Roman"/>
                <w:spacing w:val="1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опорой</w:t>
            </w:r>
            <w:r w:rsidRPr="0030397D">
              <w:rPr>
                <w:rFonts w:ascii="Times New Roman" w:eastAsia="Times New Roman" w:hAnsi="Times New Roman" w:cs="Times New Roman"/>
                <w:spacing w:val="-2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на</w:t>
            </w:r>
            <w:r w:rsidRPr="0030397D">
              <w:rPr>
                <w:rFonts w:ascii="Times New Roman" w:eastAsia="Times New Roman" w:hAnsi="Times New Roman" w:cs="Times New Roman"/>
                <w:spacing w:val="-2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рисунок,</w:t>
            </w:r>
            <w:r w:rsidRPr="0030397D">
              <w:rPr>
                <w:rFonts w:ascii="Times New Roman" w:eastAsia="Times New Roman" w:hAnsi="Times New Roman" w:cs="Times New Roman"/>
                <w:spacing w:val="-2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сюжетную</w:t>
            </w:r>
            <w:r w:rsidRPr="0030397D">
              <w:rPr>
                <w:rFonts w:ascii="Times New Roman" w:eastAsia="Times New Roman" w:hAnsi="Times New Roman" w:cs="Times New Roman"/>
                <w:spacing w:val="-2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ситуацию</w:t>
            </w:r>
            <w:r w:rsidRPr="0030397D">
              <w:rPr>
                <w:rFonts w:ascii="Times New Roman" w:eastAsia="Times New Roman" w:hAnsi="Times New Roman" w:cs="Times New Roman"/>
                <w:spacing w:val="-2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и</w:t>
            </w:r>
            <w:r w:rsidRPr="0030397D">
              <w:rPr>
                <w:rFonts w:ascii="Times New Roman" w:eastAsia="Times New Roman" w:hAnsi="Times New Roman" w:cs="Times New Roman"/>
                <w:spacing w:val="-2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пр.;</w:t>
            </w:r>
          </w:p>
        </w:tc>
        <w:tc>
          <w:tcPr>
            <w:tcW w:w="1236" w:type="dxa"/>
          </w:tcPr>
          <w:p w:rsidR="0030397D" w:rsidRPr="0030397D" w:rsidRDefault="0030397D" w:rsidP="0030397D">
            <w:pPr>
              <w:spacing w:before="64" w:line="266" w:lineRule="auto"/>
              <w:ind w:right="204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lang w:val="ru-RU"/>
              </w:rPr>
              <w:t>Практическая</w:t>
            </w:r>
            <w:r w:rsidRPr="0030397D">
              <w:rPr>
                <w:rFonts w:ascii="Times New Roman" w:eastAsia="Times New Roman" w:hAnsi="Times New Roman" w:cs="Times New Roman"/>
                <w:spacing w:val="-37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работа;</w:t>
            </w:r>
          </w:p>
        </w:tc>
        <w:tc>
          <w:tcPr>
            <w:tcW w:w="1548" w:type="dxa"/>
          </w:tcPr>
          <w:p w:rsidR="0030397D" w:rsidRPr="0030397D" w:rsidRDefault="00D50E20" w:rsidP="0030397D">
            <w:pPr>
              <w:spacing w:before="64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hyperlink r:id="rId46">
              <w:r w:rsidR="0030397D" w:rsidRPr="0030397D">
                <w:rPr>
                  <w:rFonts w:ascii="Times New Roman" w:eastAsia="Times New Roman" w:hAnsi="Times New Roman" w:cs="Times New Roman"/>
                  <w:w w:val="105"/>
                  <w:sz w:val="15"/>
                  <w:lang w:val="ru-RU"/>
                </w:rPr>
                <w:t>http://nsportal.ru</w:t>
              </w:r>
            </w:hyperlink>
          </w:p>
        </w:tc>
      </w:tr>
      <w:tr w:rsidR="0030397D" w:rsidRPr="0030397D" w:rsidTr="005B299F">
        <w:trPr>
          <w:trHeight w:val="909"/>
        </w:trPr>
        <w:tc>
          <w:tcPr>
            <w:tcW w:w="396" w:type="dxa"/>
          </w:tcPr>
          <w:p w:rsidR="0030397D" w:rsidRPr="0030397D" w:rsidRDefault="0030397D" w:rsidP="0030397D">
            <w:pPr>
              <w:spacing w:before="64"/>
              <w:ind w:right="49"/>
              <w:jc w:val="center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6.4.</w:t>
            </w:r>
          </w:p>
        </w:tc>
        <w:tc>
          <w:tcPr>
            <w:tcW w:w="3614" w:type="dxa"/>
          </w:tcPr>
          <w:p w:rsidR="0030397D" w:rsidRPr="0030397D" w:rsidRDefault="0030397D" w:rsidP="0030397D">
            <w:pPr>
              <w:spacing w:before="64" w:line="266" w:lineRule="auto"/>
              <w:rPr>
                <w:rFonts w:ascii="Times New Roman" w:eastAsia="Times New Roman" w:hAnsi="Times New Roman" w:cs="Times New Roman"/>
                <w:b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b/>
                <w:w w:val="105"/>
                <w:sz w:val="15"/>
                <w:lang w:val="ru-RU"/>
              </w:rPr>
              <w:t>Верные (истинные) и</w:t>
            </w:r>
            <w:r w:rsidRPr="0030397D">
              <w:rPr>
                <w:rFonts w:ascii="Times New Roman" w:eastAsia="Times New Roman" w:hAnsi="Times New Roman" w:cs="Times New Roman"/>
                <w:b/>
                <w:spacing w:val="1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b/>
                <w:w w:val="105"/>
                <w:sz w:val="15"/>
                <w:lang w:val="ru-RU"/>
              </w:rPr>
              <w:t>неверные (ложные)</w:t>
            </w:r>
            <w:r w:rsidRPr="0030397D">
              <w:rPr>
                <w:rFonts w:ascii="Times New Roman" w:eastAsia="Times New Roman" w:hAnsi="Times New Roman" w:cs="Times New Roman"/>
                <w:b/>
                <w:spacing w:val="1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b/>
                <w:w w:val="105"/>
                <w:sz w:val="15"/>
                <w:lang w:val="ru-RU"/>
              </w:rPr>
              <w:t>предложения, составленные относительно</w:t>
            </w:r>
            <w:r w:rsidRPr="0030397D">
              <w:rPr>
                <w:rFonts w:ascii="Times New Roman" w:eastAsia="Times New Roman" w:hAnsi="Times New Roman" w:cs="Times New Roman"/>
                <w:b/>
                <w:spacing w:val="1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b/>
                <w:spacing w:val="-1"/>
                <w:w w:val="105"/>
                <w:sz w:val="15"/>
                <w:lang w:val="ru-RU"/>
              </w:rPr>
              <w:t>заданного</w:t>
            </w:r>
            <w:r w:rsidRPr="0030397D">
              <w:rPr>
                <w:rFonts w:ascii="Times New Roman" w:eastAsia="Times New Roman" w:hAnsi="Times New Roman" w:cs="Times New Roman"/>
                <w:b/>
                <w:spacing w:val="-7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b/>
                <w:spacing w:val="-1"/>
                <w:w w:val="105"/>
                <w:sz w:val="15"/>
                <w:lang w:val="ru-RU"/>
              </w:rPr>
              <w:t>набора</w:t>
            </w:r>
            <w:r w:rsidRPr="0030397D">
              <w:rPr>
                <w:rFonts w:ascii="Times New Roman" w:eastAsia="Times New Roman" w:hAnsi="Times New Roman" w:cs="Times New Roman"/>
                <w:b/>
                <w:spacing w:val="-7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b/>
                <w:spacing w:val="-1"/>
                <w:w w:val="105"/>
                <w:sz w:val="15"/>
                <w:lang w:val="ru-RU"/>
              </w:rPr>
              <w:t>математических</w:t>
            </w:r>
            <w:r w:rsidRPr="0030397D">
              <w:rPr>
                <w:rFonts w:ascii="Times New Roman" w:eastAsia="Times New Roman" w:hAnsi="Times New Roman" w:cs="Times New Roman"/>
                <w:b/>
                <w:spacing w:val="-7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b/>
                <w:w w:val="105"/>
                <w:sz w:val="15"/>
                <w:lang w:val="ru-RU"/>
              </w:rPr>
              <w:t>объектов.</w:t>
            </w:r>
          </w:p>
        </w:tc>
        <w:tc>
          <w:tcPr>
            <w:tcW w:w="528" w:type="dxa"/>
          </w:tcPr>
          <w:p w:rsidR="0030397D" w:rsidRPr="0030397D" w:rsidRDefault="0030397D" w:rsidP="0030397D">
            <w:pPr>
              <w:spacing w:before="64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4"/>
                <w:sz w:val="15"/>
                <w:lang w:val="ru-RU"/>
              </w:rPr>
              <w:t>2</w:t>
            </w:r>
          </w:p>
        </w:tc>
        <w:tc>
          <w:tcPr>
            <w:tcW w:w="1104" w:type="dxa"/>
          </w:tcPr>
          <w:p w:rsidR="0030397D" w:rsidRPr="0030397D" w:rsidRDefault="0030397D" w:rsidP="0030397D">
            <w:pPr>
              <w:spacing w:before="64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4"/>
                <w:sz w:val="15"/>
                <w:lang w:val="ru-RU"/>
              </w:rPr>
              <w:t>1</w:t>
            </w:r>
          </w:p>
        </w:tc>
        <w:tc>
          <w:tcPr>
            <w:tcW w:w="1140" w:type="dxa"/>
          </w:tcPr>
          <w:p w:rsidR="0030397D" w:rsidRPr="0030397D" w:rsidRDefault="0030397D" w:rsidP="0030397D">
            <w:pPr>
              <w:spacing w:before="64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4"/>
                <w:sz w:val="15"/>
                <w:lang w:val="ru-RU"/>
              </w:rPr>
              <w:t>1</w:t>
            </w:r>
          </w:p>
        </w:tc>
        <w:tc>
          <w:tcPr>
            <w:tcW w:w="864" w:type="dxa"/>
          </w:tcPr>
          <w:p w:rsidR="0030397D" w:rsidRPr="0030397D" w:rsidRDefault="0030397D" w:rsidP="0030397D">
            <w:pPr>
              <w:spacing w:before="64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21.03.2023</w:t>
            </w:r>
          </w:p>
          <w:p w:rsidR="0030397D" w:rsidRPr="0030397D" w:rsidRDefault="0030397D" w:rsidP="0030397D">
            <w:pPr>
              <w:spacing w:before="20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22.03.2023</w:t>
            </w:r>
          </w:p>
        </w:tc>
        <w:tc>
          <w:tcPr>
            <w:tcW w:w="5066" w:type="dxa"/>
          </w:tcPr>
          <w:p w:rsidR="0030397D" w:rsidRPr="0030397D" w:rsidRDefault="0030397D" w:rsidP="0030397D">
            <w:pPr>
              <w:spacing w:before="64" w:line="266" w:lineRule="auto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Работа</w:t>
            </w:r>
            <w:r w:rsidRPr="0030397D">
              <w:rPr>
                <w:rFonts w:ascii="Times New Roman" w:eastAsia="Times New Roman" w:hAnsi="Times New Roman" w:cs="Times New Roman"/>
                <w:spacing w:val="-10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в</w:t>
            </w:r>
            <w:r w:rsidRPr="0030397D">
              <w:rPr>
                <w:rFonts w:ascii="Times New Roman" w:eastAsia="Times New Roman" w:hAnsi="Times New Roman" w:cs="Times New Roman"/>
                <w:spacing w:val="-9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парах/группах:</w:t>
            </w:r>
            <w:r w:rsidRPr="0030397D">
              <w:rPr>
                <w:rFonts w:ascii="Times New Roman" w:eastAsia="Times New Roman" w:hAnsi="Times New Roman" w:cs="Times New Roman"/>
                <w:spacing w:val="-9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поиск</w:t>
            </w:r>
            <w:r w:rsidRPr="0030397D">
              <w:rPr>
                <w:rFonts w:ascii="Times New Roman" w:eastAsia="Times New Roman" w:hAnsi="Times New Roman" w:cs="Times New Roman"/>
                <w:spacing w:val="-9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общих</w:t>
            </w:r>
            <w:r w:rsidRPr="0030397D">
              <w:rPr>
                <w:rFonts w:ascii="Times New Roman" w:eastAsia="Times New Roman" w:hAnsi="Times New Roman" w:cs="Times New Roman"/>
                <w:spacing w:val="-9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свойств</w:t>
            </w:r>
            <w:r w:rsidRPr="0030397D">
              <w:rPr>
                <w:rFonts w:ascii="Times New Roman" w:eastAsia="Times New Roman" w:hAnsi="Times New Roman" w:cs="Times New Roman"/>
                <w:spacing w:val="-10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групп</w:t>
            </w:r>
            <w:r w:rsidRPr="0030397D">
              <w:rPr>
                <w:rFonts w:ascii="Times New Roman" w:eastAsia="Times New Roman" w:hAnsi="Times New Roman" w:cs="Times New Roman"/>
                <w:spacing w:val="-9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предметов</w:t>
            </w:r>
            <w:r w:rsidRPr="0030397D">
              <w:rPr>
                <w:rFonts w:ascii="Times New Roman" w:eastAsia="Times New Roman" w:hAnsi="Times New Roman" w:cs="Times New Roman"/>
                <w:spacing w:val="-9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(цвет,</w:t>
            </w:r>
            <w:r w:rsidRPr="0030397D">
              <w:rPr>
                <w:rFonts w:ascii="Times New Roman" w:eastAsia="Times New Roman" w:hAnsi="Times New Roman" w:cs="Times New Roman"/>
                <w:spacing w:val="-36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форма, величина, количество, назначение и др.). Таблица как способ</w:t>
            </w:r>
            <w:r w:rsidRPr="0030397D">
              <w:rPr>
                <w:rFonts w:ascii="Times New Roman" w:eastAsia="Times New Roman" w:hAnsi="Times New Roman" w:cs="Times New Roman"/>
                <w:spacing w:val="-37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представления информации, полученной из повседневной жизни</w:t>
            </w:r>
            <w:r w:rsidRPr="0030397D">
              <w:rPr>
                <w:rFonts w:ascii="Times New Roman" w:eastAsia="Times New Roman" w:hAnsi="Times New Roman" w:cs="Times New Roman"/>
                <w:spacing w:val="1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(расписания,</w:t>
            </w:r>
            <w:r w:rsidRPr="0030397D">
              <w:rPr>
                <w:rFonts w:ascii="Times New Roman" w:eastAsia="Times New Roman" w:hAnsi="Times New Roman" w:cs="Times New Roman"/>
                <w:spacing w:val="-2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чеки,</w:t>
            </w:r>
            <w:r w:rsidRPr="0030397D"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меню</w:t>
            </w:r>
            <w:r w:rsidRPr="0030397D">
              <w:rPr>
                <w:rFonts w:ascii="Times New Roman" w:eastAsia="Times New Roman" w:hAnsi="Times New Roman" w:cs="Times New Roman"/>
                <w:spacing w:val="-2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и</w:t>
            </w:r>
            <w:r w:rsidRPr="0030397D"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т.д.);</w:t>
            </w:r>
          </w:p>
        </w:tc>
        <w:tc>
          <w:tcPr>
            <w:tcW w:w="1236" w:type="dxa"/>
          </w:tcPr>
          <w:p w:rsidR="0030397D" w:rsidRPr="0030397D" w:rsidRDefault="0030397D" w:rsidP="0030397D">
            <w:pPr>
              <w:spacing w:before="64" w:line="266" w:lineRule="auto"/>
              <w:ind w:right="204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lang w:val="ru-RU"/>
              </w:rPr>
              <w:t>Практическая</w:t>
            </w:r>
            <w:r w:rsidRPr="0030397D">
              <w:rPr>
                <w:rFonts w:ascii="Times New Roman" w:eastAsia="Times New Roman" w:hAnsi="Times New Roman" w:cs="Times New Roman"/>
                <w:spacing w:val="-37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работа;</w:t>
            </w:r>
            <w:r w:rsidRPr="0030397D">
              <w:rPr>
                <w:rFonts w:ascii="Times New Roman" w:eastAsia="Times New Roman" w:hAnsi="Times New Roman" w:cs="Times New Roman"/>
                <w:spacing w:val="1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Проверочная</w:t>
            </w:r>
            <w:r w:rsidRPr="0030397D">
              <w:rPr>
                <w:rFonts w:ascii="Times New Roman" w:eastAsia="Times New Roman" w:hAnsi="Times New Roman" w:cs="Times New Roman"/>
                <w:spacing w:val="1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работа;</w:t>
            </w:r>
          </w:p>
        </w:tc>
        <w:tc>
          <w:tcPr>
            <w:tcW w:w="1548" w:type="dxa"/>
          </w:tcPr>
          <w:p w:rsidR="0030397D" w:rsidRPr="0030397D" w:rsidRDefault="00D50E20" w:rsidP="0030397D">
            <w:pPr>
              <w:spacing w:before="64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hyperlink r:id="rId47">
              <w:r w:rsidR="0030397D" w:rsidRPr="0030397D">
                <w:rPr>
                  <w:rFonts w:ascii="Times New Roman" w:eastAsia="Times New Roman" w:hAnsi="Times New Roman" w:cs="Times New Roman"/>
                  <w:w w:val="105"/>
                  <w:sz w:val="15"/>
                  <w:lang w:val="ru-RU"/>
                </w:rPr>
                <w:t>http://nsportal.ru</w:t>
              </w:r>
            </w:hyperlink>
          </w:p>
        </w:tc>
      </w:tr>
      <w:tr w:rsidR="0030397D" w:rsidRPr="0030397D" w:rsidTr="005B299F">
        <w:trPr>
          <w:trHeight w:val="1677"/>
        </w:trPr>
        <w:tc>
          <w:tcPr>
            <w:tcW w:w="396" w:type="dxa"/>
          </w:tcPr>
          <w:p w:rsidR="0030397D" w:rsidRPr="0030397D" w:rsidRDefault="0030397D" w:rsidP="0030397D">
            <w:pPr>
              <w:spacing w:before="64"/>
              <w:ind w:right="49"/>
              <w:jc w:val="center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6.5.</w:t>
            </w:r>
          </w:p>
        </w:tc>
        <w:tc>
          <w:tcPr>
            <w:tcW w:w="3614" w:type="dxa"/>
          </w:tcPr>
          <w:p w:rsidR="0030397D" w:rsidRPr="0030397D" w:rsidRDefault="0030397D" w:rsidP="0030397D">
            <w:pPr>
              <w:spacing w:before="64" w:line="266" w:lineRule="auto"/>
              <w:ind w:right="79"/>
              <w:rPr>
                <w:rFonts w:ascii="Times New Roman" w:eastAsia="Times New Roman" w:hAnsi="Times New Roman" w:cs="Times New Roman"/>
                <w:b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b/>
                <w:spacing w:val="-1"/>
                <w:w w:val="105"/>
                <w:sz w:val="15"/>
                <w:lang w:val="ru-RU"/>
              </w:rPr>
              <w:t>Чтение</w:t>
            </w:r>
            <w:r w:rsidRPr="0030397D">
              <w:rPr>
                <w:rFonts w:ascii="Times New Roman" w:eastAsia="Times New Roman" w:hAnsi="Times New Roman" w:cs="Times New Roman"/>
                <w:b/>
                <w:spacing w:val="-9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b/>
                <w:spacing w:val="-1"/>
                <w:w w:val="105"/>
                <w:sz w:val="15"/>
                <w:lang w:val="ru-RU"/>
              </w:rPr>
              <w:t>таблицы</w:t>
            </w:r>
            <w:r w:rsidRPr="0030397D">
              <w:rPr>
                <w:rFonts w:ascii="Times New Roman" w:eastAsia="Times New Roman" w:hAnsi="Times New Roman" w:cs="Times New Roman"/>
                <w:b/>
                <w:spacing w:val="-8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b/>
                <w:w w:val="105"/>
                <w:sz w:val="15"/>
                <w:lang w:val="ru-RU"/>
              </w:rPr>
              <w:t>(содержащей</w:t>
            </w:r>
            <w:r w:rsidRPr="0030397D">
              <w:rPr>
                <w:rFonts w:ascii="Times New Roman" w:eastAsia="Times New Roman" w:hAnsi="Times New Roman" w:cs="Times New Roman"/>
                <w:b/>
                <w:spacing w:val="-8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b/>
                <w:w w:val="105"/>
                <w:sz w:val="15"/>
                <w:lang w:val="ru-RU"/>
              </w:rPr>
              <w:t>не</w:t>
            </w:r>
            <w:r w:rsidRPr="0030397D">
              <w:rPr>
                <w:rFonts w:ascii="Times New Roman" w:eastAsia="Times New Roman" w:hAnsi="Times New Roman" w:cs="Times New Roman"/>
                <w:b/>
                <w:spacing w:val="-8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b/>
                <w:w w:val="105"/>
                <w:sz w:val="15"/>
                <w:lang w:val="ru-RU"/>
              </w:rPr>
              <w:t>более</w:t>
            </w:r>
            <w:r w:rsidRPr="0030397D">
              <w:rPr>
                <w:rFonts w:ascii="Times New Roman" w:eastAsia="Times New Roman" w:hAnsi="Times New Roman" w:cs="Times New Roman"/>
                <w:b/>
                <w:spacing w:val="-8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b/>
                <w:w w:val="105"/>
                <w:sz w:val="15"/>
                <w:lang w:val="ru-RU"/>
              </w:rPr>
              <w:t>четырёх</w:t>
            </w:r>
            <w:r w:rsidRPr="0030397D">
              <w:rPr>
                <w:rFonts w:ascii="Times New Roman" w:eastAsia="Times New Roman" w:hAnsi="Times New Roman" w:cs="Times New Roman"/>
                <w:b/>
                <w:spacing w:val="-36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b/>
                <w:w w:val="105"/>
                <w:sz w:val="15"/>
                <w:lang w:val="ru-RU"/>
              </w:rPr>
              <w:t>данных); извлечение данного из</w:t>
            </w:r>
            <w:r w:rsidRPr="0030397D">
              <w:rPr>
                <w:rFonts w:ascii="Times New Roman" w:eastAsia="Times New Roman" w:hAnsi="Times New Roman" w:cs="Times New Roman"/>
                <w:b/>
                <w:spacing w:val="1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b/>
                <w:w w:val="105"/>
                <w:sz w:val="15"/>
                <w:lang w:val="ru-RU"/>
              </w:rPr>
              <w:t>строки,</w:t>
            </w:r>
            <w:r w:rsidRPr="0030397D">
              <w:rPr>
                <w:rFonts w:ascii="Times New Roman" w:eastAsia="Times New Roman" w:hAnsi="Times New Roman" w:cs="Times New Roman"/>
                <w:b/>
                <w:spacing w:val="1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b/>
                <w:w w:val="105"/>
                <w:sz w:val="15"/>
                <w:lang w:val="ru-RU"/>
              </w:rPr>
              <w:t>столбца; внесение одного-двух данных в</w:t>
            </w:r>
            <w:r w:rsidRPr="0030397D">
              <w:rPr>
                <w:rFonts w:ascii="Times New Roman" w:eastAsia="Times New Roman" w:hAnsi="Times New Roman" w:cs="Times New Roman"/>
                <w:b/>
                <w:spacing w:val="1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b/>
                <w:w w:val="105"/>
                <w:sz w:val="15"/>
                <w:lang w:val="ru-RU"/>
              </w:rPr>
              <w:t>таблицу</w:t>
            </w:r>
          </w:p>
        </w:tc>
        <w:tc>
          <w:tcPr>
            <w:tcW w:w="528" w:type="dxa"/>
          </w:tcPr>
          <w:p w:rsidR="0030397D" w:rsidRPr="0030397D" w:rsidRDefault="0030397D" w:rsidP="0030397D">
            <w:pPr>
              <w:spacing w:before="64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4"/>
                <w:sz w:val="15"/>
                <w:lang w:val="ru-RU"/>
              </w:rPr>
              <w:t>2</w:t>
            </w:r>
          </w:p>
        </w:tc>
        <w:tc>
          <w:tcPr>
            <w:tcW w:w="1104" w:type="dxa"/>
          </w:tcPr>
          <w:p w:rsidR="0030397D" w:rsidRPr="0030397D" w:rsidRDefault="0030397D" w:rsidP="0030397D">
            <w:pPr>
              <w:spacing w:before="64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4"/>
                <w:sz w:val="15"/>
                <w:lang w:val="ru-RU"/>
              </w:rPr>
              <w:t>0</w:t>
            </w:r>
          </w:p>
        </w:tc>
        <w:tc>
          <w:tcPr>
            <w:tcW w:w="1140" w:type="dxa"/>
          </w:tcPr>
          <w:p w:rsidR="0030397D" w:rsidRPr="0030397D" w:rsidRDefault="0030397D" w:rsidP="0030397D">
            <w:pPr>
              <w:spacing w:before="64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4"/>
                <w:sz w:val="15"/>
                <w:lang w:val="ru-RU"/>
              </w:rPr>
              <w:t>2</w:t>
            </w:r>
          </w:p>
        </w:tc>
        <w:tc>
          <w:tcPr>
            <w:tcW w:w="864" w:type="dxa"/>
          </w:tcPr>
          <w:p w:rsidR="0030397D" w:rsidRPr="0030397D" w:rsidRDefault="0030397D" w:rsidP="0030397D">
            <w:pPr>
              <w:spacing w:before="64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03.04.2023</w:t>
            </w:r>
          </w:p>
          <w:p w:rsidR="0030397D" w:rsidRPr="0030397D" w:rsidRDefault="0030397D" w:rsidP="0030397D">
            <w:pPr>
              <w:spacing w:before="20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04.04.2023</w:t>
            </w:r>
          </w:p>
        </w:tc>
        <w:tc>
          <w:tcPr>
            <w:tcW w:w="5066" w:type="dxa"/>
          </w:tcPr>
          <w:p w:rsidR="0030397D" w:rsidRPr="0030397D" w:rsidRDefault="0030397D" w:rsidP="0030397D">
            <w:pPr>
              <w:spacing w:before="64" w:line="266" w:lineRule="auto"/>
              <w:ind w:right="320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lang w:val="ru-RU"/>
              </w:rPr>
              <w:t>Работа</w:t>
            </w:r>
            <w:r w:rsidRPr="0030397D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lang w:val="ru-RU"/>
              </w:rPr>
              <w:t>с</w:t>
            </w:r>
            <w:r w:rsidRPr="0030397D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lang w:val="ru-RU"/>
              </w:rPr>
              <w:t>наглядностью</w:t>
            </w:r>
            <w:r w:rsidRPr="0030397D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lang w:val="ru-RU"/>
              </w:rPr>
              <w:t>—</w:t>
            </w:r>
            <w:r w:rsidRPr="0030397D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lang w:val="ru-RU"/>
              </w:rPr>
              <w:t>рисунками,</w:t>
            </w:r>
            <w:r w:rsidRPr="0030397D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содержащими</w:t>
            </w:r>
            <w:r w:rsidRPr="0030397D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математическую</w:t>
            </w:r>
            <w:r w:rsidRPr="0030397D">
              <w:rPr>
                <w:rFonts w:ascii="Times New Roman" w:eastAsia="Times New Roman" w:hAnsi="Times New Roman" w:cs="Times New Roman"/>
                <w:spacing w:val="-37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информацию. Формулирование вопросов и ответов по рисунку</w:t>
            </w:r>
            <w:r w:rsidRPr="0030397D">
              <w:rPr>
                <w:rFonts w:ascii="Times New Roman" w:eastAsia="Times New Roman" w:hAnsi="Times New Roman" w:cs="Times New Roman"/>
                <w:spacing w:val="1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(иллюстрации, модели). Упорядочение математических объектов с</w:t>
            </w:r>
            <w:r w:rsidRPr="0030397D">
              <w:rPr>
                <w:rFonts w:ascii="Times New Roman" w:eastAsia="Times New Roman" w:hAnsi="Times New Roman" w:cs="Times New Roman"/>
                <w:spacing w:val="1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опорой на рисунок, сюжетную ситуацию и пр.;</w:t>
            </w:r>
            <w:r w:rsidRPr="0030397D">
              <w:rPr>
                <w:rFonts w:ascii="Times New Roman" w:eastAsia="Times New Roman" w:hAnsi="Times New Roman" w:cs="Times New Roman"/>
                <w:spacing w:val="1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Дифференцированное</w:t>
            </w:r>
            <w:r w:rsidRPr="0030397D">
              <w:rPr>
                <w:rFonts w:ascii="Times New Roman" w:eastAsia="Times New Roman" w:hAnsi="Times New Roman" w:cs="Times New Roman"/>
                <w:spacing w:val="-4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задание:</w:t>
            </w:r>
            <w:r w:rsidRPr="0030397D">
              <w:rPr>
                <w:rFonts w:ascii="Times New Roman" w:eastAsia="Times New Roman" w:hAnsi="Times New Roman" w:cs="Times New Roman"/>
                <w:spacing w:val="-4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составление</w:t>
            </w:r>
            <w:r w:rsidRPr="0030397D">
              <w:rPr>
                <w:rFonts w:ascii="Times New Roman" w:eastAsia="Times New Roman" w:hAnsi="Times New Roman" w:cs="Times New Roman"/>
                <w:spacing w:val="-4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предложений,</w:t>
            </w:r>
          </w:p>
          <w:p w:rsidR="0030397D" w:rsidRPr="0030397D" w:rsidRDefault="0030397D" w:rsidP="0030397D">
            <w:pPr>
              <w:spacing w:before="4" w:line="266" w:lineRule="auto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lang w:val="ru-RU"/>
              </w:rPr>
              <w:t>характеризующих</w:t>
            </w:r>
            <w:r w:rsidRPr="0030397D">
              <w:rPr>
                <w:rFonts w:ascii="Times New Roman" w:eastAsia="Times New Roman" w:hAnsi="Times New Roman" w:cs="Times New Roman"/>
                <w:spacing w:val="-9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lang w:val="ru-RU"/>
              </w:rPr>
              <w:t>положение</w:t>
            </w:r>
            <w:r w:rsidRPr="0030397D">
              <w:rPr>
                <w:rFonts w:ascii="Times New Roman" w:eastAsia="Times New Roman" w:hAnsi="Times New Roman" w:cs="Times New Roman"/>
                <w:spacing w:val="-9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lang w:val="ru-RU"/>
              </w:rPr>
              <w:t>одного</w:t>
            </w:r>
            <w:r w:rsidRPr="0030397D">
              <w:rPr>
                <w:rFonts w:ascii="Times New Roman" w:eastAsia="Times New Roman" w:hAnsi="Times New Roman" w:cs="Times New Roman"/>
                <w:spacing w:val="-9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предмета</w:t>
            </w:r>
            <w:r w:rsidRPr="0030397D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относительно</w:t>
            </w:r>
            <w:r w:rsidRPr="0030397D">
              <w:rPr>
                <w:rFonts w:ascii="Times New Roman" w:eastAsia="Times New Roman" w:hAnsi="Times New Roman" w:cs="Times New Roman"/>
                <w:spacing w:val="-9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другого.</w:t>
            </w:r>
            <w:r w:rsidRPr="0030397D">
              <w:rPr>
                <w:rFonts w:ascii="Times New Roman" w:eastAsia="Times New Roman" w:hAnsi="Times New Roman" w:cs="Times New Roman"/>
                <w:spacing w:val="-36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Моделирование отношения («больше», «меньше», «равно»),</w:t>
            </w:r>
            <w:r w:rsidRPr="0030397D">
              <w:rPr>
                <w:rFonts w:ascii="Times New Roman" w:eastAsia="Times New Roman" w:hAnsi="Times New Roman" w:cs="Times New Roman"/>
                <w:spacing w:val="1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переместительное</w:t>
            </w:r>
            <w:r w:rsidRPr="0030397D">
              <w:rPr>
                <w:rFonts w:ascii="Times New Roman" w:eastAsia="Times New Roman" w:hAnsi="Times New Roman" w:cs="Times New Roman"/>
                <w:spacing w:val="-2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свойство</w:t>
            </w:r>
            <w:r w:rsidRPr="0030397D">
              <w:rPr>
                <w:rFonts w:ascii="Times New Roman" w:eastAsia="Times New Roman" w:hAnsi="Times New Roman" w:cs="Times New Roman"/>
                <w:spacing w:val="-2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сложения;</w:t>
            </w:r>
          </w:p>
        </w:tc>
        <w:tc>
          <w:tcPr>
            <w:tcW w:w="1236" w:type="dxa"/>
          </w:tcPr>
          <w:p w:rsidR="0030397D" w:rsidRPr="0030397D" w:rsidRDefault="0030397D" w:rsidP="0030397D">
            <w:pPr>
              <w:spacing w:before="64" w:line="266" w:lineRule="auto"/>
              <w:ind w:right="204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lang w:val="ru-RU"/>
              </w:rPr>
              <w:t>Практическая</w:t>
            </w:r>
            <w:r w:rsidRPr="0030397D">
              <w:rPr>
                <w:rFonts w:ascii="Times New Roman" w:eastAsia="Times New Roman" w:hAnsi="Times New Roman" w:cs="Times New Roman"/>
                <w:spacing w:val="-37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работа;</w:t>
            </w:r>
          </w:p>
        </w:tc>
        <w:tc>
          <w:tcPr>
            <w:tcW w:w="1548" w:type="dxa"/>
          </w:tcPr>
          <w:p w:rsidR="0030397D" w:rsidRPr="0030397D" w:rsidRDefault="00D50E20" w:rsidP="0030397D">
            <w:pPr>
              <w:spacing w:before="64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hyperlink r:id="rId48">
              <w:r w:rsidR="0030397D" w:rsidRPr="0030397D">
                <w:rPr>
                  <w:rFonts w:ascii="Times New Roman" w:eastAsia="Times New Roman" w:hAnsi="Times New Roman" w:cs="Times New Roman"/>
                  <w:w w:val="105"/>
                  <w:sz w:val="15"/>
                  <w:lang w:val="ru-RU"/>
                </w:rPr>
                <w:t>http://nsportal.ru</w:t>
              </w:r>
            </w:hyperlink>
          </w:p>
        </w:tc>
      </w:tr>
      <w:tr w:rsidR="0030397D" w:rsidRPr="0030397D" w:rsidTr="005B299F">
        <w:trPr>
          <w:trHeight w:val="909"/>
        </w:trPr>
        <w:tc>
          <w:tcPr>
            <w:tcW w:w="396" w:type="dxa"/>
          </w:tcPr>
          <w:p w:rsidR="0030397D" w:rsidRPr="0030397D" w:rsidRDefault="0030397D" w:rsidP="0030397D">
            <w:pPr>
              <w:spacing w:before="64"/>
              <w:ind w:right="49"/>
              <w:jc w:val="center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6.6.</w:t>
            </w:r>
          </w:p>
        </w:tc>
        <w:tc>
          <w:tcPr>
            <w:tcW w:w="3614" w:type="dxa"/>
          </w:tcPr>
          <w:p w:rsidR="0030397D" w:rsidRPr="0030397D" w:rsidRDefault="0030397D" w:rsidP="0030397D">
            <w:pPr>
              <w:spacing w:before="64" w:line="266" w:lineRule="auto"/>
              <w:ind w:right="618"/>
              <w:rPr>
                <w:rFonts w:ascii="Times New Roman" w:eastAsia="Times New Roman" w:hAnsi="Times New Roman" w:cs="Times New Roman"/>
                <w:b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b/>
                <w:w w:val="105"/>
                <w:sz w:val="15"/>
                <w:lang w:val="ru-RU"/>
              </w:rPr>
              <w:t>Чтение рисунка, схемы 1—2 числовыми</w:t>
            </w:r>
            <w:r w:rsidRPr="0030397D">
              <w:rPr>
                <w:rFonts w:ascii="Times New Roman" w:eastAsia="Times New Roman" w:hAnsi="Times New Roman" w:cs="Times New Roman"/>
                <w:b/>
                <w:spacing w:val="-37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b/>
                <w:spacing w:val="-1"/>
                <w:w w:val="105"/>
                <w:sz w:val="15"/>
                <w:lang w:val="ru-RU"/>
              </w:rPr>
              <w:t>данными</w:t>
            </w:r>
            <w:r w:rsidRPr="0030397D">
              <w:rPr>
                <w:rFonts w:ascii="Times New Roman" w:eastAsia="Times New Roman" w:hAnsi="Times New Roman" w:cs="Times New Roman"/>
                <w:b/>
                <w:spacing w:val="-9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b/>
                <w:spacing w:val="-1"/>
                <w:w w:val="105"/>
                <w:sz w:val="15"/>
                <w:lang w:val="ru-RU"/>
              </w:rPr>
              <w:t>(значениями</w:t>
            </w:r>
            <w:r w:rsidRPr="0030397D">
              <w:rPr>
                <w:rFonts w:ascii="Times New Roman" w:eastAsia="Times New Roman" w:hAnsi="Times New Roman" w:cs="Times New Roman"/>
                <w:b/>
                <w:spacing w:val="-8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b/>
                <w:spacing w:val="-1"/>
                <w:w w:val="105"/>
                <w:sz w:val="15"/>
                <w:lang w:val="ru-RU"/>
              </w:rPr>
              <w:t>данных</w:t>
            </w:r>
            <w:r w:rsidRPr="0030397D">
              <w:rPr>
                <w:rFonts w:ascii="Times New Roman" w:eastAsia="Times New Roman" w:hAnsi="Times New Roman" w:cs="Times New Roman"/>
                <w:b/>
                <w:spacing w:val="-8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b/>
                <w:w w:val="105"/>
                <w:sz w:val="15"/>
                <w:lang w:val="ru-RU"/>
              </w:rPr>
              <w:t>величин).</w:t>
            </w:r>
          </w:p>
        </w:tc>
        <w:tc>
          <w:tcPr>
            <w:tcW w:w="528" w:type="dxa"/>
          </w:tcPr>
          <w:p w:rsidR="0030397D" w:rsidRPr="0030397D" w:rsidRDefault="0030397D" w:rsidP="0030397D">
            <w:pPr>
              <w:spacing w:before="64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4"/>
                <w:sz w:val="15"/>
                <w:lang w:val="ru-RU"/>
              </w:rPr>
              <w:t>2</w:t>
            </w:r>
          </w:p>
        </w:tc>
        <w:tc>
          <w:tcPr>
            <w:tcW w:w="1104" w:type="dxa"/>
          </w:tcPr>
          <w:p w:rsidR="0030397D" w:rsidRPr="0030397D" w:rsidRDefault="0030397D" w:rsidP="0030397D">
            <w:pPr>
              <w:spacing w:before="64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4"/>
                <w:sz w:val="15"/>
                <w:lang w:val="ru-RU"/>
              </w:rPr>
              <w:t>0</w:t>
            </w:r>
          </w:p>
        </w:tc>
        <w:tc>
          <w:tcPr>
            <w:tcW w:w="1140" w:type="dxa"/>
          </w:tcPr>
          <w:p w:rsidR="0030397D" w:rsidRPr="0030397D" w:rsidRDefault="0030397D" w:rsidP="0030397D">
            <w:pPr>
              <w:spacing w:before="64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4"/>
                <w:sz w:val="15"/>
                <w:lang w:val="ru-RU"/>
              </w:rPr>
              <w:t>2</w:t>
            </w:r>
          </w:p>
        </w:tc>
        <w:tc>
          <w:tcPr>
            <w:tcW w:w="864" w:type="dxa"/>
          </w:tcPr>
          <w:p w:rsidR="0030397D" w:rsidRPr="0030397D" w:rsidRDefault="0030397D" w:rsidP="0030397D">
            <w:pPr>
              <w:spacing w:before="64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05.04.2023</w:t>
            </w:r>
          </w:p>
          <w:p w:rsidR="0030397D" w:rsidRPr="0030397D" w:rsidRDefault="0030397D" w:rsidP="0030397D">
            <w:pPr>
              <w:spacing w:before="20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06.04.2023</w:t>
            </w:r>
          </w:p>
        </w:tc>
        <w:tc>
          <w:tcPr>
            <w:tcW w:w="5066" w:type="dxa"/>
          </w:tcPr>
          <w:p w:rsidR="0030397D" w:rsidRPr="0030397D" w:rsidRDefault="0030397D" w:rsidP="0030397D">
            <w:pPr>
              <w:spacing w:before="64" w:line="266" w:lineRule="auto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Работа</w:t>
            </w:r>
            <w:r w:rsidRPr="0030397D">
              <w:rPr>
                <w:rFonts w:ascii="Times New Roman" w:eastAsia="Times New Roman" w:hAnsi="Times New Roman" w:cs="Times New Roman"/>
                <w:spacing w:val="-10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в</w:t>
            </w:r>
            <w:r w:rsidRPr="0030397D">
              <w:rPr>
                <w:rFonts w:ascii="Times New Roman" w:eastAsia="Times New Roman" w:hAnsi="Times New Roman" w:cs="Times New Roman"/>
                <w:spacing w:val="-9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парах/группах:</w:t>
            </w:r>
            <w:r w:rsidRPr="0030397D">
              <w:rPr>
                <w:rFonts w:ascii="Times New Roman" w:eastAsia="Times New Roman" w:hAnsi="Times New Roman" w:cs="Times New Roman"/>
                <w:spacing w:val="-9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поиск</w:t>
            </w:r>
            <w:r w:rsidRPr="0030397D">
              <w:rPr>
                <w:rFonts w:ascii="Times New Roman" w:eastAsia="Times New Roman" w:hAnsi="Times New Roman" w:cs="Times New Roman"/>
                <w:spacing w:val="-9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общих</w:t>
            </w:r>
            <w:r w:rsidRPr="0030397D">
              <w:rPr>
                <w:rFonts w:ascii="Times New Roman" w:eastAsia="Times New Roman" w:hAnsi="Times New Roman" w:cs="Times New Roman"/>
                <w:spacing w:val="-9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свойств</w:t>
            </w:r>
            <w:r w:rsidRPr="0030397D">
              <w:rPr>
                <w:rFonts w:ascii="Times New Roman" w:eastAsia="Times New Roman" w:hAnsi="Times New Roman" w:cs="Times New Roman"/>
                <w:spacing w:val="-10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групп</w:t>
            </w:r>
            <w:r w:rsidRPr="0030397D">
              <w:rPr>
                <w:rFonts w:ascii="Times New Roman" w:eastAsia="Times New Roman" w:hAnsi="Times New Roman" w:cs="Times New Roman"/>
                <w:spacing w:val="-9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предметов</w:t>
            </w:r>
            <w:r w:rsidRPr="0030397D">
              <w:rPr>
                <w:rFonts w:ascii="Times New Roman" w:eastAsia="Times New Roman" w:hAnsi="Times New Roman" w:cs="Times New Roman"/>
                <w:spacing w:val="-9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(цвет,</w:t>
            </w:r>
            <w:r w:rsidRPr="0030397D">
              <w:rPr>
                <w:rFonts w:ascii="Times New Roman" w:eastAsia="Times New Roman" w:hAnsi="Times New Roman" w:cs="Times New Roman"/>
                <w:spacing w:val="-36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форма, величина, количество, назначение и др.). Таблица как способ</w:t>
            </w:r>
            <w:r w:rsidRPr="0030397D">
              <w:rPr>
                <w:rFonts w:ascii="Times New Roman" w:eastAsia="Times New Roman" w:hAnsi="Times New Roman" w:cs="Times New Roman"/>
                <w:spacing w:val="-37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представления информации, полученной из повседневной жизни</w:t>
            </w:r>
            <w:r w:rsidRPr="0030397D">
              <w:rPr>
                <w:rFonts w:ascii="Times New Roman" w:eastAsia="Times New Roman" w:hAnsi="Times New Roman" w:cs="Times New Roman"/>
                <w:spacing w:val="1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(расписания,</w:t>
            </w:r>
            <w:r w:rsidRPr="0030397D">
              <w:rPr>
                <w:rFonts w:ascii="Times New Roman" w:eastAsia="Times New Roman" w:hAnsi="Times New Roman" w:cs="Times New Roman"/>
                <w:spacing w:val="-2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чеки,</w:t>
            </w:r>
            <w:r w:rsidRPr="0030397D"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меню</w:t>
            </w:r>
            <w:r w:rsidRPr="0030397D">
              <w:rPr>
                <w:rFonts w:ascii="Times New Roman" w:eastAsia="Times New Roman" w:hAnsi="Times New Roman" w:cs="Times New Roman"/>
                <w:spacing w:val="-2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и</w:t>
            </w:r>
            <w:r w:rsidRPr="0030397D"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т.д.);</w:t>
            </w:r>
          </w:p>
        </w:tc>
        <w:tc>
          <w:tcPr>
            <w:tcW w:w="1236" w:type="dxa"/>
          </w:tcPr>
          <w:p w:rsidR="0030397D" w:rsidRPr="0030397D" w:rsidRDefault="0030397D" w:rsidP="0030397D">
            <w:pPr>
              <w:spacing w:before="64" w:line="266" w:lineRule="auto"/>
              <w:ind w:right="161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Практическая</w:t>
            </w:r>
            <w:r w:rsidRPr="0030397D">
              <w:rPr>
                <w:rFonts w:ascii="Times New Roman" w:eastAsia="Times New Roman" w:hAnsi="Times New Roman" w:cs="Times New Roman"/>
                <w:spacing w:val="-37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работа;</w:t>
            </w:r>
            <w:r w:rsidRPr="0030397D">
              <w:rPr>
                <w:rFonts w:ascii="Times New Roman" w:eastAsia="Times New Roman" w:hAnsi="Times New Roman" w:cs="Times New Roman"/>
                <w:spacing w:val="1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lang w:val="ru-RU"/>
              </w:rPr>
              <w:t>Тестирование;</w:t>
            </w:r>
          </w:p>
        </w:tc>
        <w:tc>
          <w:tcPr>
            <w:tcW w:w="1548" w:type="dxa"/>
          </w:tcPr>
          <w:p w:rsidR="0030397D" w:rsidRPr="0030397D" w:rsidRDefault="00D50E20" w:rsidP="0030397D">
            <w:pPr>
              <w:spacing w:before="64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hyperlink r:id="rId49">
              <w:r w:rsidR="0030397D" w:rsidRPr="0030397D">
                <w:rPr>
                  <w:rFonts w:ascii="Times New Roman" w:eastAsia="Times New Roman" w:hAnsi="Times New Roman" w:cs="Times New Roman"/>
                  <w:w w:val="105"/>
                  <w:sz w:val="15"/>
                  <w:lang w:val="ru-RU"/>
                </w:rPr>
                <w:t>http://nsportal.ru</w:t>
              </w:r>
            </w:hyperlink>
          </w:p>
        </w:tc>
      </w:tr>
      <w:tr w:rsidR="0030397D" w:rsidRPr="0030397D" w:rsidTr="005B299F">
        <w:trPr>
          <w:trHeight w:val="717"/>
        </w:trPr>
        <w:tc>
          <w:tcPr>
            <w:tcW w:w="396" w:type="dxa"/>
          </w:tcPr>
          <w:p w:rsidR="0030397D" w:rsidRPr="0030397D" w:rsidRDefault="0030397D" w:rsidP="0030397D">
            <w:pPr>
              <w:spacing w:before="64"/>
              <w:ind w:right="49"/>
              <w:jc w:val="center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6.7.</w:t>
            </w:r>
          </w:p>
        </w:tc>
        <w:tc>
          <w:tcPr>
            <w:tcW w:w="3614" w:type="dxa"/>
          </w:tcPr>
          <w:p w:rsidR="0030397D" w:rsidRPr="0030397D" w:rsidRDefault="0030397D" w:rsidP="0030397D">
            <w:pPr>
              <w:spacing w:before="64" w:line="266" w:lineRule="auto"/>
              <w:ind w:right="68"/>
              <w:rPr>
                <w:rFonts w:ascii="Times New Roman" w:eastAsia="Times New Roman" w:hAnsi="Times New Roman" w:cs="Times New Roman"/>
                <w:b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b/>
                <w:w w:val="105"/>
                <w:sz w:val="15"/>
                <w:lang w:val="ru-RU"/>
              </w:rPr>
              <w:t>Выполнение 1—3-шаговых инструкций,</w:t>
            </w:r>
            <w:r w:rsidRPr="0030397D">
              <w:rPr>
                <w:rFonts w:ascii="Times New Roman" w:eastAsia="Times New Roman" w:hAnsi="Times New Roman" w:cs="Times New Roman"/>
                <w:b/>
                <w:spacing w:val="1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b/>
                <w:spacing w:val="-1"/>
                <w:w w:val="105"/>
                <w:sz w:val="15"/>
                <w:lang w:val="ru-RU"/>
              </w:rPr>
              <w:t xml:space="preserve">связанных с вычислениями, измерением </w:t>
            </w:r>
            <w:r w:rsidRPr="0030397D">
              <w:rPr>
                <w:rFonts w:ascii="Times New Roman" w:eastAsia="Times New Roman" w:hAnsi="Times New Roman" w:cs="Times New Roman"/>
                <w:b/>
                <w:w w:val="105"/>
                <w:sz w:val="15"/>
                <w:lang w:val="ru-RU"/>
              </w:rPr>
              <w:t>длины,</w:t>
            </w:r>
            <w:r w:rsidRPr="0030397D">
              <w:rPr>
                <w:rFonts w:ascii="Times New Roman" w:eastAsia="Times New Roman" w:hAnsi="Times New Roman" w:cs="Times New Roman"/>
                <w:b/>
                <w:spacing w:val="-37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b/>
                <w:w w:val="105"/>
                <w:sz w:val="15"/>
                <w:lang w:val="ru-RU"/>
              </w:rPr>
              <w:t>построением</w:t>
            </w:r>
            <w:r w:rsidRPr="0030397D">
              <w:rPr>
                <w:rFonts w:ascii="Times New Roman" w:eastAsia="Times New Roman" w:hAnsi="Times New Roman" w:cs="Times New Roman"/>
                <w:b/>
                <w:spacing w:val="-3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b/>
                <w:w w:val="105"/>
                <w:sz w:val="15"/>
                <w:lang w:val="ru-RU"/>
              </w:rPr>
              <w:t>геометрических</w:t>
            </w:r>
            <w:r w:rsidRPr="0030397D">
              <w:rPr>
                <w:rFonts w:ascii="Times New Roman" w:eastAsia="Times New Roman" w:hAnsi="Times New Roman" w:cs="Times New Roman"/>
                <w:b/>
                <w:spacing w:val="-3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b/>
                <w:w w:val="105"/>
                <w:sz w:val="15"/>
                <w:lang w:val="ru-RU"/>
              </w:rPr>
              <w:t>фигур.</w:t>
            </w:r>
          </w:p>
        </w:tc>
        <w:tc>
          <w:tcPr>
            <w:tcW w:w="528" w:type="dxa"/>
          </w:tcPr>
          <w:p w:rsidR="0030397D" w:rsidRPr="0030397D" w:rsidRDefault="0030397D" w:rsidP="0030397D">
            <w:pPr>
              <w:spacing w:before="64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4"/>
                <w:sz w:val="15"/>
                <w:lang w:val="ru-RU"/>
              </w:rPr>
              <w:t>3</w:t>
            </w:r>
          </w:p>
        </w:tc>
        <w:tc>
          <w:tcPr>
            <w:tcW w:w="1104" w:type="dxa"/>
          </w:tcPr>
          <w:p w:rsidR="0030397D" w:rsidRPr="0030397D" w:rsidRDefault="0030397D" w:rsidP="0030397D">
            <w:pPr>
              <w:spacing w:before="64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4"/>
                <w:sz w:val="15"/>
                <w:lang w:val="ru-RU"/>
              </w:rPr>
              <w:t>1</w:t>
            </w:r>
          </w:p>
        </w:tc>
        <w:tc>
          <w:tcPr>
            <w:tcW w:w="1140" w:type="dxa"/>
          </w:tcPr>
          <w:p w:rsidR="0030397D" w:rsidRPr="0030397D" w:rsidRDefault="0030397D" w:rsidP="0030397D">
            <w:pPr>
              <w:spacing w:before="64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4"/>
                <w:sz w:val="15"/>
                <w:lang w:val="ru-RU"/>
              </w:rPr>
              <w:t>2</w:t>
            </w:r>
          </w:p>
        </w:tc>
        <w:tc>
          <w:tcPr>
            <w:tcW w:w="864" w:type="dxa"/>
          </w:tcPr>
          <w:p w:rsidR="0030397D" w:rsidRPr="0030397D" w:rsidRDefault="0030397D" w:rsidP="0030397D">
            <w:pPr>
              <w:spacing w:before="64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10.04.2023</w:t>
            </w:r>
          </w:p>
          <w:p w:rsidR="0030397D" w:rsidRPr="0030397D" w:rsidRDefault="0030397D" w:rsidP="0030397D">
            <w:pPr>
              <w:spacing w:before="20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13.04.2023</w:t>
            </w:r>
          </w:p>
        </w:tc>
        <w:tc>
          <w:tcPr>
            <w:tcW w:w="5066" w:type="dxa"/>
          </w:tcPr>
          <w:p w:rsidR="0030397D" w:rsidRPr="0030397D" w:rsidRDefault="0030397D" w:rsidP="0030397D">
            <w:pPr>
              <w:spacing w:before="64" w:line="266" w:lineRule="auto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Знакомство</w:t>
            </w:r>
            <w:r w:rsidRPr="0030397D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с</w:t>
            </w:r>
            <w:r w:rsidRPr="0030397D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логической</w:t>
            </w:r>
            <w:r w:rsidRPr="0030397D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конструкцией</w:t>
            </w:r>
            <w:r w:rsidRPr="0030397D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«Если</w:t>
            </w:r>
            <w:r w:rsidRPr="0030397D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…</w:t>
            </w:r>
            <w:r w:rsidRPr="0030397D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,</w:t>
            </w:r>
            <w:r w:rsidRPr="0030397D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то</w:t>
            </w:r>
            <w:r w:rsidRPr="0030397D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…».Верно</w:t>
            </w:r>
            <w:r w:rsidRPr="0030397D">
              <w:rPr>
                <w:rFonts w:ascii="Times New Roman" w:eastAsia="Times New Roman" w:hAnsi="Times New Roman" w:cs="Times New Roman"/>
                <w:spacing w:val="-7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или</w:t>
            </w:r>
            <w:r w:rsidRPr="0030397D">
              <w:rPr>
                <w:rFonts w:ascii="Times New Roman" w:eastAsia="Times New Roman" w:hAnsi="Times New Roman" w:cs="Times New Roman"/>
                <w:spacing w:val="-37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неверно:</w:t>
            </w:r>
            <w:r w:rsidRPr="0030397D">
              <w:rPr>
                <w:rFonts w:ascii="Times New Roman" w:eastAsia="Times New Roman" w:hAnsi="Times New Roman" w:cs="Times New Roman"/>
                <w:spacing w:val="-3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формулирование</w:t>
            </w:r>
            <w:r w:rsidRPr="0030397D">
              <w:rPr>
                <w:rFonts w:ascii="Times New Roman" w:eastAsia="Times New Roman" w:hAnsi="Times New Roman" w:cs="Times New Roman"/>
                <w:spacing w:val="-3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и</w:t>
            </w:r>
            <w:r w:rsidRPr="0030397D">
              <w:rPr>
                <w:rFonts w:ascii="Times New Roman" w:eastAsia="Times New Roman" w:hAnsi="Times New Roman" w:cs="Times New Roman"/>
                <w:spacing w:val="-2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проверка</w:t>
            </w:r>
            <w:r w:rsidRPr="0030397D">
              <w:rPr>
                <w:rFonts w:ascii="Times New Roman" w:eastAsia="Times New Roman" w:hAnsi="Times New Roman" w:cs="Times New Roman"/>
                <w:spacing w:val="-3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предложения;</w:t>
            </w:r>
          </w:p>
        </w:tc>
        <w:tc>
          <w:tcPr>
            <w:tcW w:w="1236" w:type="dxa"/>
          </w:tcPr>
          <w:p w:rsidR="0030397D" w:rsidRPr="0030397D" w:rsidRDefault="0030397D" w:rsidP="0030397D">
            <w:pPr>
              <w:spacing w:before="64" w:line="266" w:lineRule="auto"/>
              <w:ind w:right="261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lang w:val="ru-RU"/>
              </w:rPr>
              <w:t>Контрольная</w:t>
            </w:r>
            <w:r w:rsidRPr="0030397D">
              <w:rPr>
                <w:rFonts w:ascii="Times New Roman" w:eastAsia="Times New Roman" w:hAnsi="Times New Roman" w:cs="Times New Roman"/>
                <w:spacing w:val="-37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работа;</w:t>
            </w:r>
          </w:p>
        </w:tc>
        <w:tc>
          <w:tcPr>
            <w:tcW w:w="1548" w:type="dxa"/>
          </w:tcPr>
          <w:p w:rsidR="0030397D" w:rsidRPr="0030397D" w:rsidRDefault="00D50E20" w:rsidP="0030397D">
            <w:pPr>
              <w:spacing w:before="64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hyperlink r:id="rId50">
              <w:r w:rsidR="0030397D" w:rsidRPr="0030397D">
                <w:rPr>
                  <w:rFonts w:ascii="Times New Roman" w:eastAsia="Times New Roman" w:hAnsi="Times New Roman" w:cs="Times New Roman"/>
                  <w:w w:val="105"/>
                  <w:sz w:val="15"/>
                  <w:lang w:val="ru-RU"/>
                </w:rPr>
                <w:t>http://nsportal.ru</w:t>
              </w:r>
            </w:hyperlink>
          </w:p>
        </w:tc>
      </w:tr>
      <w:tr w:rsidR="0030397D" w:rsidRPr="0030397D" w:rsidTr="005B299F">
        <w:trPr>
          <w:trHeight w:val="417"/>
        </w:trPr>
        <w:tc>
          <w:tcPr>
            <w:tcW w:w="4010" w:type="dxa"/>
            <w:gridSpan w:val="2"/>
          </w:tcPr>
          <w:p w:rsidR="0030397D" w:rsidRPr="0030397D" w:rsidRDefault="0030397D" w:rsidP="0030397D">
            <w:pPr>
              <w:spacing w:before="64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Итого</w:t>
            </w:r>
            <w:r w:rsidRPr="0030397D">
              <w:rPr>
                <w:rFonts w:ascii="Times New Roman" w:eastAsia="Times New Roman" w:hAnsi="Times New Roman" w:cs="Times New Roman"/>
                <w:spacing w:val="-7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по</w:t>
            </w:r>
            <w:r w:rsidRPr="0030397D">
              <w:rPr>
                <w:rFonts w:ascii="Times New Roman" w:eastAsia="Times New Roman" w:hAnsi="Times New Roman" w:cs="Times New Roman"/>
                <w:spacing w:val="-7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разделу:</w:t>
            </w:r>
          </w:p>
        </w:tc>
        <w:tc>
          <w:tcPr>
            <w:tcW w:w="528" w:type="dxa"/>
          </w:tcPr>
          <w:p w:rsidR="0030397D" w:rsidRPr="0030397D" w:rsidRDefault="0030397D" w:rsidP="0030397D">
            <w:pPr>
              <w:spacing w:before="64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15</w:t>
            </w:r>
          </w:p>
        </w:tc>
        <w:tc>
          <w:tcPr>
            <w:tcW w:w="10958" w:type="dxa"/>
            <w:gridSpan w:val="6"/>
          </w:tcPr>
          <w:p w:rsidR="0030397D" w:rsidRPr="0030397D" w:rsidRDefault="0030397D" w:rsidP="0030397D">
            <w:pPr>
              <w:rPr>
                <w:rFonts w:ascii="Times New Roman" w:eastAsia="Times New Roman" w:hAnsi="Times New Roman" w:cs="Times New Roman"/>
                <w:sz w:val="14"/>
                <w:lang w:val="ru-RU"/>
              </w:rPr>
            </w:pPr>
          </w:p>
        </w:tc>
      </w:tr>
      <w:tr w:rsidR="0030397D" w:rsidRPr="0030397D" w:rsidTr="005B299F">
        <w:trPr>
          <w:trHeight w:val="333"/>
        </w:trPr>
        <w:tc>
          <w:tcPr>
            <w:tcW w:w="4010" w:type="dxa"/>
            <w:gridSpan w:val="2"/>
          </w:tcPr>
          <w:p w:rsidR="0030397D" w:rsidRPr="0030397D" w:rsidRDefault="0030397D" w:rsidP="0030397D">
            <w:pPr>
              <w:spacing w:before="64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Резервное</w:t>
            </w:r>
            <w:r w:rsidRPr="0030397D">
              <w:rPr>
                <w:rFonts w:ascii="Times New Roman" w:eastAsia="Times New Roman" w:hAnsi="Times New Roman" w:cs="Times New Roman"/>
                <w:spacing w:val="-9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время</w:t>
            </w:r>
          </w:p>
        </w:tc>
        <w:tc>
          <w:tcPr>
            <w:tcW w:w="528" w:type="dxa"/>
          </w:tcPr>
          <w:p w:rsidR="0030397D" w:rsidRPr="0030397D" w:rsidRDefault="0030397D" w:rsidP="0030397D">
            <w:pPr>
              <w:spacing w:before="64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14</w:t>
            </w:r>
          </w:p>
        </w:tc>
        <w:tc>
          <w:tcPr>
            <w:tcW w:w="10958" w:type="dxa"/>
            <w:gridSpan w:val="6"/>
          </w:tcPr>
          <w:p w:rsidR="0030397D" w:rsidRPr="0030397D" w:rsidRDefault="0030397D" w:rsidP="0030397D">
            <w:pPr>
              <w:rPr>
                <w:rFonts w:ascii="Times New Roman" w:eastAsia="Times New Roman" w:hAnsi="Times New Roman" w:cs="Times New Roman"/>
                <w:sz w:val="14"/>
                <w:lang w:val="ru-RU"/>
              </w:rPr>
            </w:pPr>
          </w:p>
        </w:tc>
      </w:tr>
    </w:tbl>
    <w:p w:rsidR="0030397D" w:rsidRPr="0030397D" w:rsidRDefault="0030397D" w:rsidP="0030397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4"/>
          <w:lang w:val="ru-RU"/>
        </w:rPr>
        <w:sectPr w:rsidR="0030397D" w:rsidRPr="0030397D" w:rsidSect="005B299F">
          <w:pgSz w:w="16840" w:h="11900" w:orient="landscape"/>
          <w:pgMar w:top="580" w:right="540" w:bottom="280" w:left="560" w:header="720" w:footer="720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4010"/>
        <w:gridCol w:w="528"/>
        <w:gridCol w:w="1104"/>
        <w:gridCol w:w="1140"/>
        <w:gridCol w:w="8716"/>
      </w:tblGrid>
      <w:tr w:rsidR="0030397D" w:rsidRPr="0030397D" w:rsidTr="005B299F">
        <w:trPr>
          <w:trHeight w:val="333"/>
        </w:trPr>
        <w:tc>
          <w:tcPr>
            <w:tcW w:w="4010" w:type="dxa"/>
          </w:tcPr>
          <w:p w:rsidR="0030397D" w:rsidRPr="0030397D" w:rsidRDefault="0030397D" w:rsidP="0030397D">
            <w:pPr>
              <w:spacing w:before="64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lang w:val="ru-RU"/>
              </w:rPr>
              <w:lastRenderedPageBreak/>
              <w:t>ОБЩЕЕ</w:t>
            </w:r>
            <w:r w:rsidRPr="0030397D">
              <w:rPr>
                <w:rFonts w:ascii="Times New Roman" w:eastAsia="Times New Roman" w:hAnsi="Times New Roman" w:cs="Times New Roman"/>
                <w:spacing w:val="-9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pacing w:val="-1"/>
                <w:w w:val="105"/>
                <w:sz w:val="15"/>
                <w:lang w:val="ru-RU"/>
              </w:rPr>
              <w:t>КОЛИЧЕСТВО</w:t>
            </w:r>
            <w:r w:rsidRPr="0030397D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ЧАСОВ</w:t>
            </w:r>
            <w:r w:rsidRPr="0030397D">
              <w:rPr>
                <w:rFonts w:ascii="Times New Roman" w:eastAsia="Times New Roman" w:hAnsi="Times New Roman" w:cs="Times New Roman"/>
                <w:spacing w:val="-9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ПО</w:t>
            </w:r>
            <w:r w:rsidRPr="0030397D">
              <w:rPr>
                <w:rFonts w:ascii="Times New Roman" w:eastAsia="Times New Roman" w:hAnsi="Times New Roman" w:cs="Times New Roman"/>
                <w:spacing w:val="-8"/>
                <w:w w:val="105"/>
                <w:sz w:val="15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ПРОГРАММЕ</w:t>
            </w:r>
          </w:p>
        </w:tc>
        <w:tc>
          <w:tcPr>
            <w:tcW w:w="528" w:type="dxa"/>
          </w:tcPr>
          <w:p w:rsidR="0030397D" w:rsidRPr="0030397D" w:rsidRDefault="0030397D" w:rsidP="0030397D">
            <w:pPr>
              <w:spacing w:before="64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132</w:t>
            </w:r>
          </w:p>
        </w:tc>
        <w:tc>
          <w:tcPr>
            <w:tcW w:w="1104" w:type="dxa"/>
          </w:tcPr>
          <w:p w:rsidR="0030397D" w:rsidRPr="0030397D" w:rsidRDefault="0030397D" w:rsidP="0030397D">
            <w:pPr>
              <w:spacing w:before="64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13</w:t>
            </w:r>
          </w:p>
        </w:tc>
        <w:tc>
          <w:tcPr>
            <w:tcW w:w="1140" w:type="dxa"/>
          </w:tcPr>
          <w:p w:rsidR="0030397D" w:rsidRPr="0030397D" w:rsidRDefault="0030397D" w:rsidP="0030397D">
            <w:pPr>
              <w:spacing w:before="64"/>
              <w:rPr>
                <w:rFonts w:ascii="Times New Roman" w:eastAsia="Times New Roman" w:hAnsi="Times New Roman" w:cs="Times New Roman"/>
                <w:sz w:val="15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5"/>
                <w:sz w:val="15"/>
                <w:lang w:val="ru-RU"/>
              </w:rPr>
              <w:t>103</w:t>
            </w:r>
          </w:p>
        </w:tc>
        <w:tc>
          <w:tcPr>
            <w:tcW w:w="8716" w:type="dxa"/>
          </w:tcPr>
          <w:p w:rsidR="0030397D" w:rsidRPr="0030397D" w:rsidRDefault="0030397D" w:rsidP="0030397D">
            <w:pPr>
              <w:rPr>
                <w:rFonts w:ascii="Times New Roman" w:eastAsia="Times New Roman" w:hAnsi="Times New Roman" w:cs="Times New Roman"/>
                <w:sz w:val="14"/>
                <w:lang w:val="ru-RU"/>
              </w:rPr>
            </w:pPr>
          </w:p>
        </w:tc>
      </w:tr>
    </w:tbl>
    <w:p w:rsidR="0030397D" w:rsidRDefault="0030397D">
      <w:pPr>
        <w:autoSpaceDE w:val="0"/>
        <w:autoSpaceDN w:val="0"/>
        <w:spacing w:after="666" w:line="233" w:lineRule="auto"/>
      </w:pPr>
    </w:p>
    <w:p w:rsidR="00D65CB6" w:rsidRDefault="00D65CB6">
      <w:pPr>
        <w:autoSpaceDE w:val="0"/>
        <w:autoSpaceDN w:val="0"/>
        <w:spacing w:after="78" w:line="220" w:lineRule="exact"/>
      </w:pPr>
    </w:p>
    <w:p w:rsidR="00D65CB6" w:rsidRPr="00E61D86" w:rsidRDefault="002E3E0D" w:rsidP="00E61D86">
      <w:pPr>
        <w:autoSpaceDE w:val="0"/>
        <w:autoSpaceDN w:val="0"/>
        <w:spacing w:after="320" w:line="23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</w:rPr>
      </w:pPr>
      <w:r w:rsidRPr="00E61D86">
        <w:rPr>
          <w:rFonts w:ascii="Times New Roman" w:eastAsia="Times New Roman" w:hAnsi="Times New Roman"/>
          <w:b/>
          <w:color w:val="000000"/>
          <w:sz w:val="28"/>
          <w:szCs w:val="28"/>
        </w:rPr>
        <w:t>ПОУРОЧНОЕ ПЛАНИРОВАНИЕ</w:t>
      </w:r>
    </w:p>
    <w:tbl>
      <w:tblPr>
        <w:tblStyle w:val="TableNormal1"/>
        <w:tblW w:w="0" w:type="auto"/>
        <w:tblInd w:w="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689"/>
        <w:gridCol w:w="2172"/>
        <w:gridCol w:w="732"/>
        <w:gridCol w:w="1620"/>
        <w:gridCol w:w="1668"/>
        <w:gridCol w:w="1236"/>
        <w:gridCol w:w="2656"/>
      </w:tblGrid>
      <w:tr w:rsidR="0030397D" w:rsidRPr="0030397D" w:rsidTr="004D53FF">
        <w:trPr>
          <w:trHeight w:val="477"/>
        </w:trPr>
        <w:tc>
          <w:tcPr>
            <w:tcW w:w="689" w:type="dxa"/>
            <w:vMerge w:val="restart"/>
          </w:tcPr>
          <w:p w:rsidR="0030397D" w:rsidRPr="0030397D" w:rsidRDefault="0030397D" w:rsidP="0030397D">
            <w:pPr>
              <w:spacing w:before="86" w:line="292" w:lineRule="auto"/>
              <w:ind w:right="121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№</w:t>
            </w:r>
            <w:r w:rsidRPr="0030397D">
              <w:rPr>
                <w:rFonts w:ascii="Times New Roman" w:eastAsia="Times New Roman" w:hAnsi="Times New Roman" w:cs="Times New Roman"/>
                <w:b/>
                <w:spacing w:val="1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п/п</w:t>
            </w:r>
          </w:p>
        </w:tc>
        <w:tc>
          <w:tcPr>
            <w:tcW w:w="2172" w:type="dxa"/>
            <w:vMerge w:val="restart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Тема</w:t>
            </w:r>
            <w:r w:rsidRPr="0030397D">
              <w:rPr>
                <w:rFonts w:ascii="Times New Roman" w:eastAsia="Times New Roman" w:hAnsi="Times New Roman" w:cs="Times New Roman"/>
                <w:b/>
                <w:spacing w:val="-3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урока</w:t>
            </w:r>
          </w:p>
        </w:tc>
        <w:tc>
          <w:tcPr>
            <w:tcW w:w="4020" w:type="dxa"/>
            <w:gridSpan w:val="3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Количество</w:t>
            </w:r>
            <w:r w:rsidRPr="0030397D">
              <w:rPr>
                <w:rFonts w:ascii="Times New Roman" w:eastAsia="Times New Roman" w:hAnsi="Times New Roman" w:cs="Times New Roman"/>
                <w:b/>
                <w:spacing w:val="-5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часов</w:t>
            </w:r>
          </w:p>
        </w:tc>
        <w:tc>
          <w:tcPr>
            <w:tcW w:w="1236" w:type="dxa"/>
            <w:vMerge w:val="restart"/>
          </w:tcPr>
          <w:p w:rsidR="0030397D" w:rsidRPr="0030397D" w:rsidRDefault="0030397D" w:rsidP="0030397D">
            <w:pPr>
              <w:spacing w:before="86" w:line="292" w:lineRule="auto"/>
              <w:ind w:right="128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Дата</w:t>
            </w:r>
            <w:r w:rsidRPr="0030397D">
              <w:rPr>
                <w:rFonts w:ascii="Times New Roman" w:eastAsia="Times New Roman" w:hAnsi="Times New Roman" w:cs="Times New Roman"/>
                <w:b/>
                <w:spacing w:val="1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b/>
                <w:spacing w:val="-1"/>
                <w:sz w:val="24"/>
                <w:lang w:val="ru-RU"/>
              </w:rPr>
              <w:t>изучения</w:t>
            </w:r>
          </w:p>
        </w:tc>
        <w:tc>
          <w:tcPr>
            <w:tcW w:w="2656" w:type="dxa"/>
            <w:vMerge w:val="restart"/>
          </w:tcPr>
          <w:p w:rsidR="0030397D" w:rsidRPr="0030397D" w:rsidRDefault="0030397D" w:rsidP="0030397D">
            <w:pPr>
              <w:spacing w:before="86" w:line="292" w:lineRule="auto"/>
              <w:ind w:right="933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Виды, формы</w:t>
            </w:r>
            <w:r w:rsidRPr="0030397D">
              <w:rPr>
                <w:rFonts w:ascii="Times New Roman" w:eastAsia="Times New Roman" w:hAnsi="Times New Roman" w:cs="Times New Roman"/>
                <w:b/>
                <w:spacing w:val="-58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контроля</w:t>
            </w:r>
          </w:p>
        </w:tc>
      </w:tr>
      <w:tr w:rsidR="0030397D" w:rsidRPr="0030397D" w:rsidTr="004D53FF">
        <w:trPr>
          <w:trHeight w:val="813"/>
        </w:trPr>
        <w:tc>
          <w:tcPr>
            <w:tcW w:w="689" w:type="dxa"/>
            <w:vMerge/>
            <w:tcBorders>
              <w:top w:val="nil"/>
            </w:tcBorders>
          </w:tcPr>
          <w:p w:rsidR="0030397D" w:rsidRPr="0030397D" w:rsidRDefault="0030397D" w:rsidP="0030397D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172" w:type="dxa"/>
            <w:vMerge/>
            <w:tcBorders>
              <w:top w:val="nil"/>
            </w:tcBorders>
          </w:tcPr>
          <w:p w:rsidR="0030397D" w:rsidRPr="0030397D" w:rsidRDefault="0030397D" w:rsidP="0030397D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732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всего</w:t>
            </w:r>
          </w:p>
        </w:tc>
        <w:tc>
          <w:tcPr>
            <w:tcW w:w="1620" w:type="dxa"/>
          </w:tcPr>
          <w:p w:rsidR="0030397D" w:rsidRPr="0030397D" w:rsidRDefault="0030397D" w:rsidP="0030397D">
            <w:pPr>
              <w:spacing w:before="86" w:line="292" w:lineRule="auto"/>
              <w:ind w:right="57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b/>
                <w:spacing w:val="-1"/>
                <w:sz w:val="24"/>
                <w:lang w:val="ru-RU"/>
              </w:rPr>
              <w:t>контрольные</w:t>
            </w:r>
            <w:r w:rsidRPr="0030397D">
              <w:rPr>
                <w:rFonts w:ascii="Times New Roman" w:eastAsia="Times New Roman" w:hAnsi="Times New Roman" w:cs="Times New Roman"/>
                <w:b/>
                <w:spacing w:val="-57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работы</w:t>
            </w:r>
          </w:p>
        </w:tc>
        <w:tc>
          <w:tcPr>
            <w:tcW w:w="1668" w:type="dxa"/>
          </w:tcPr>
          <w:p w:rsidR="0030397D" w:rsidRPr="0030397D" w:rsidRDefault="0030397D" w:rsidP="0030397D">
            <w:pPr>
              <w:spacing w:before="86" w:line="292" w:lineRule="auto"/>
              <w:ind w:right="50"/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b/>
                <w:spacing w:val="-1"/>
                <w:sz w:val="24"/>
                <w:lang w:val="ru-RU"/>
              </w:rPr>
              <w:t>практические</w:t>
            </w:r>
            <w:r w:rsidRPr="0030397D">
              <w:rPr>
                <w:rFonts w:ascii="Times New Roman" w:eastAsia="Times New Roman" w:hAnsi="Times New Roman" w:cs="Times New Roman"/>
                <w:b/>
                <w:spacing w:val="-57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b/>
                <w:sz w:val="24"/>
                <w:lang w:val="ru-RU"/>
              </w:rPr>
              <w:t>работы</w:t>
            </w:r>
          </w:p>
        </w:tc>
        <w:tc>
          <w:tcPr>
            <w:tcW w:w="1236" w:type="dxa"/>
            <w:vMerge/>
            <w:tcBorders>
              <w:top w:val="nil"/>
            </w:tcBorders>
          </w:tcPr>
          <w:p w:rsidR="0030397D" w:rsidRPr="0030397D" w:rsidRDefault="0030397D" w:rsidP="0030397D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  <w:tc>
          <w:tcPr>
            <w:tcW w:w="2656" w:type="dxa"/>
            <w:vMerge/>
            <w:tcBorders>
              <w:top w:val="nil"/>
            </w:tcBorders>
          </w:tcPr>
          <w:p w:rsidR="0030397D" w:rsidRPr="0030397D" w:rsidRDefault="0030397D" w:rsidP="0030397D">
            <w:pPr>
              <w:rPr>
                <w:rFonts w:ascii="Times New Roman" w:eastAsia="Times New Roman" w:hAnsi="Times New Roman" w:cs="Times New Roman"/>
                <w:sz w:val="2"/>
                <w:szCs w:val="2"/>
                <w:lang w:val="ru-RU"/>
              </w:rPr>
            </w:pPr>
          </w:p>
        </w:tc>
      </w:tr>
      <w:tr w:rsidR="0030397D" w:rsidRPr="0030397D" w:rsidTr="004D53FF">
        <w:trPr>
          <w:trHeight w:val="2157"/>
        </w:trPr>
        <w:tc>
          <w:tcPr>
            <w:tcW w:w="689" w:type="dxa"/>
          </w:tcPr>
          <w:p w:rsidR="0030397D" w:rsidRPr="00347EF9" w:rsidRDefault="00347EF9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1,2</w:t>
            </w:r>
          </w:p>
        </w:tc>
        <w:tc>
          <w:tcPr>
            <w:tcW w:w="2172" w:type="dxa"/>
          </w:tcPr>
          <w:p w:rsidR="0030397D" w:rsidRPr="0030397D" w:rsidRDefault="0030397D" w:rsidP="0030397D">
            <w:pPr>
              <w:spacing w:before="86" w:line="292" w:lineRule="auto"/>
              <w:ind w:right="333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Счёт предметов.</w:t>
            </w:r>
            <w:r w:rsidRPr="0030397D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Один, два, три…</w:t>
            </w:r>
            <w:r w:rsidRPr="0030397D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Порядковые</w:t>
            </w:r>
            <w:r w:rsidRPr="0030397D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числительные</w:t>
            </w:r>
          </w:p>
          <w:p w:rsidR="0030397D" w:rsidRPr="0030397D" w:rsidRDefault="0030397D" w:rsidP="0030397D">
            <w:pPr>
              <w:spacing w:line="292" w:lineRule="auto"/>
              <w:ind w:right="29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«первый, второй,</w:t>
            </w:r>
            <w:r w:rsidRPr="0030397D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третий…»</w:t>
            </w:r>
          </w:p>
        </w:tc>
        <w:tc>
          <w:tcPr>
            <w:tcW w:w="732" w:type="dxa"/>
          </w:tcPr>
          <w:p w:rsidR="0030397D" w:rsidRPr="0030397D" w:rsidRDefault="006E63A2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2</w:t>
            </w:r>
          </w:p>
        </w:tc>
        <w:tc>
          <w:tcPr>
            <w:tcW w:w="1620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0</w:t>
            </w:r>
          </w:p>
        </w:tc>
        <w:tc>
          <w:tcPr>
            <w:tcW w:w="1668" w:type="dxa"/>
          </w:tcPr>
          <w:p w:rsidR="0030397D" w:rsidRPr="0030397D" w:rsidRDefault="006E63A2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2</w:t>
            </w:r>
          </w:p>
        </w:tc>
        <w:tc>
          <w:tcPr>
            <w:tcW w:w="1236" w:type="dxa"/>
          </w:tcPr>
          <w:p w:rsidR="006E63A2" w:rsidRDefault="006E63A2" w:rsidP="0030397D">
            <w:pPr>
              <w:spacing w:before="86"/>
              <w:ind w:right="60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01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.09.2022</w:t>
            </w:r>
          </w:p>
          <w:p w:rsidR="0030397D" w:rsidRPr="0030397D" w:rsidRDefault="0030397D" w:rsidP="0030397D">
            <w:pPr>
              <w:spacing w:before="86"/>
              <w:ind w:right="60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02.09.2022</w:t>
            </w:r>
          </w:p>
        </w:tc>
        <w:tc>
          <w:tcPr>
            <w:tcW w:w="2656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Практическая</w:t>
            </w:r>
            <w:r w:rsidRPr="0030397D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работа;</w:t>
            </w:r>
          </w:p>
        </w:tc>
      </w:tr>
      <w:tr w:rsidR="0030397D" w:rsidRPr="0030397D" w:rsidTr="004D53FF">
        <w:trPr>
          <w:trHeight w:val="1485"/>
        </w:trPr>
        <w:tc>
          <w:tcPr>
            <w:tcW w:w="689" w:type="dxa"/>
          </w:tcPr>
          <w:p w:rsidR="0030397D" w:rsidRPr="0030397D" w:rsidRDefault="00347EF9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3</w:t>
            </w:r>
            <w:r w:rsidR="0030397D"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.</w:t>
            </w:r>
          </w:p>
        </w:tc>
        <w:tc>
          <w:tcPr>
            <w:tcW w:w="2172" w:type="dxa"/>
          </w:tcPr>
          <w:p w:rsidR="0030397D" w:rsidRPr="0030397D" w:rsidRDefault="0030397D" w:rsidP="0030397D">
            <w:pPr>
              <w:spacing w:before="86" w:line="292" w:lineRule="auto"/>
              <w:ind w:right="141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>Пространственные</w:t>
            </w:r>
            <w:r w:rsidRPr="0030397D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отношения</w:t>
            </w:r>
          </w:p>
          <w:p w:rsidR="0030397D" w:rsidRPr="0030397D" w:rsidRDefault="0030397D" w:rsidP="0030397D">
            <w:pPr>
              <w:spacing w:line="292" w:lineRule="auto"/>
              <w:ind w:right="482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«вверху, внизу,</w:t>
            </w:r>
            <w:r w:rsidRPr="0030397D">
              <w:rPr>
                <w:rFonts w:ascii="Times New Roman" w:eastAsia="Times New Roman" w:hAnsi="Times New Roman" w:cs="Times New Roman"/>
                <w:spacing w:val="-58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слева,</w:t>
            </w:r>
            <w:r w:rsidRPr="0030397D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справа»</w:t>
            </w:r>
          </w:p>
        </w:tc>
        <w:tc>
          <w:tcPr>
            <w:tcW w:w="732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1</w:t>
            </w:r>
          </w:p>
        </w:tc>
        <w:tc>
          <w:tcPr>
            <w:tcW w:w="1620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0</w:t>
            </w:r>
          </w:p>
        </w:tc>
        <w:tc>
          <w:tcPr>
            <w:tcW w:w="1668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1</w:t>
            </w:r>
          </w:p>
        </w:tc>
        <w:tc>
          <w:tcPr>
            <w:tcW w:w="1236" w:type="dxa"/>
          </w:tcPr>
          <w:p w:rsidR="0030397D" w:rsidRPr="0030397D" w:rsidRDefault="0030397D" w:rsidP="0030397D">
            <w:pPr>
              <w:spacing w:before="86"/>
              <w:ind w:right="60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05.09.2022</w:t>
            </w:r>
          </w:p>
        </w:tc>
        <w:tc>
          <w:tcPr>
            <w:tcW w:w="2656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Практическая</w:t>
            </w:r>
            <w:r w:rsidRPr="0030397D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работа;</w:t>
            </w:r>
          </w:p>
        </w:tc>
      </w:tr>
      <w:tr w:rsidR="0030397D" w:rsidRPr="0030397D" w:rsidTr="004D53FF">
        <w:trPr>
          <w:trHeight w:val="1485"/>
        </w:trPr>
        <w:tc>
          <w:tcPr>
            <w:tcW w:w="689" w:type="dxa"/>
          </w:tcPr>
          <w:p w:rsidR="0030397D" w:rsidRPr="0030397D" w:rsidRDefault="00347EF9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4</w:t>
            </w:r>
            <w:r w:rsidR="0030397D"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.</w:t>
            </w:r>
          </w:p>
        </w:tc>
        <w:tc>
          <w:tcPr>
            <w:tcW w:w="2172" w:type="dxa"/>
          </w:tcPr>
          <w:p w:rsidR="0030397D" w:rsidRPr="0030397D" w:rsidRDefault="0030397D" w:rsidP="0030397D">
            <w:pPr>
              <w:spacing w:before="86" w:line="292" w:lineRule="auto"/>
              <w:ind w:right="891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Временные</w:t>
            </w:r>
            <w:r w:rsidRPr="0030397D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отношения</w:t>
            </w:r>
          </w:p>
          <w:p w:rsidR="0030397D" w:rsidRPr="0030397D" w:rsidRDefault="0030397D" w:rsidP="0030397D">
            <w:pPr>
              <w:spacing w:line="292" w:lineRule="auto"/>
              <w:ind w:right="389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«раньше, позже,</w:t>
            </w:r>
            <w:r w:rsidRPr="0030397D">
              <w:rPr>
                <w:rFonts w:ascii="Times New Roman" w:eastAsia="Times New Roman" w:hAnsi="Times New Roman" w:cs="Times New Roman"/>
                <w:spacing w:val="-58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сначала,</w:t>
            </w:r>
            <w:r w:rsidRPr="0030397D">
              <w:rPr>
                <w:rFonts w:ascii="Times New Roman" w:eastAsia="Times New Roman" w:hAnsi="Times New Roman" w:cs="Times New Roman"/>
                <w:spacing w:val="-6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потом»</w:t>
            </w:r>
          </w:p>
        </w:tc>
        <w:tc>
          <w:tcPr>
            <w:tcW w:w="732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1</w:t>
            </w:r>
          </w:p>
        </w:tc>
        <w:tc>
          <w:tcPr>
            <w:tcW w:w="1620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0</w:t>
            </w:r>
          </w:p>
        </w:tc>
        <w:tc>
          <w:tcPr>
            <w:tcW w:w="1668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1</w:t>
            </w:r>
          </w:p>
        </w:tc>
        <w:tc>
          <w:tcPr>
            <w:tcW w:w="1236" w:type="dxa"/>
          </w:tcPr>
          <w:p w:rsidR="0030397D" w:rsidRPr="0030397D" w:rsidRDefault="0030397D" w:rsidP="0030397D">
            <w:pPr>
              <w:spacing w:before="86"/>
              <w:ind w:right="60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06.09.2022</w:t>
            </w:r>
          </w:p>
        </w:tc>
        <w:tc>
          <w:tcPr>
            <w:tcW w:w="2656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Устный</w:t>
            </w:r>
            <w:r w:rsidRPr="0030397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опрос;</w:t>
            </w:r>
          </w:p>
        </w:tc>
      </w:tr>
      <w:tr w:rsidR="0030397D" w:rsidRPr="0030397D" w:rsidTr="004D53FF">
        <w:trPr>
          <w:trHeight w:val="1149"/>
        </w:trPr>
        <w:tc>
          <w:tcPr>
            <w:tcW w:w="689" w:type="dxa"/>
          </w:tcPr>
          <w:p w:rsidR="0030397D" w:rsidRPr="0030397D" w:rsidRDefault="00347EF9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5</w:t>
            </w:r>
            <w:r w:rsidR="0030397D"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.</w:t>
            </w:r>
          </w:p>
        </w:tc>
        <w:tc>
          <w:tcPr>
            <w:tcW w:w="2172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Отношения</w:t>
            </w:r>
          </w:p>
          <w:p w:rsidR="0030397D" w:rsidRPr="0030397D" w:rsidRDefault="0030397D" w:rsidP="0030397D">
            <w:pPr>
              <w:spacing w:before="60" w:line="292" w:lineRule="auto"/>
              <w:ind w:right="27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«столько же,</w:t>
            </w:r>
            <w:r w:rsidRPr="0030397D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больше,</w:t>
            </w:r>
            <w:r w:rsidRPr="0030397D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меньше»</w:t>
            </w:r>
          </w:p>
        </w:tc>
        <w:tc>
          <w:tcPr>
            <w:tcW w:w="732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1</w:t>
            </w:r>
          </w:p>
        </w:tc>
        <w:tc>
          <w:tcPr>
            <w:tcW w:w="1620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0</w:t>
            </w:r>
          </w:p>
        </w:tc>
        <w:tc>
          <w:tcPr>
            <w:tcW w:w="1668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1</w:t>
            </w:r>
          </w:p>
        </w:tc>
        <w:tc>
          <w:tcPr>
            <w:tcW w:w="1236" w:type="dxa"/>
          </w:tcPr>
          <w:p w:rsidR="0030397D" w:rsidRPr="0030397D" w:rsidRDefault="0030397D" w:rsidP="0030397D">
            <w:pPr>
              <w:spacing w:before="86"/>
              <w:ind w:right="60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07.09.2022</w:t>
            </w:r>
          </w:p>
        </w:tc>
        <w:tc>
          <w:tcPr>
            <w:tcW w:w="2656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Практическая</w:t>
            </w:r>
            <w:r w:rsidRPr="0030397D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работа;</w:t>
            </w:r>
          </w:p>
        </w:tc>
      </w:tr>
      <w:tr w:rsidR="0030397D" w:rsidRPr="0030397D" w:rsidTr="004D53FF">
        <w:trPr>
          <w:trHeight w:val="1821"/>
        </w:trPr>
        <w:tc>
          <w:tcPr>
            <w:tcW w:w="689" w:type="dxa"/>
          </w:tcPr>
          <w:p w:rsidR="0030397D" w:rsidRPr="0030397D" w:rsidRDefault="00347EF9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6</w:t>
            </w:r>
            <w:r w:rsidR="0030397D"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.</w:t>
            </w:r>
          </w:p>
        </w:tc>
        <w:tc>
          <w:tcPr>
            <w:tcW w:w="2172" w:type="dxa"/>
          </w:tcPr>
          <w:p w:rsidR="0030397D" w:rsidRPr="0030397D" w:rsidRDefault="0030397D" w:rsidP="0030397D">
            <w:pPr>
              <w:spacing w:before="86" w:line="292" w:lineRule="auto"/>
              <w:ind w:right="30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Сравнение групп</w:t>
            </w:r>
            <w:r w:rsidRPr="0030397D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="00E61D86">
              <w:rPr>
                <w:rFonts w:ascii="Times New Roman" w:eastAsia="Times New Roman" w:hAnsi="Times New Roman" w:cs="Times New Roman"/>
                <w:sz w:val="24"/>
                <w:lang w:val="ru-RU"/>
              </w:rPr>
              <w:t>предметов «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На</w:t>
            </w:r>
            <w:r w:rsidRPr="0030397D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сколько больше?</w:t>
            </w:r>
            <w:r w:rsidRPr="0030397D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На сколько</w:t>
            </w:r>
            <w:r w:rsidRPr="0030397D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меньше?»</w:t>
            </w:r>
          </w:p>
        </w:tc>
        <w:tc>
          <w:tcPr>
            <w:tcW w:w="732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1</w:t>
            </w:r>
          </w:p>
        </w:tc>
        <w:tc>
          <w:tcPr>
            <w:tcW w:w="1620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0</w:t>
            </w:r>
          </w:p>
        </w:tc>
        <w:tc>
          <w:tcPr>
            <w:tcW w:w="1668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1</w:t>
            </w:r>
          </w:p>
        </w:tc>
        <w:tc>
          <w:tcPr>
            <w:tcW w:w="1236" w:type="dxa"/>
          </w:tcPr>
          <w:p w:rsidR="0030397D" w:rsidRPr="0030397D" w:rsidRDefault="0030397D" w:rsidP="0030397D">
            <w:pPr>
              <w:spacing w:before="86"/>
              <w:ind w:right="60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08.09.2022</w:t>
            </w:r>
          </w:p>
        </w:tc>
        <w:tc>
          <w:tcPr>
            <w:tcW w:w="2656" w:type="dxa"/>
          </w:tcPr>
          <w:p w:rsidR="0030397D" w:rsidRPr="0030397D" w:rsidRDefault="0030397D" w:rsidP="0030397D">
            <w:pPr>
              <w:spacing w:before="86" w:line="292" w:lineRule="auto"/>
              <w:ind w:right="20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Практическая работа;</w:t>
            </w:r>
            <w:r w:rsidRPr="0030397D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Тестирование;</w:t>
            </w:r>
          </w:p>
        </w:tc>
      </w:tr>
      <w:tr w:rsidR="0030397D" w:rsidRPr="0030397D" w:rsidTr="004D53FF">
        <w:trPr>
          <w:trHeight w:val="1149"/>
        </w:trPr>
        <w:tc>
          <w:tcPr>
            <w:tcW w:w="689" w:type="dxa"/>
          </w:tcPr>
          <w:p w:rsidR="0030397D" w:rsidRPr="0030397D" w:rsidRDefault="00347EF9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7</w:t>
            </w:r>
            <w:r w:rsidR="0030397D"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.</w:t>
            </w:r>
          </w:p>
        </w:tc>
        <w:tc>
          <w:tcPr>
            <w:tcW w:w="2172" w:type="dxa"/>
          </w:tcPr>
          <w:p w:rsidR="0030397D" w:rsidRPr="0030397D" w:rsidRDefault="0030397D" w:rsidP="0030397D">
            <w:pPr>
              <w:spacing w:before="86" w:line="292" w:lineRule="auto"/>
              <w:ind w:right="163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Уравнение</w:t>
            </w:r>
            <w:r w:rsidRPr="0030397D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предметов</w:t>
            </w:r>
            <w:r w:rsidRPr="0030397D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30397D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групп</w:t>
            </w:r>
            <w:r w:rsidRPr="0030397D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предметов.</w:t>
            </w:r>
          </w:p>
        </w:tc>
        <w:tc>
          <w:tcPr>
            <w:tcW w:w="732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1</w:t>
            </w:r>
          </w:p>
        </w:tc>
        <w:tc>
          <w:tcPr>
            <w:tcW w:w="1620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0</w:t>
            </w:r>
          </w:p>
        </w:tc>
        <w:tc>
          <w:tcPr>
            <w:tcW w:w="1668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1</w:t>
            </w:r>
          </w:p>
        </w:tc>
        <w:tc>
          <w:tcPr>
            <w:tcW w:w="1236" w:type="dxa"/>
          </w:tcPr>
          <w:p w:rsidR="0030397D" w:rsidRPr="0030397D" w:rsidRDefault="00A86162" w:rsidP="0030397D">
            <w:pPr>
              <w:spacing w:before="86"/>
              <w:ind w:right="60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09</w:t>
            </w:r>
            <w:r w:rsidR="0030397D"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.09.2022</w:t>
            </w:r>
          </w:p>
        </w:tc>
        <w:tc>
          <w:tcPr>
            <w:tcW w:w="2656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Практическая</w:t>
            </w:r>
            <w:r w:rsidRPr="0030397D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работа;</w:t>
            </w:r>
          </w:p>
        </w:tc>
      </w:tr>
      <w:tr w:rsidR="0030397D" w:rsidRPr="0030397D" w:rsidTr="004D53FF">
        <w:trPr>
          <w:trHeight w:val="2493"/>
        </w:trPr>
        <w:tc>
          <w:tcPr>
            <w:tcW w:w="689" w:type="dxa"/>
          </w:tcPr>
          <w:p w:rsidR="0030397D" w:rsidRPr="0030397D" w:rsidRDefault="00347EF9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8,9</w:t>
            </w:r>
            <w:r w:rsidR="0030397D"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.</w:t>
            </w:r>
          </w:p>
        </w:tc>
        <w:tc>
          <w:tcPr>
            <w:tcW w:w="2172" w:type="dxa"/>
          </w:tcPr>
          <w:p w:rsidR="0030397D" w:rsidRPr="0030397D" w:rsidRDefault="0030397D" w:rsidP="0030397D">
            <w:pPr>
              <w:spacing w:before="86" w:line="292" w:lineRule="auto"/>
              <w:ind w:right="51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Закрепление</w:t>
            </w:r>
            <w:r w:rsidRPr="0030397D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знаний</w:t>
            </w:r>
            <w:r w:rsidRPr="0030397D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по</w:t>
            </w:r>
            <w:r w:rsidRPr="0030397D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теме</w:t>
            </w:r>
          </w:p>
          <w:p w:rsidR="0030397D" w:rsidRPr="0030397D" w:rsidRDefault="0030397D" w:rsidP="0030397D">
            <w:pPr>
              <w:spacing w:line="292" w:lineRule="auto"/>
              <w:ind w:right="12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«Счёт предметов и</w:t>
            </w:r>
            <w:r w:rsidRPr="0030397D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групп предметов.</w:t>
            </w:r>
            <w:r w:rsidRPr="0030397D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>Пространственные</w:t>
            </w:r>
            <w:r w:rsidRPr="0030397D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и временные</w:t>
            </w:r>
            <w:r w:rsidRPr="0030397D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представления».</w:t>
            </w:r>
          </w:p>
        </w:tc>
        <w:tc>
          <w:tcPr>
            <w:tcW w:w="732" w:type="dxa"/>
          </w:tcPr>
          <w:p w:rsidR="0030397D" w:rsidRPr="0030397D" w:rsidRDefault="006E63A2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2</w:t>
            </w:r>
          </w:p>
        </w:tc>
        <w:tc>
          <w:tcPr>
            <w:tcW w:w="1620" w:type="dxa"/>
          </w:tcPr>
          <w:p w:rsidR="0030397D" w:rsidRPr="0030397D" w:rsidRDefault="006E63A2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1</w:t>
            </w:r>
          </w:p>
        </w:tc>
        <w:tc>
          <w:tcPr>
            <w:tcW w:w="1668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1</w:t>
            </w:r>
          </w:p>
        </w:tc>
        <w:tc>
          <w:tcPr>
            <w:tcW w:w="1236" w:type="dxa"/>
          </w:tcPr>
          <w:p w:rsidR="0030397D" w:rsidRDefault="00A86162" w:rsidP="0030397D">
            <w:pPr>
              <w:spacing w:before="86"/>
              <w:ind w:right="60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12</w:t>
            </w:r>
            <w:r w:rsidR="0030397D"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.09.2022</w:t>
            </w:r>
          </w:p>
          <w:p w:rsidR="006E63A2" w:rsidRPr="0030397D" w:rsidRDefault="00A86162" w:rsidP="0030397D">
            <w:pPr>
              <w:spacing w:before="86"/>
              <w:ind w:right="60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13</w:t>
            </w:r>
            <w:r w:rsidR="006E63A2"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.09.2022</w:t>
            </w:r>
          </w:p>
        </w:tc>
        <w:tc>
          <w:tcPr>
            <w:tcW w:w="2656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Зачет;</w:t>
            </w:r>
            <w:r w:rsidR="006E63A2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самостоятельная работа</w:t>
            </w:r>
          </w:p>
        </w:tc>
      </w:tr>
    </w:tbl>
    <w:p w:rsidR="0030397D" w:rsidRPr="0030397D" w:rsidRDefault="0030397D" w:rsidP="0030397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lang w:val="ru-RU"/>
        </w:rPr>
        <w:sectPr w:rsidR="0030397D" w:rsidRPr="0030397D" w:rsidSect="005B299F">
          <w:pgSz w:w="11900" w:h="16840"/>
          <w:pgMar w:top="520" w:right="560" w:bottom="280" w:left="560" w:header="720" w:footer="720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20"/>
        </w:sectPr>
      </w:pPr>
    </w:p>
    <w:tbl>
      <w:tblPr>
        <w:tblStyle w:val="TableNormal1"/>
        <w:tblW w:w="0" w:type="auto"/>
        <w:tblInd w:w="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689"/>
        <w:gridCol w:w="2172"/>
        <w:gridCol w:w="732"/>
        <w:gridCol w:w="1620"/>
        <w:gridCol w:w="1668"/>
        <w:gridCol w:w="1236"/>
        <w:gridCol w:w="2656"/>
      </w:tblGrid>
      <w:tr w:rsidR="0030397D" w:rsidRPr="0030397D" w:rsidTr="004D53FF">
        <w:trPr>
          <w:trHeight w:val="2493"/>
        </w:trPr>
        <w:tc>
          <w:tcPr>
            <w:tcW w:w="689" w:type="dxa"/>
          </w:tcPr>
          <w:p w:rsidR="0030397D" w:rsidRPr="0030397D" w:rsidRDefault="00347EF9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lastRenderedPageBreak/>
              <w:t>10</w:t>
            </w:r>
            <w:r w:rsidR="0030397D"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.</w:t>
            </w:r>
          </w:p>
        </w:tc>
        <w:tc>
          <w:tcPr>
            <w:tcW w:w="2172" w:type="dxa"/>
          </w:tcPr>
          <w:p w:rsidR="0030397D" w:rsidRPr="0030397D" w:rsidRDefault="0030397D" w:rsidP="0030397D">
            <w:pPr>
              <w:spacing w:before="86" w:line="292" w:lineRule="auto"/>
              <w:ind w:right="553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Проверочная</w:t>
            </w:r>
            <w:r w:rsidRPr="0030397D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работа</w:t>
            </w:r>
            <w:r w:rsidRPr="0030397D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по</w:t>
            </w:r>
            <w:r w:rsidRPr="0030397D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теме</w:t>
            </w:r>
          </w:p>
          <w:p w:rsidR="0030397D" w:rsidRPr="0030397D" w:rsidRDefault="0030397D" w:rsidP="0030397D">
            <w:pPr>
              <w:spacing w:line="292" w:lineRule="auto"/>
              <w:ind w:right="12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«Счёт предметов и</w:t>
            </w:r>
            <w:r w:rsidRPr="0030397D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групп предметов.</w:t>
            </w:r>
            <w:r w:rsidRPr="0030397D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>Пространственные</w:t>
            </w:r>
            <w:r w:rsidRPr="0030397D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и временные</w:t>
            </w:r>
            <w:r w:rsidRPr="0030397D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представления».</w:t>
            </w:r>
          </w:p>
        </w:tc>
        <w:tc>
          <w:tcPr>
            <w:tcW w:w="732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1</w:t>
            </w:r>
          </w:p>
        </w:tc>
        <w:tc>
          <w:tcPr>
            <w:tcW w:w="1620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1</w:t>
            </w:r>
          </w:p>
        </w:tc>
        <w:tc>
          <w:tcPr>
            <w:tcW w:w="1668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0</w:t>
            </w:r>
          </w:p>
        </w:tc>
        <w:tc>
          <w:tcPr>
            <w:tcW w:w="1236" w:type="dxa"/>
          </w:tcPr>
          <w:p w:rsidR="0030397D" w:rsidRPr="0030397D" w:rsidRDefault="00A86162" w:rsidP="0030397D">
            <w:pPr>
              <w:spacing w:before="86"/>
              <w:ind w:right="60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14</w:t>
            </w:r>
            <w:r w:rsidR="006E63A2"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.09.2022</w:t>
            </w:r>
          </w:p>
        </w:tc>
        <w:tc>
          <w:tcPr>
            <w:tcW w:w="2656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Проверочная</w:t>
            </w:r>
            <w:r w:rsidRPr="0030397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работа;</w:t>
            </w:r>
          </w:p>
        </w:tc>
      </w:tr>
      <w:tr w:rsidR="0030397D" w:rsidRPr="0068099F" w:rsidTr="004D53FF">
        <w:trPr>
          <w:trHeight w:val="1485"/>
        </w:trPr>
        <w:tc>
          <w:tcPr>
            <w:tcW w:w="689" w:type="dxa"/>
          </w:tcPr>
          <w:p w:rsidR="0030397D" w:rsidRPr="0030397D" w:rsidRDefault="00347EF9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11.</w:t>
            </w:r>
          </w:p>
        </w:tc>
        <w:tc>
          <w:tcPr>
            <w:tcW w:w="2172" w:type="dxa"/>
          </w:tcPr>
          <w:p w:rsidR="0030397D" w:rsidRPr="0030397D" w:rsidRDefault="0030397D" w:rsidP="0030397D">
            <w:pPr>
              <w:spacing w:before="86" w:line="292" w:lineRule="auto"/>
              <w:ind w:right="15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Работа над</w:t>
            </w:r>
            <w:r w:rsidRPr="0030397D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ошибками.</w:t>
            </w:r>
            <w:r w:rsidRPr="0030397D">
              <w:rPr>
                <w:rFonts w:ascii="Times New Roman" w:eastAsia="Times New Roman" w:hAnsi="Times New Roman" w:cs="Times New Roman"/>
                <w:spacing w:val="-15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Много.</w:t>
            </w:r>
            <w:r w:rsidRPr="0030397D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Один.</w:t>
            </w:r>
            <w:r w:rsidRPr="0030397D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Цифра</w:t>
            </w:r>
            <w:r w:rsidRPr="0030397D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1.</w:t>
            </w:r>
          </w:p>
        </w:tc>
        <w:tc>
          <w:tcPr>
            <w:tcW w:w="732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1</w:t>
            </w:r>
          </w:p>
        </w:tc>
        <w:tc>
          <w:tcPr>
            <w:tcW w:w="1620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0</w:t>
            </w:r>
          </w:p>
        </w:tc>
        <w:tc>
          <w:tcPr>
            <w:tcW w:w="1668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1</w:t>
            </w:r>
          </w:p>
        </w:tc>
        <w:tc>
          <w:tcPr>
            <w:tcW w:w="1236" w:type="dxa"/>
          </w:tcPr>
          <w:p w:rsidR="0030397D" w:rsidRPr="0030397D" w:rsidRDefault="00A86162" w:rsidP="0030397D">
            <w:pPr>
              <w:spacing w:before="86"/>
              <w:ind w:right="60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15</w:t>
            </w:r>
            <w:r w:rsidR="006E63A2"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.09.2022</w:t>
            </w:r>
          </w:p>
        </w:tc>
        <w:tc>
          <w:tcPr>
            <w:tcW w:w="2656" w:type="dxa"/>
          </w:tcPr>
          <w:p w:rsidR="0030397D" w:rsidRPr="0030397D" w:rsidRDefault="0030397D" w:rsidP="0030397D">
            <w:pPr>
              <w:spacing w:before="86" w:line="292" w:lineRule="auto"/>
              <w:ind w:right="782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Самооценка с</w:t>
            </w:r>
            <w:r w:rsidRPr="0030397D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>использованием</w:t>
            </w:r>
          </w:p>
          <w:p w:rsidR="0030397D" w:rsidRPr="0030397D" w:rsidRDefault="0030397D" w:rsidP="0030397D">
            <w:pPr>
              <w:spacing w:line="292" w:lineRule="auto"/>
              <w:ind w:right="84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«Оценочного листа»;</w:t>
            </w:r>
            <w:r w:rsidRPr="0030397D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Работа</w:t>
            </w:r>
            <w:r w:rsidRPr="0030397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над</w:t>
            </w:r>
            <w:r w:rsidRPr="0030397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ошибками.;</w:t>
            </w:r>
          </w:p>
        </w:tc>
      </w:tr>
      <w:tr w:rsidR="0030397D" w:rsidRPr="0030397D" w:rsidTr="004D53FF">
        <w:trPr>
          <w:trHeight w:val="477"/>
        </w:trPr>
        <w:tc>
          <w:tcPr>
            <w:tcW w:w="689" w:type="dxa"/>
          </w:tcPr>
          <w:p w:rsidR="0030397D" w:rsidRPr="0030397D" w:rsidRDefault="00347EF9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12</w:t>
            </w:r>
            <w:r w:rsidR="0030397D"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.</w:t>
            </w:r>
          </w:p>
        </w:tc>
        <w:tc>
          <w:tcPr>
            <w:tcW w:w="2172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Числа</w:t>
            </w:r>
            <w:r w:rsidRPr="0030397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1,2.</w:t>
            </w:r>
            <w:r w:rsidRPr="0030397D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Цифра</w:t>
            </w:r>
            <w:r w:rsidRPr="0030397D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2.</w:t>
            </w:r>
          </w:p>
        </w:tc>
        <w:tc>
          <w:tcPr>
            <w:tcW w:w="732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1</w:t>
            </w:r>
          </w:p>
        </w:tc>
        <w:tc>
          <w:tcPr>
            <w:tcW w:w="1620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0</w:t>
            </w:r>
          </w:p>
        </w:tc>
        <w:tc>
          <w:tcPr>
            <w:tcW w:w="1668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1</w:t>
            </w:r>
          </w:p>
        </w:tc>
        <w:tc>
          <w:tcPr>
            <w:tcW w:w="1236" w:type="dxa"/>
          </w:tcPr>
          <w:p w:rsidR="0030397D" w:rsidRPr="0030397D" w:rsidRDefault="00A86162" w:rsidP="0030397D">
            <w:pPr>
              <w:spacing w:before="86"/>
              <w:ind w:right="60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16</w:t>
            </w:r>
            <w:r w:rsidR="006E63A2"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.09.2022</w:t>
            </w:r>
          </w:p>
        </w:tc>
        <w:tc>
          <w:tcPr>
            <w:tcW w:w="2656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Практическая</w:t>
            </w:r>
            <w:r w:rsidRPr="0030397D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работа;</w:t>
            </w:r>
          </w:p>
        </w:tc>
      </w:tr>
      <w:tr w:rsidR="0030397D" w:rsidRPr="0030397D" w:rsidTr="004D53FF">
        <w:trPr>
          <w:trHeight w:val="813"/>
        </w:trPr>
        <w:tc>
          <w:tcPr>
            <w:tcW w:w="689" w:type="dxa"/>
          </w:tcPr>
          <w:p w:rsidR="0030397D" w:rsidRPr="0030397D" w:rsidRDefault="00347EF9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13</w:t>
            </w:r>
            <w:r w:rsidR="0030397D"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.</w:t>
            </w:r>
          </w:p>
        </w:tc>
        <w:tc>
          <w:tcPr>
            <w:tcW w:w="2172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Числа</w:t>
            </w:r>
            <w:r w:rsidRPr="0030397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1,2,3.</w:t>
            </w:r>
            <w:r w:rsidRPr="0030397D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Цифра</w:t>
            </w:r>
          </w:p>
          <w:p w:rsidR="0030397D" w:rsidRPr="0030397D" w:rsidRDefault="0030397D" w:rsidP="0030397D">
            <w:pPr>
              <w:spacing w:before="6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3.</w:t>
            </w:r>
          </w:p>
        </w:tc>
        <w:tc>
          <w:tcPr>
            <w:tcW w:w="732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1</w:t>
            </w:r>
          </w:p>
        </w:tc>
        <w:tc>
          <w:tcPr>
            <w:tcW w:w="1620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0</w:t>
            </w:r>
          </w:p>
        </w:tc>
        <w:tc>
          <w:tcPr>
            <w:tcW w:w="1668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1</w:t>
            </w:r>
          </w:p>
        </w:tc>
        <w:tc>
          <w:tcPr>
            <w:tcW w:w="1236" w:type="dxa"/>
          </w:tcPr>
          <w:p w:rsidR="0030397D" w:rsidRPr="0030397D" w:rsidRDefault="00A86162" w:rsidP="0030397D">
            <w:pPr>
              <w:spacing w:before="86"/>
              <w:ind w:right="60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19</w:t>
            </w:r>
            <w:r w:rsidR="006E63A2"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.09.2022</w:t>
            </w:r>
          </w:p>
        </w:tc>
        <w:tc>
          <w:tcPr>
            <w:tcW w:w="2656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Практическая</w:t>
            </w:r>
            <w:r w:rsidRPr="0030397D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работа;</w:t>
            </w:r>
          </w:p>
        </w:tc>
      </w:tr>
      <w:tr w:rsidR="0030397D" w:rsidRPr="0030397D" w:rsidTr="004D53FF">
        <w:trPr>
          <w:trHeight w:val="1149"/>
        </w:trPr>
        <w:tc>
          <w:tcPr>
            <w:tcW w:w="689" w:type="dxa"/>
          </w:tcPr>
          <w:p w:rsidR="0030397D" w:rsidRPr="0030397D" w:rsidRDefault="00347EF9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14, 15</w:t>
            </w:r>
            <w:r w:rsidR="0030397D"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.</w:t>
            </w:r>
          </w:p>
        </w:tc>
        <w:tc>
          <w:tcPr>
            <w:tcW w:w="2172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Знаки</w:t>
            </w:r>
            <w:r w:rsidRPr="0030397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«+»,</w:t>
            </w:r>
            <w:r w:rsidRPr="0030397D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«-»,</w:t>
            </w:r>
          </w:p>
          <w:p w:rsidR="0030397D" w:rsidRPr="0030397D" w:rsidRDefault="0030397D" w:rsidP="0030397D">
            <w:pPr>
              <w:spacing w:before="60" w:line="292" w:lineRule="auto"/>
              <w:ind w:right="8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«=».</w:t>
            </w:r>
            <w:r w:rsidRPr="0030397D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Составление</w:t>
            </w:r>
            <w:r w:rsidRPr="0030397D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и</w:t>
            </w:r>
            <w:r w:rsidRPr="0030397D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чтение</w:t>
            </w:r>
            <w:r w:rsidRPr="0030397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равенств.</w:t>
            </w:r>
          </w:p>
        </w:tc>
        <w:tc>
          <w:tcPr>
            <w:tcW w:w="732" w:type="dxa"/>
          </w:tcPr>
          <w:p w:rsidR="0030397D" w:rsidRPr="0030397D" w:rsidRDefault="006E63A2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2</w:t>
            </w:r>
          </w:p>
        </w:tc>
        <w:tc>
          <w:tcPr>
            <w:tcW w:w="1620" w:type="dxa"/>
          </w:tcPr>
          <w:p w:rsidR="0030397D" w:rsidRPr="0030397D" w:rsidRDefault="00C16705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0</w:t>
            </w:r>
          </w:p>
        </w:tc>
        <w:tc>
          <w:tcPr>
            <w:tcW w:w="1668" w:type="dxa"/>
          </w:tcPr>
          <w:p w:rsidR="0030397D" w:rsidRPr="0030397D" w:rsidRDefault="00C16705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2</w:t>
            </w:r>
          </w:p>
        </w:tc>
        <w:tc>
          <w:tcPr>
            <w:tcW w:w="1236" w:type="dxa"/>
          </w:tcPr>
          <w:p w:rsidR="0030397D" w:rsidRDefault="00A86162" w:rsidP="0030397D">
            <w:pPr>
              <w:spacing w:before="86"/>
              <w:ind w:right="60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20</w:t>
            </w:r>
            <w:r w:rsidR="006E63A2"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.09.2022</w:t>
            </w:r>
          </w:p>
          <w:p w:rsidR="006E63A2" w:rsidRPr="0030397D" w:rsidRDefault="00A86162" w:rsidP="0030397D">
            <w:pPr>
              <w:spacing w:before="86"/>
              <w:ind w:right="60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21</w:t>
            </w:r>
            <w:r w:rsidR="006E63A2"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.09.2022</w:t>
            </w:r>
          </w:p>
        </w:tc>
        <w:tc>
          <w:tcPr>
            <w:tcW w:w="2656" w:type="dxa"/>
          </w:tcPr>
          <w:p w:rsidR="0030397D" w:rsidRPr="0030397D" w:rsidRDefault="0030397D" w:rsidP="0030397D">
            <w:pPr>
              <w:spacing w:before="86" w:line="292" w:lineRule="auto"/>
              <w:ind w:right="20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Практическая работа;</w:t>
            </w:r>
            <w:r w:rsidRPr="0030397D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Тестирование;</w:t>
            </w:r>
          </w:p>
        </w:tc>
      </w:tr>
      <w:tr w:rsidR="0030397D" w:rsidRPr="0030397D" w:rsidTr="004D53FF">
        <w:trPr>
          <w:trHeight w:val="813"/>
        </w:trPr>
        <w:tc>
          <w:tcPr>
            <w:tcW w:w="689" w:type="dxa"/>
          </w:tcPr>
          <w:p w:rsidR="0030397D" w:rsidRPr="0030397D" w:rsidRDefault="00347EF9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16</w:t>
            </w:r>
            <w:r w:rsidR="0030397D"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.</w:t>
            </w:r>
          </w:p>
        </w:tc>
        <w:tc>
          <w:tcPr>
            <w:tcW w:w="2172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Числа</w:t>
            </w:r>
            <w:r w:rsidRPr="0030397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1,2,3,4.</w:t>
            </w:r>
          </w:p>
          <w:p w:rsidR="0030397D" w:rsidRPr="0030397D" w:rsidRDefault="0030397D" w:rsidP="0030397D">
            <w:pPr>
              <w:spacing w:before="6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Цифра</w:t>
            </w:r>
            <w:r w:rsidRPr="0030397D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4.</w:t>
            </w:r>
          </w:p>
        </w:tc>
        <w:tc>
          <w:tcPr>
            <w:tcW w:w="732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1</w:t>
            </w:r>
          </w:p>
        </w:tc>
        <w:tc>
          <w:tcPr>
            <w:tcW w:w="1620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0</w:t>
            </w:r>
          </w:p>
        </w:tc>
        <w:tc>
          <w:tcPr>
            <w:tcW w:w="1668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1</w:t>
            </w:r>
          </w:p>
        </w:tc>
        <w:tc>
          <w:tcPr>
            <w:tcW w:w="1236" w:type="dxa"/>
          </w:tcPr>
          <w:p w:rsidR="0030397D" w:rsidRPr="0030397D" w:rsidRDefault="00A86162" w:rsidP="0030397D">
            <w:pPr>
              <w:spacing w:before="86"/>
              <w:ind w:right="60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22</w:t>
            </w:r>
            <w:r w:rsidR="006E63A2"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.09.2022</w:t>
            </w:r>
          </w:p>
        </w:tc>
        <w:tc>
          <w:tcPr>
            <w:tcW w:w="2656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Практическая</w:t>
            </w:r>
            <w:r w:rsidRPr="0030397D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работа;</w:t>
            </w:r>
          </w:p>
        </w:tc>
      </w:tr>
      <w:tr w:rsidR="0030397D" w:rsidRPr="0030397D" w:rsidTr="004D53FF">
        <w:trPr>
          <w:trHeight w:val="1149"/>
        </w:trPr>
        <w:tc>
          <w:tcPr>
            <w:tcW w:w="689" w:type="dxa"/>
          </w:tcPr>
          <w:p w:rsidR="0030397D" w:rsidRPr="0030397D" w:rsidRDefault="00347EF9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17</w:t>
            </w:r>
            <w:r w:rsidR="0030397D"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.</w:t>
            </w:r>
          </w:p>
        </w:tc>
        <w:tc>
          <w:tcPr>
            <w:tcW w:w="2172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Отношения</w:t>
            </w:r>
          </w:p>
          <w:p w:rsidR="0030397D" w:rsidRPr="0030397D" w:rsidRDefault="0030397D" w:rsidP="0030397D">
            <w:pPr>
              <w:spacing w:before="6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«длиннее»,</w:t>
            </w:r>
          </w:p>
          <w:p w:rsidR="0030397D" w:rsidRPr="0030397D" w:rsidRDefault="0030397D" w:rsidP="0030397D">
            <w:pPr>
              <w:spacing w:before="6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«короче».</w:t>
            </w:r>
          </w:p>
        </w:tc>
        <w:tc>
          <w:tcPr>
            <w:tcW w:w="732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1</w:t>
            </w:r>
          </w:p>
        </w:tc>
        <w:tc>
          <w:tcPr>
            <w:tcW w:w="1620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0</w:t>
            </w:r>
          </w:p>
        </w:tc>
        <w:tc>
          <w:tcPr>
            <w:tcW w:w="1668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1</w:t>
            </w:r>
          </w:p>
        </w:tc>
        <w:tc>
          <w:tcPr>
            <w:tcW w:w="1236" w:type="dxa"/>
          </w:tcPr>
          <w:p w:rsidR="0030397D" w:rsidRPr="0030397D" w:rsidRDefault="00A86162" w:rsidP="0030397D">
            <w:pPr>
              <w:spacing w:before="86"/>
              <w:ind w:right="60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23</w:t>
            </w:r>
            <w:r w:rsidR="006E63A2"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.09.2022</w:t>
            </w:r>
          </w:p>
        </w:tc>
        <w:tc>
          <w:tcPr>
            <w:tcW w:w="2656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Практическая</w:t>
            </w:r>
            <w:r w:rsidRPr="0030397D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работа;</w:t>
            </w:r>
          </w:p>
        </w:tc>
      </w:tr>
      <w:tr w:rsidR="0030397D" w:rsidRPr="0030397D" w:rsidTr="004D53FF">
        <w:trPr>
          <w:trHeight w:val="813"/>
        </w:trPr>
        <w:tc>
          <w:tcPr>
            <w:tcW w:w="689" w:type="dxa"/>
          </w:tcPr>
          <w:p w:rsidR="0030397D" w:rsidRPr="0030397D" w:rsidRDefault="00347EF9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18</w:t>
            </w:r>
            <w:r w:rsidR="0030397D"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.</w:t>
            </w:r>
          </w:p>
        </w:tc>
        <w:tc>
          <w:tcPr>
            <w:tcW w:w="2172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Числа</w:t>
            </w:r>
            <w:r w:rsidRPr="0030397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1,2,3,4,5.</w:t>
            </w:r>
          </w:p>
          <w:p w:rsidR="0030397D" w:rsidRPr="0030397D" w:rsidRDefault="0030397D" w:rsidP="0030397D">
            <w:pPr>
              <w:spacing w:before="6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Цифра</w:t>
            </w:r>
            <w:r w:rsidRPr="0030397D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5.</w:t>
            </w:r>
          </w:p>
        </w:tc>
        <w:tc>
          <w:tcPr>
            <w:tcW w:w="732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1</w:t>
            </w:r>
          </w:p>
        </w:tc>
        <w:tc>
          <w:tcPr>
            <w:tcW w:w="1620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0</w:t>
            </w:r>
          </w:p>
        </w:tc>
        <w:tc>
          <w:tcPr>
            <w:tcW w:w="1668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1</w:t>
            </w:r>
          </w:p>
        </w:tc>
        <w:tc>
          <w:tcPr>
            <w:tcW w:w="1236" w:type="dxa"/>
          </w:tcPr>
          <w:p w:rsidR="0030397D" w:rsidRPr="0030397D" w:rsidRDefault="00A86162" w:rsidP="0030397D">
            <w:pPr>
              <w:spacing w:before="86"/>
              <w:ind w:right="60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26</w:t>
            </w:r>
            <w:r w:rsidR="006E63A2"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.09.2022</w:t>
            </w:r>
          </w:p>
        </w:tc>
        <w:tc>
          <w:tcPr>
            <w:tcW w:w="2656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Практическая</w:t>
            </w:r>
            <w:r w:rsidRPr="0030397D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работа;</w:t>
            </w:r>
          </w:p>
        </w:tc>
      </w:tr>
      <w:tr w:rsidR="0030397D" w:rsidRPr="0030397D" w:rsidTr="004D53FF">
        <w:trPr>
          <w:trHeight w:val="813"/>
        </w:trPr>
        <w:tc>
          <w:tcPr>
            <w:tcW w:w="689" w:type="dxa"/>
          </w:tcPr>
          <w:p w:rsidR="0030397D" w:rsidRPr="0030397D" w:rsidRDefault="00347EF9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19</w:t>
            </w:r>
            <w:r w:rsidR="0030397D"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.</w:t>
            </w:r>
          </w:p>
        </w:tc>
        <w:tc>
          <w:tcPr>
            <w:tcW w:w="2172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Состав</w:t>
            </w:r>
            <w:r w:rsidRPr="0030397D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числа</w:t>
            </w:r>
            <w:r w:rsidRPr="0030397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5.</w:t>
            </w:r>
          </w:p>
        </w:tc>
        <w:tc>
          <w:tcPr>
            <w:tcW w:w="732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1</w:t>
            </w:r>
          </w:p>
        </w:tc>
        <w:tc>
          <w:tcPr>
            <w:tcW w:w="1620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0</w:t>
            </w:r>
          </w:p>
        </w:tc>
        <w:tc>
          <w:tcPr>
            <w:tcW w:w="1668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1</w:t>
            </w:r>
          </w:p>
        </w:tc>
        <w:tc>
          <w:tcPr>
            <w:tcW w:w="1236" w:type="dxa"/>
          </w:tcPr>
          <w:p w:rsidR="0030397D" w:rsidRPr="0030397D" w:rsidRDefault="00A86162" w:rsidP="0030397D">
            <w:pPr>
              <w:spacing w:before="86"/>
              <w:ind w:right="60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27.09.2022</w:t>
            </w:r>
          </w:p>
        </w:tc>
        <w:tc>
          <w:tcPr>
            <w:tcW w:w="2656" w:type="dxa"/>
          </w:tcPr>
          <w:p w:rsidR="0030397D" w:rsidRPr="0030397D" w:rsidRDefault="0030397D" w:rsidP="0030397D">
            <w:pPr>
              <w:spacing w:before="86" w:line="292" w:lineRule="auto"/>
              <w:ind w:right="20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Практическая работа;</w:t>
            </w:r>
            <w:r w:rsidRPr="0030397D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Устный</w:t>
            </w:r>
            <w:r w:rsidRPr="0030397D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опрос;</w:t>
            </w:r>
          </w:p>
        </w:tc>
      </w:tr>
      <w:tr w:rsidR="0030397D" w:rsidRPr="0030397D" w:rsidTr="004D53FF">
        <w:trPr>
          <w:trHeight w:val="1485"/>
        </w:trPr>
        <w:tc>
          <w:tcPr>
            <w:tcW w:w="689" w:type="dxa"/>
          </w:tcPr>
          <w:p w:rsidR="0030397D" w:rsidRPr="0030397D" w:rsidRDefault="00347EF9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20, 21</w:t>
            </w:r>
            <w:r w:rsidR="0030397D"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.</w:t>
            </w:r>
          </w:p>
        </w:tc>
        <w:tc>
          <w:tcPr>
            <w:tcW w:w="2172" w:type="dxa"/>
          </w:tcPr>
          <w:p w:rsidR="0030397D" w:rsidRPr="0030397D" w:rsidRDefault="0030397D" w:rsidP="0030397D">
            <w:pPr>
              <w:spacing w:before="86" w:line="292" w:lineRule="auto"/>
              <w:ind w:right="51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Закрепление</w:t>
            </w:r>
            <w:r w:rsidRPr="0030397D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знаний</w:t>
            </w:r>
            <w:r w:rsidRPr="0030397D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по</w:t>
            </w:r>
            <w:r w:rsidRPr="0030397D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теме</w:t>
            </w:r>
          </w:p>
          <w:p w:rsidR="0030397D" w:rsidRPr="0030397D" w:rsidRDefault="0030397D" w:rsidP="0030397D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«Числа</w:t>
            </w:r>
            <w:r w:rsidRPr="0030397D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1-5.</w:t>
            </w:r>
            <w:r w:rsidRPr="0030397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Состав</w:t>
            </w:r>
          </w:p>
          <w:p w:rsidR="0030397D" w:rsidRPr="0030397D" w:rsidRDefault="0030397D" w:rsidP="0030397D">
            <w:pPr>
              <w:spacing w:before="6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чисел</w:t>
            </w:r>
            <w:r w:rsidRPr="0030397D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2-5».</w:t>
            </w:r>
          </w:p>
        </w:tc>
        <w:tc>
          <w:tcPr>
            <w:tcW w:w="732" w:type="dxa"/>
          </w:tcPr>
          <w:p w:rsidR="0030397D" w:rsidRPr="0030397D" w:rsidRDefault="006E63A2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2</w:t>
            </w:r>
          </w:p>
        </w:tc>
        <w:tc>
          <w:tcPr>
            <w:tcW w:w="1620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0</w:t>
            </w:r>
          </w:p>
        </w:tc>
        <w:tc>
          <w:tcPr>
            <w:tcW w:w="1668" w:type="dxa"/>
          </w:tcPr>
          <w:p w:rsidR="0030397D" w:rsidRPr="0030397D" w:rsidRDefault="006E63A2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2</w:t>
            </w:r>
          </w:p>
        </w:tc>
        <w:tc>
          <w:tcPr>
            <w:tcW w:w="1236" w:type="dxa"/>
          </w:tcPr>
          <w:p w:rsidR="006E63A2" w:rsidRDefault="00A86162" w:rsidP="0030397D">
            <w:pPr>
              <w:spacing w:before="86"/>
              <w:ind w:right="60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28.09.2022</w:t>
            </w:r>
          </w:p>
          <w:p w:rsidR="00A86162" w:rsidRPr="0030397D" w:rsidRDefault="00A86162" w:rsidP="0030397D">
            <w:pPr>
              <w:spacing w:before="86"/>
              <w:ind w:right="60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29.09.2022</w:t>
            </w:r>
          </w:p>
        </w:tc>
        <w:tc>
          <w:tcPr>
            <w:tcW w:w="2656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Практическая</w:t>
            </w:r>
            <w:r w:rsidRPr="0030397D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работа;</w:t>
            </w:r>
          </w:p>
        </w:tc>
      </w:tr>
      <w:tr w:rsidR="0030397D" w:rsidRPr="0030397D" w:rsidTr="004D53FF">
        <w:trPr>
          <w:trHeight w:val="1485"/>
        </w:trPr>
        <w:tc>
          <w:tcPr>
            <w:tcW w:w="689" w:type="dxa"/>
          </w:tcPr>
          <w:p w:rsidR="0030397D" w:rsidRPr="0030397D" w:rsidRDefault="00347EF9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22</w:t>
            </w:r>
            <w:r w:rsidR="0030397D"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.</w:t>
            </w:r>
          </w:p>
        </w:tc>
        <w:tc>
          <w:tcPr>
            <w:tcW w:w="2172" w:type="dxa"/>
          </w:tcPr>
          <w:p w:rsidR="0030397D" w:rsidRPr="0030397D" w:rsidRDefault="0030397D" w:rsidP="0030397D">
            <w:pPr>
              <w:spacing w:before="86" w:line="292" w:lineRule="auto"/>
              <w:ind w:right="429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Точка. Кривая</w:t>
            </w:r>
            <w:r w:rsidRPr="0030397D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линия. Прямая</w:t>
            </w:r>
            <w:r w:rsidRPr="0030397D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линия. Отрезок.</w:t>
            </w:r>
            <w:r w:rsidRPr="0030397D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Луч.</w:t>
            </w:r>
          </w:p>
        </w:tc>
        <w:tc>
          <w:tcPr>
            <w:tcW w:w="732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1</w:t>
            </w:r>
          </w:p>
        </w:tc>
        <w:tc>
          <w:tcPr>
            <w:tcW w:w="1620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0</w:t>
            </w:r>
          </w:p>
        </w:tc>
        <w:tc>
          <w:tcPr>
            <w:tcW w:w="1668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1</w:t>
            </w:r>
          </w:p>
        </w:tc>
        <w:tc>
          <w:tcPr>
            <w:tcW w:w="1236" w:type="dxa"/>
          </w:tcPr>
          <w:p w:rsidR="0030397D" w:rsidRPr="0030397D" w:rsidRDefault="00A86162" w:rsidP="0030397D">
            <w:pPr>
              <w:spacing w:before="86"/>
              <w:ind w:right="60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30.09</w:t>
            </w:r>
            <w:r w:rsidR="006E63A2"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.2022</w:t>
            </w:r>
          </w:p>
        </w:tc>
        <w:tc>
          <w:tcPr>
            <w:tcW w:w="2656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Практическая</w:t>
            </w:r>
            <w:r w:rsidRPr="0030397D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работа;</w:t>
            </w:r>
          </w:p>
        </w:tc>
      </w:tr>
      <w:tr w:rsidR="006E63A2" w:rsidRPr="0030397D" w:rsidTr="004D53FF">
        <w:trPr>
          <w:trHeight w:val="813"/>
        </w:trPr>
        <w:tc>
          <w:tcPr>
            <w:tcW w:w="689" w:type="dxa"/>
          </w:tcPr>
          <w:p w:rsidR="006E63A2" w:rsidRPr="0030397D" w:rsidRDefault="00347EF9" w:rsidP="006E63A2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23</w:t>
            </w:r>
            <w:r w:rsidR="006E63A2"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.</w:t>
            </w:r>
          </w:p>
        </w:tc>
        <w:tc>
          <w:tcPr>
            <w:tcW w:w="2172" w:type="dxa"/>
          </w:tcPr>
          <w:p w:rsidR="006E63A2" w:rsidRPr="0030397D" w:rsidRDefault="006E63A2" w:rsidP="006E63A2">
            <w:pPr>
              <w:spacing w:before="86" w:line="292" w:lineRule="auto"/>
              <w:ind w:right="439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Ломаная линия.</w:t>
            </w:r>
            <w:r w:rsidRPr="0030397D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Звено</w:t>
            </w:r>
            <w:r w:rsidRPr="0030397D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ломаной.</w:t>
            </w:r>
          </w:p>
        </w:tc>
        <w:tc>
          <w:tcPr>
            <w:tcW w:w="732" w:type="dxa"/>
          </w:tcPr>
          <w:p w:rsidR="006E63A2" w:rsidRPr="0030397D" w:rsidRDefault="006E63A2" w:rsidP="006E63A2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1</w:t>
            </w:r>
          </w:p>
        </w:tc>
        <w:tc>
          <w:tcPr>
            <w:tcW w:w="1620" w:type="dxa"/>
          </w:tcPr>
          <w:p w:rsidR="006E63A2" w:rsidRPr="0030397D" w:rsidRDefault="006E63A2" w:rsidP="006E63A2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0</w:t>
            </w:r>
          </w:p>
        </w:tc>
        <w:tc>
          <w:tcPr>
            <w:tcW w:w="1668" w:type="dxa"/>
          </w:tcPr>
          <w:p w:rsidR="006E63A2" w:rsidRPr="0030397D" w:rsidRDefault="006E63A2" w:rsidP="006E63A2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1</w:t>
            </w:r>
          </w:p>
        </w:tc>
        <w:tc>
          <w:tcPr>
            <w:tcW w:w="1236" w:type="dxa"/>
          </w:tcPr>
          <w:p w:rsidR="006E63A2" w:rsidRPr="0030397D" w:rsidRDefault="001470B3" w:rsidP="006E63A2">
            <w:pPr>
              <w:spacing w:before="86"/>
              <w:ind w:right="60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03</w:t>
            </w:r>
            <w:r w:rsidR="006E63A2"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.10.2022</w:t>
            </w:r>
          </w:p>
        </w:tc>
        <w:tc>
          <w:tcPr>
            <w:tcW w:w="2656" w:type="dxa"/>
          </w:tcPr>
          <w:p w:rsidR="006E63A2" w:rsidRPr="0030397D" w:rsidRDefault="006E63A2" w:rsidP="006E63A2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Практическая</w:t>
            </w:r>
            <w:r w:rsidRPr="0030397D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работа;</w:t>
            </w:r>
          </w:p>
        </w:tc>
      </w:tr>
      <w:tr w:rsidR="006E63A2" w:rsidRPr="0068099F" w:rsidTr="004D53FF">
        <w:trPr>
          <w:trHeight w:val="1485"/>
        </w:trPr>
        <w:tc>
          <w:tcPr>
            <w:tcW w:w="689" w:type="dxa"/>
          </w:tcPr>
          <w:p w:rsidR="006E63A2" w:rsidRPr="0030397D" w:rsidRDefault="00347EF9" w:rsidP="006E63A2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24, 25</w:t>
            </w:r>
            <w:r w:rsidR="006E63A2"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.</w:t>
            </w:r>
          </w:p>
        </w:tc>
        <w:tc>
          <w:tcPr>
            <w:tcW w:w="2172" w:type="dxa"/>
          </w:tcPr>
          <w:p w:rsidR="006E63A2" w:rsidRPr="0030397D" w:rsidRDefault="006E63A2" w:rsidP="006E63A2">
            <w:pPr>
              <w:spacing w:before="86" w:line="292" w:lineRule="auto"/>
              <w:ind w:right="489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Закрепление.</w:t>
            </w:r>
            <w:r w:rsidRPr="0030397D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Проверочная</w:t>
            </w:r>
            <w:r w:rsidRPr="0030397D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работа «Состав</w:t>
            </w:r>
            <w:r w:rsidRPr="0030397D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чисел</w:t>
            </w:r>
            <w:r w:rsidRPr="0030397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2-5».</w:t>
            </w:r>
          </w:p>
        </w:tc>
        <w:tc>
          <w:tcPr>
            <w:tcW w:w="732" w:type="dxa"/>
          </w:tcPr>
          <w:p w:rsidR="006E63A2" w:rsidRPr="0030397D" w:rsidRDefault="006E63A2" w:rsidP="006E63A2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2</w:t>
            </w:r>
          </w:p>
        </w:tc>
        <w:tc>
          <w:tcPr>
            <w:tcW w:w="1620" w:type="dxa"/>
          </w:tcPr>
          <w:p w:rsidR="006E63A2" w:rsidRPr="0030397D" w:rsidRDefault="006E63A2" w:rsidP="006E63A2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1</w:t>
            </w:r>
          </w:p>
        </w:tc>
        <w:tc>
          <w:tcPr>
            <w:tcW w:w="1668" w:type="dxa"/>
          </w:tcPr>
          <w:p w:rsidR="006E63A2" w:rsidRPr="0030397D" w:rsidRDefault="006E63A2" w:rsidP="006E63A2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1</w:t>
            </w:r>
          </w:p>
        </w:tc>
        <w:tc>
          <w:tcPr>
            <w:tcW w:w="1236" w:type="dxa"/>
          </w:tcPr>
          <w:p w:rsidR="006E63A2" w:rsidRDefault="001470B3" w:rsidP="006E63A2">
            <w:pPr>
              <w:spacing w:before="86"/>
              <w:ind w:right="60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04</w:t>
            </w:r>
            <w:r w:rsidR="006E63A2"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.10.2022</w:t>
            </w:r>
          </w:p>
          <w:p w:rsidR="006E63A2" w:rsidRPr="0030397D" w:rsidRDefault="001470B3" w:rsidP="006E63A2">
            <w:pPr>
              <w:spacing w:before="86"/>
              <w:ind w:right="60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05</w:t>
            </w:r>
            <w:r w:rsidR="006E63A2" w:rsidRPr="006E63A2">
              <w:rPr>
                <w:rFonts w:ascii="Times New Roman" w:eastAsia="Times New Roman" w:hAnsi="Times New Roman" w:cs="Times New Roman"/>
                <w:sz w:val="24"/>
                <w:lang w:val="ru-RU"/>
              </w:rPr>
              <w:t>.10.2022</w:t>
            </w:r>
          </w:p>
        </w:tc>
        <w:tc>
          <w:tcPr>
            <w:tcW w:w="2656" w:type="dxa"/>
          </w:tcPr>
          <w:p w:rsidR="006E63A2" w:rsidRPr="0030397D" w:rsidRDefault="006E63A2" w:rsidP="006E63A2">
            <w:pPr>
              <w:spacing w:before="86" w:line="292" w:lineRule="auto"/>
              <w:ind w:right="782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Самооценка с</w:t>
            </w:r>
            <w:r w:rsidRPr="0030397D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>использованием</w:t>
            </w:r>
          </w:p>
          <w:p w:rsidR="006E63A2" w:rsidRPr="0030397D" w:rsidRDefault="006E63A2" w:rsidP="006E63A2">
            <w:pPr>
              <w:spacing w:line="292" w:lineRule="auto"/>
              <w:ind w:right="253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«Оценочного листа»;</w:t>
            </w:r>
            <w:r w:rsidRPr="0030397D">
              <w:rPr>
                <w:rFonts w:ascii="Times New Roman" w:eastAsia="Times New Roman" w:hAnsi="Times New Roman" w:cs="Times New Roman"/>
                <w:spacing w:val="-58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Проверочная</w:t>
            </w:r>
            <w:r w:rsidRPr="0030397D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работа;</w:t>
            </w:r>
          </w:p>
        </w:tc>
      </w:tr>
    </w:tbl>
    <w:p w:rsidR="0030397D" w:rsidRPr="0030397D" w:rsidRDefault="0030397D" w:rsidP="0030397D">
      <w:pPr>
        <w:widowControl w:val="0"/>
        <w:autoSpaceDE w:val="0"/>
        <w:autoSpaceDN w:val="0"/>
        <w:spacing w:after="0" w:line="292" w:lineRule="auto"/>
        <w:rPr>
          <w:rFonts w:ascii="Times New Roman" w:eastAsia="Times New Roman" w:hAnsi="Times New Roman" w:cs="Times New Roman"/>
          <w:sz w:val="24"/>
          <w:lang w:val="ru-RU"/>
        </w:rPr>
        <w:sectPr w:rsidR="0030397D" w:rsidRPr="0030397D" w:rsidSect="005B299F">
          <w:pgSz w:w="11900" w:h="16840"/>
          <w:pgMar w:top="560" w:right="560" w:bottom="280" w:left="560" w:header="720" w:footer="720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20"/>
        </w:sectPr>
      </w:pPr>
    </w:p>
    <w:tbl>
      <w:tblPr>
        <w:tblStyle w:val="TableNormal1"/>
        <w:tblW w:w="0" w:type="auto"/>
        <w:tblInd w:w="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689"/>
        <w:gridCol w:w="2172"/>
        <w:gridCol w:w="732"/>
        <w:gridCol w:w="1620"/>
        <w:gridCol w:w="1668"/>
        <w:gridCol w:w="1236"/>
        <w:gridCol w:w="2656"/>
      </w:tblGrid>
      <w:tr w:rsidR="006E63A2" w:rsidRPr="0030397D" w:rsidTr="004D53FF">
        <w:trPr>
          <w:trHeight w:val="1485"/>
        </w:trPr>
        <w:tc>
          <w:tcPr>
            <w:tcW w:w="689" w:type="dxa"/>
          </w:tcPr>
          <w:p w:rsidR="006E63A2" w:rsidRPr="0030397D" w:rsidRDefault="00A86162" w:rsidP="006E63A2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lastRenderedPageBreak/>
              <w:t>26</w:t>
            </w:r>
            <w:r w:rsidR="006E63A2"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.</w:t>
            </w:r>
          </w:p>
        </w:tc>
        <w:tc>
          <w:tcPr>
            <w:tcW w:w="2172" w:type="dxa"/>
          </w:tcPr>
          <w:p w:rsidR="006E63A2" w:rsidRPr="0030397D" w:rsidRDefault="006E63A2" w:rsidP="006E63A2">
            <w:pPr>
              <w:spacing w:before="86" w:line="292" w:lineRule="auto"/>
              <w:ind w:right="29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Работа над</w:t>
            </w:r>
            <w:r w:rsidRPr="0030397D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ошибками.</w:t>
            </w:r>
            <w:r w:rsidRPr="0030397D">
              <w:rPr>
                <w:rFonts w:ascii="Times New Roman" w:eastAsia="Times New Roman" w:hAnsi="Times New Roman" w:cs="Times New Roman"/>
                <w:spacing w:val="-9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Знаки</w:t>
            </w:r>
            <w:r w:rsidRPr="0030397D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сравнения</w:t>
            </w:r>
            <w:r w:rsidRPr="0030397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«&gt;»,</w:t>
            </w:r>
          </w:p>
          <w:p w:rsidR="006E63A2" w:rsidRPr="0030397D" w:rsidRDefault="006E63A2" w:rsidP="006E63A2">
            <w:pPr>
              <w:spacing w:line="274" w:lineRule="exac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«&lt;»,</w:t>
            </w:r>
            <w:r w:rsidRPr="0030397D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«=».</w:t>
            </w:r>
          </w:p>
        </w:tc>
        <w:tc>
          <w:tcPr>
            <w:tcW w:w="732" w:type="dxa"/>
          </w:tcPr>
          <w:p w:rsidR="006E63A2" w:rsidRPr="0030397D" w:rsidRDefault="006E63A2" w:rsidP="006E63A2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1</w:t>
            </w:r>
          </w:p>
        </w:tc>
        <w:tc>
          <w:tcPr>
            <w:tcW w:w="1620" w:type="dxa"/>
          </w:tcPr>
          <w:p w:rsidR="006E63A2" w:rsidRPr="0030397D" w:rsidRDefault="006E63A2" w:rsidP="006E63A2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0</w:t>
            </w:r>
          </w:p>
        </w:tc>
        <w:tc>
          <w:tcPr>
            <w:tcW w:w="1668" w:type="dxa"/>
          </w:tcPr>
          <w:p w:rsidR="006E63A2" w:rsidRPr="0030397D" w:rsidRDefault="006E63A2" w:rsidP="006E63A2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1</w:t>
            </w:r>
          </w:p>
        </w:tc>
        <w:tc>
          <w:tcPr>
            <w:tcW w:w="1236" w:type="dxa"/>
          </w:tcPr>
          <w:p w:rsidR="006E63A2" w:rsidRPr="0030397D" w:rsidRDefault="001470B3" w:rsidP="006E63A2">
            <w:pPr>
              <w:spacing w:before="86"/>
              <w:ind w:right="60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06</w:t>
            </w:r>
            <w:r w:rsidR="006E63A2"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.10.2022</w:t>
            </w:r>
          </w:p>
        </w:tc>
        <w:tc>
          <w:tcPr>
            <w:tcW w:w="2656" w:type="dxa"/>
          </w:tcPr>
          <w:p w:rsidR="006E63A2" w:rsidRPr="0030397D" w:rsidRDefault="006E63A2" w:rsidP="006E63A2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Практическая</w:t>
            </w:r>
            <w:r w:rsidRPr="0030397D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работа;</w:t>
            </w:r>
          </w:p>
        </w:tc>
      </w:tr>
      <w:tr w:rsidR="006E63A2" w:rsidRPr="0030397D" w:rsidTr="004D53FF">
        <w:trPr>
          <w:trHeight w:val="813"/>
        </w:trPr>
        <w:tc>
          <w:tcPr>
            <w:tcW w:w="689" w:type="dxa"/>
          </w:tcPr>
          <w:p w:rsidR="006E63A2" w:rsidRPr="0030397D" w:rsidRDefault="00A86162" w:rsidP="006E63A2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27</w:t>
            </w:r>
            <w:r w:rsidR="006E63A2"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.</w:t>
            </w:r>
          </w:p>
        </w:tc>
        <w:tc>
          <w:tcPr>
            <w:tcW w:w="2172" w:type="dxa"/>
          </w:tcPr>
          <w:p w:rsidR="006E63A2" w:rsidRPr="0030397D" w:rsidRDefault="006E63A2" w:rsidP="006E63A2">
            <w:pPr>
              <w:spacing w:before="86" w:line="292" w:lineRule="auto"/>
              <w:ind w:right="713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Равенство.</w:t>
            </w:r>
            <w:r w:rsidRPr="0030397D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>Неравенство.</w:t>
            </w:r>
          </w:p>
        </w:tc>
        <w:tc>
          <w:tcPr>
            <w:tcW w:w="732" w:type="dxa"/>
          </w:tcPr>
          <w:p w:rsidR="006E63A2" w:rsidRPr="0030397D" w:rsidRDefault="006E63A2" w:rsidP="006E63A2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1</w:t>
            </w:r>
          </w:p>
        </w:tc>
        <w:tc>
          <w:tcPr>
            <w:tcW w:w="1620" w:type="dxa"/>
          </w:tcPr>
          <w:p w:rsidR="006E63A2" w:rsidRPr="0030397D" w:rsidRDefault="006E63A2" w:rsidP="006E63A2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0</w:t>
            </w:r>
          </w:p>
        </w:tc>
        <w:tc>
          <w:tcPr>
            <w:tcW w:w="1668" w:type="dxa"/>
          </w:tcPr>
          <w:p w:rsidR="006E63A2" w:rsidRPr="0030397D" w:rsidRDefault="006E63A2" w:rsidP="006E63A2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1</w:t>
            </w:r>
          </w:p>
        </w:tc>
        <w:tc>
          <w:tcPr>
            <w:tcW w:w="1236" w:type="dxa"/>
          </w:tcPr>
          <w:p w:rsidR="006E63A2" w:rsidRPr="0030397D" w:rsidRDefault="001470B3" w:rsidP="006E63A2">
            <w:pPr>
              <w:spacing w:before="86"/>
              <w:ind w:right="60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07</w:t>
            </w:r>
            <w:r w:rsidR="006E63A2"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.10.2022</w:t>
            </w:r>
          </w:p>
        </w:tc>
        <w:tc>
          <w:tcPr>
            <w:tcW w:w="2656" w:type="dxa"/>
          </w:tcPr>
          <w:p w:rsidR="006E63A2" w:rsidRPr="0030397D" w:rsidRDefault="006E63A2" w:rsidP="006E63A2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Практическая</w:t>
            </w:r>
            <w:r w:rsidRPr="0030397D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работа;</w:t>
            </w:r>
          </w:p>
        </w:tc>
      </w:tr>
      <w:tr w:rsidR="006E63A2" w:rsidRPr="0068099F" w:rsidTr="004D53FF">
        <w:trPr>
          <w:trHeight w:val="1149"/>
        </w:trPr>
        <w:tc>
          <w:tcPr>
            <w:tcW w:w="689" w:type="dxa"/>
          </w:tcPr>
          <w:p w:rsidR="006E63A2" w:rsidRPr="0030397D" w:rsidRDefault="00A86162" w:rsidP="006E63A2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28</w:t>
            </w:r>
            <w:r w:rsidR="006E63A2"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.</w:t>
            </w:r>
          </w:p>
        </w:tc>
        <w:tc>
          <w:tcPr>
            <w:tcW w:w="2172" w:type="dxa"/>
          </w:tcPr>
          <w:p w:rsidR="006E63A2" w:rsidRPr="0030397D" w:rsidRDefault="006E63A2" w:rsidP="006E63A2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Многоугольники.</w:t>
            </w:r>
          </w:p>
        </w:tc>
        <w:tc>
          <w:tcPr>
            <w:tcW w:w="732" w:type="dxa"/>
          </w:tcPr>
          <w:p w:rsidR="006E63A2" w:rsidRPr="0030397D" w:rsidRDefault="006E63A2" w:rsidP="006E63A2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1</w:t>
            </w:r>
          </w:p>
        </w:tc>
        <w:tc>
          <w:tcPr>
            <w:tcW w:w="1620" w:type="dxa"/>
          </w:tcPr>
          <w:p w:rsidR="006E63A2" w:rsidRPr="0030397D" w:rsidRDefault="006E63A2" w:rsidP="006E63A2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0</w:t>
            </w:r>
          </w:p>
        </w:tc>
        <w:tc>
          <w:tcPr>
            <w:tcW w:w="1668" w:type="dxa"/>
          </w:tcPr>
          <w:p w:rsidR="006E63A2" w:rsidRPr="0030397D" w:rsidRDefault="006E63A2" w:rsidP="006E63A2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1</w:t>
            </w:r>
          </w:p>
        </w:tc>
        <w:tc>
          <w:tcPr>
            <w:tcW w:w="1236" w:type="dxa"/>
          </w:tcPr>
          <w:p w:rsidR="006E63A2" w:rsidRPr="0030397D" w:rsidRDefault="001470B3" w:rsidP="006E63A2">
            <w:pPr>
              <w:spacing w:before="86"/>
              <w:ind w:right="60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10</w:t>
            </w:r>
            <w:r w:rsidR="006E63A2"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.10.2022</w:t>
            </w:r>
          </w:p>
        </w:tc>
        <w:tc>
          <w:tcPr>
            <w:tcW w:w="2656" w:type="dxa"/>
          </w:tcPr>
          <w:p w:rsidR="006E63A2" w:rsidRPr="0030397D" w:rsidRDefault="006E63A2" w:rsidP="006E63A2">
            <w:pPr>
              <w:spacing w:before="86" w:line="292" w:lineRule="auto"/>
              <w:ind w:right="782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Самооценка с</w:t>
            </w:r>
            <w:r w:rsidRPr="0030397D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>использованием</w:t>
            </w:r>
          </w:p>
          <w:p w:rsidR="006E63A2" w:rsidRPr="0030397D" w:rsidRDefault="006E63A2" w:rsidP="006E63A2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«Оценочного</w:t>
            </w:r>
            <w:r w:rsidRPr="0030397D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листа»;</w:t>
            </w:r>
          </w:p>
        </w:tc>
      </w:tr>
      <w:tr w:rsidR="006E63A2" w:rsidRPr="0030397D" w:rsidTr="004D53FF">
        <w:trPr>
          <w:trHeight w:val="477"/>
        </w:trPr>
        <w:tc>
          <w:tcPr>
            <w:tcW w:w="689" w:type="dxa"/>
          </w:tcPr>
          <w:p w:rsidR="006E63A2" w:rsidRPr="0030397D" w:rsidRDefault="00A86162" w:rsidP="006E63A2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29</w:t>
            </w:r>
            <w:r w:rsidR="006E63A2"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.</w:t>
            </w:r>
          </w:p>
        </w:tc>
        <w:tc>
          <w:tcPr>
            <w:tcW w:w="2172" w:type="dxa"/>
          </w:tcPr>
          <w:p w:rsidR="006E63A2" w:rsidRPr="0030397D" w:rsidRDefault="006E63A2" w:rsidP="006E63A2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Числа</w:t>
            </w:r>
            <w:r w:rsidRPr="0030397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6,7.</w:t>
            </w:r>
            <w:r w:rsidRPr="0030397D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Цифра</w:t>
            </w:r>
            <w:r w:rsidRPr="0030397D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6.</w:t>
            </w:r>
          </w:p>
        </w:tc>
        <w:tc>
          <w:tcPr>
            <w:tcW w:w="732" w:type="dxa"/>
          </w:tcPr>
          <w:p w:rsidR="006E63A2" w:rsidRPr="0030397D" w:rsidRDefault="006E63A2" w:rsidP="006E63A2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1</w:t>
            </w:r>
          </w:p>
        </w:tc>
        <w:tc>
          <w:tcPr>
            <w:tcW w:w="1620" w:type="dxa"/>
          </w:tcPr>
          <w:p w:rsidR="006E63A2" w:rsidRPr="0030397D" w:rsidRDefault="006E63A2" w:rsidP="006E63A2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0</w:t>
            </w:r>
          </w:p>
        </w:tc>
        <w:tc>
          <w:tcPr>
            <w:tcW w:w="1668" w:type="dxa"/>
          </w:tcPr>
          <w:p w:rsidR="006E63A2" w:rsidRPr="0030397D" w:rsidRDefault="006E63A2" w:rsidP="006E63A2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1</w:t>
            </w:r>
          </w:p>
        </w:tc>
        <w:tc>
          <w:tcPr>
            <w:tcW w:w="1236" w:type="dxa"/>
          </w:tcPr>
          <w:p w:rsidR="006E63A2" w:rsidRPr="0030397D" w:rsidRDefault="001470B3" w:rsidP="006E63A2">
            <w:pPr>
              <w:spacing w:before="86"/>
              <w:ind w:right="60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11</w:t>
            </w:r>
            <w:r w:rsidR="006E63A2"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.10.2022</w:t>
            </w:r>
          </w:p>
        </w:tc>
        <w:tc>
          <w:tcPr>
            <w:tcW w:w="2656" w:type="dxa"/>
          </w:tcPr>
          <w:p w:rsidR="006E63A2" w:rsidRPr="0030397D" w:rsidRDefault="006E63A2" w:rsidP="006E63A2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Устный</w:t>
            </w:r>
            <w:r w:rsidRPr="0030397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опрос;</w:t>
            </w:r>
          </w:p>
        </w:tc>
      </w:tr>
      <w:tr w:rsidR="006E63A2" w:rsidRPr="0030397D" w:rsidTr="004D53FF">
        <w:trPr>
          <w:trHeight w:val="813"/>
        </w:trPr>
        <w:tc>
          <w:tcPr>
            <w:tcW w:w="689" w:type="dxa"/>
          </w:tcPr>
          <w:p w:rsidR="006E63A2" w:rsidRPr="0030397D" w:rsidRDefault="00A86162" w:rsidP="006E63A2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30</w:t>
            </w:r>
            <w:r w:rsidR="006E63A2"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.</w:t>
            </w:r>
          </w:p>
        </w:tc>
        <w:tc>
          <w:tcPr>
            <w:tcW w:w="2172" w:type="dxa"/>
          </w:tcPr>
          <w:p w:rsidR="006E63A2" w:rsidRPr="0030397D" w:rsidRDefault="006E63A2" w:rsidP="006E63A2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Числа</w:t>
            </w:r>
            <w:r w:rsidRPr="0030397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1-7.</w:t>
            </w:r>
            <w:r w:rsidRPr="0030397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Цифра</w:t>
            </w:r>
          </w:p>
          <w:p w:rsidR="006E63A2" w:rsidRPr="0030397D" w:rsidRDefault="006E63A2" w:rsidP="006E63A2">
            <w:pPr>
              <w:spacing w:before="6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7.</w:t>
            </w:r>
          </w:p>
        </w:tc>
        <w:tc>
          <w:tcPr>
            <w:tcW w:w="732" w:type="dxa"/>
          </w:tcPr>
          <w:p w:rsidR="006E63A2" w:rsidRPr="0030397D" w:rsidRDefault="006E63A2" w:rsidP="006E63A2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1</w:t>
            </w:r>
          </w:p>
        </w:tc>
        <w:tc>
          <w:tcPr>
            <w:tcW w:w="1620" w:type="dxa"/>
          </w:tcPr>
          <w:p w:rsidR="006E63A2" w:rsidRPr="0030397D" w:rsidRDefault="006E63A2" w:rsidP="006E63A2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0</w:t>
            </w:r>
          </w:p>
        </w:tc>
        <w:tc>
          <w:tcPr>
            <w:tcW w:w="1668" w:type="dxa"/>
          </w:tcPr>
          <w:p w:rsidR="006E63A2" w:rsidRPr="0030397D" w:rsidRDefault="006E63A2" w:rsidP="006E63A2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1</w:t>
            </w:r>
          </w:p>
        </w:tc>
        <w:tc>
          <w:tcPr>
            <w:tcW w:w="1236" w:type="dxa"/>
          </w:tcPr>
          <w:p w:rsidR="006E63A2" w:rsidRPr="0030397D" w:rsidRDefault="001470B3" w:rsidP="006E63A2">
            <w:pPr>
              <w:spacing w:before="86"/>
              <w:ind w:right="60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12.10</w:t>
            </w:r>
            <w:r w:rsidR="006E63A2"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.2022</w:t>
            </w:r>
          </w:p>
        </w:tc>
        <w:tc>
          <w:tcPr>
            <w:tcW w:w="2656" w:type="dxa"/>
          </w:tcPr>
          <w:p w:rsidR="006E63A2" w:rsidRPr="0030397D" w:rsidRDefault="006E63A2" w:rsidP="006E63A2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Практическая</w:t>
            </w:r>
            <w:r w:rsidRPr="0030397D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работа;</w:t>
            </w:r>
          </w:p>
        </w:tc>
      </w:tr>
      <w:tr w:rsidR="006E63A2" w:rsidRPr="0030397D" w:rsidTr="004D53FF">
        <w:trPr>
          <w:trHeight w:val="813"/>
        </w:trPr>
        <w:tc>
          <w:tcPr>
            <w:tcW w:w="689" w:type="dxa"/>
          </w:tcPr>
          <w:p w:rsidR="006E63A2" w:rsidRPr="0030397D" w:rsidRDefault="00A86162" w:rsidP="006E63A2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31</w:t>
            </w:r>
            <w:r w:rsidR="006E63A2"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.</w:t>
            </w:r>
          </w:p>
        </w:tc>
        <w:tc>
          <w:tcPr>
            <w:tcW w:w="2172" w:type="dxa"/>
          </w:tcPr>
          <w:p w:rsidR="006E63A2" w:rsidRPr="0030397D" w:rsidRDefault="006E63A2" w:rsidP="006E63A2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Числа</w:t>
            </w:r>
            <w:r w:rsidRPr="0030397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8-9.</w:t>
            </w:r>
            <w:r w:rsidRPr="0030397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Цифра</w:t>
            </w:r>
          </w:p>
          <w:p w:rsidR="006E63A2" w:rsidRPr="0030397D" w:rsidRDefault="006E63A2" w:rsidP="006E63A2">
            <w:pPr>
              <w:spacing w:before="6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8.</w:t>
            </w:r>
          </w:p>
        </w:tc>
        <w:tc>
          <w:tcPr>
            <w:tcW w:w="732" w:type="dxa"/>
          </w:tcPr>
          <w:p w:rsidR="006E63A2" w:rsidRPr="0030397D" w:rsidRDefault="006E63A2" w:rsidP="006E63A2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1</w:t>
            </w:r>
          </w:p>
        </w:tc>
        <w:tc>
          <w:tcPr>
            <w:tcW w:w="1620" w:type="dxa"/>
          </w:tcPr>
          <w:p w:rsidR="006E63A2" w:rsidRPr="0030397D" w:rsidRDefault="006E63A2" w:rsidP="006E63A2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0</w:t>
            </w:r>
          </w:p>
        </w:tc>
        <w:tc>
          <w:tcPr>
            <w:tcW w:w="1668" w:type="dxa"/>
          </w:tcPr>
          <w:p w:rsidR="006E63A2" w:rsidRPr="0030397D" w:rsidRDefault="006E63A2" w:rsidP="006E63A2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1</w:t>
            </w:r>
          </w:p>
        </w:tc>
        <w:tc>
          <w:tcPr>
            <w:tcW w:w="1236" w:type="dxa"/>
          </w:tcPr>
          <w:p w:rsidR="006E63A2" w:rsidRPr="0030397D" w:rsidRDefault="001470B3" w:rsidP="006E63A2">
            <w:pPr>
              <w:spacing w:before="86"/>
              <w:ind w:right="60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13.10</w:t>
            </w:r>
            <w:r w:rsidR="006E63A2"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.2022</w:t>
            </w:r>
          </w:p>
        </w:tc>
        <w:tc>
          <w:tcPr>
            <w:tcW w:w="2656" w:type="dxa"/>
          </w:tcPr>
          <w:p w:rsidR="006E63A2" w:rsidRPr="0030397D" w:rsidRDefault="006E63A2" w:rsidP="006E63A2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Устный</w:t>
            </w:r>
            <w:r w:rsidRPr="0030397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опрос;</w:t>
            </w:r>
          </w:p>
        </w:tc>
      </w:tr>
      <w:tr w:rsidR="0030397D" w:rsidRPr="0030397D" w:rsidTr="004D53FF">
        <w:trPr>
          <w:trHeight w:val="813"/>
        </w:trPr>
        <w:tc>
          <w:tcPr>
            <w:tcW w:w="689" w:type="dxa"/>
          </w:tcPr>
          <w:p w:rsidR="0030397D" w:rsidRPr="0030397D" w:rsidRDefault="00A86162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32, 33</w:t>
            </w:r>
            <w:r w:rsidR="0030397D"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.</w:t>
            </w:r>
          </w:p>
        </w:tc>
        <w:tc>
          <w:tcPr>
            <w:tcW w:w="2172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Числа</w:t>
            </w:r>
            <w:r w:rsidRPr="0030397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1-9.</w:t>
            </w:r>
            <w:r w:rsidRPr="0030397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Цифра</w:t>
            </w:r>
          </w:p>
          <w:p w:rsidR="0030397D" w:rsidRPr="0030397D" w:rsidRDefault="0030397D" w:rsidP="0030397D">
            <w:pPr>
              <w:spacing w:before="6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9.</w:t>
            </w:r>
          </w:p>
        </w:tc>
        <w:tc>
          <w:tcPr>
            <w:tcW w:w="732" w:type="dxa"/>
          </w:tcPr>
          <w:p w:rsidR="0030397D" w:rsidRPr="0030397D" w:rsidRDefault="006E63A2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2</w:t>
            </w:r>
          </w:p>
        </w:tc>
        <w:tc>
          <w:tcPr>
            <w:tcW w:w="1620" w:type="dxa"/>
          </w:tcPr>
          <w:p w:rsidR="0030397D" w:rsidRPr="0030397D" w:rsidRDefault="006E63A2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1</w:t>
            </w:r>
          </w:p>
        </w:tc>
        <w:tc>
          <w:tcPr>
            <w:tcW w:w="1668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1</w:t>
            </w:r>
          </w:p>
        </w:tc>
        <w:tc>
          <w:tcPr>
            <w:tcW w:w="1236" w:type="dxa"/>
          </w:tcPr>
          <w:p w:rsidR="0030397D" w:rsidRDefault="001470B3" w:rsidP="0030397D">
            <w:pPr>
              <w:spacing w:before="86"/>
              <w:ind w:right="60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14.10</w:t>
            </w:r>
            <w:r w:rsidR="006E63A2"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.2022</w:t>
            </w:r>
          </w:p>
          <w:p w:rsidR="006E63A2" w:rsidRPr="006E63A2" w:rsidRDefault="001470B3" w:rsidP="0030397D">
            <w:pPr>
              <w:spacing w:before="86"/>
              <w:ind w:right="60"/>
              <w:jc w:val="right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17.10</w:t>
            </w:r>
            <w:r w:rsidR="006E63A2"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.2022</w:t>
            </w:r>
          </w:p>
        </w:tc>
        <w:tc>
          <w:tcPr>
            <w:tcW w:w="2656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Тестирование;</w:t>
            </w:r>
          </w:p>
        </w:tc>
      </w:tr>
      <w:tr w:rsidR="007E5E1E" w:rsidRPr="0030397D" w:rsidTr="004D53FF">
        <w:trPr>
          <w:trHeight w:val="477"/>
        </w:trPr>
        <w:tc>
          <w:tcPr>
            <w:tcW w:w="689" w:type="dxa"/>
          </w:tcPr>
          <w:p w:rsidR="007E5E1E" w:rsidRPr="0030397D" w:rsidRDefault="00A86162" w:rsidP="007E5E1E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34</w:t>
            </w:r>
            <w:r w:rsidR="007E5E1E"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.</w:t>
            </w:r>
          </w:p>
        </w:tc>
        <w:tc>
          <w:tcPr>
            <w:tcW w:w="2172" w:type="dxa"/>
          </w:tcPr>
          <w:p w:rsidR="007E5E1E" w:rsidRPr="0030397D" w:rsidRDefault="007E5E1E" w:rsidP="007E5E1E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Число</w:t>
            </w:r>
            <w:r w:rsidRPr="0030397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10.</w:t>
            </w:r>
          </w:p>
        </w:tc>
        <w:tc>
          <w:tcPr>
            <w:tcW w:w="732" w:type="dxa"/>
          </w:tcPr>
          <w:p w:rsidR="007E5E1E" w:rsidRPr="0030397D" w:rsidRDefault="007E5E1E" w:rsidP="007E5E1E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1</w:t>
            </w:r>
          </w:p>
        </w:tc>
        <w:tc>
          <w:tcPr>
            <w:tcW w:w="1620" w:type="dxa"/>
          </w:tcPr>
          <w:p w:rsidR="007E5E1E" w:rsidRPr="0030397D" w:rsidRDefault="007E5E1E" w:rsidP="007E5E1E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0</w:t>
            </w:r>
          </w:p>
        </w:tc>
        <w:tc>
          <w:tcPr>
            <w:tcW w:w="1668" w:type="dxa"/>
          </w:tcPr>
          <w:p w:rsidR="007E5E1E" w:rsidRPr="0030397D" w:rsidRDefault="007E5E1E" w:rsidP="007E5E1E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1</w:t>
            </w:r>
          </w:p>
        </w:tc>
        <w:tc>
          <w:tcPr>
            <w:tcW w:w="1236" w:type="dxa"/>
          </w:tcPr>
          <w:p w:rsidR="007E5E1E" w:rsidRPr="0030397D" w:rsidRDefault="001470B3" w:rsidP="007E5E1E">
            <w:pPr>
              <w:spacing w:before="86"/>
              <w:ind w:right="60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18.10</w:t>
            </w:r>
            <w:r w:rsidR="007E5E1E"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.2022</w:t>
            </w:r>
          </w:p>
        </w:tc>
        <w:tc>
          <w:tcPr>
            <w:tcW w:w="2656" w:type="dxa"/>
          </w:tcPr>
          <w:p w:rsidR="007E5E1E" w:rsidRPr="0030397D" w:rsidRDefault="007E5E1E" w:rsidP="007E5E1E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Практическая</w:t>
            </w:r>
            <w:r w:rsidRPr="0030397D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работа;</w:t>
            </w:r>
          </w:p>
        </w:tc>
      </w:tr>
      <w:tr w:rsidR="007E5E1E" w:rsidRPr="0030397D" w:rsidTr="004D53FF">
        <w:trPr>
          <w:trHeight w:val="813"/>
        </w:trPr>
        <w:tc>
          <w:tcPr>
            <w:tcW w:w="689" w:type="dxa"/>
          </w:tcPr>
          <w:p w:rsidR="007E5E1E" w:rsidRPr="0030397D" w:rsidRDefault="00A86162" w:rsidP="007E5E1E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35</w:t>
            </w:r>
            <w:r w:rsidR="007E5E1E"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.</w:t>
            </w:r>
          </w:p>
        </w:tc>
        <w:tc>
          <w:tcPr>
            <w:tcW w:w="2172" w:type="dxa"/>
          </w:tcPr>
          <w:p w:rsidR="007E5E1E" w:rsidRPr="0030397D" w:rsidRDefault="007E5E1E" w:rsidP="007E5E1E">
            <w:pPr>
              <w:spacing w:before="86" w:line="292" w:lineRule="auto"/>
              <w:ind w:right="72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Числа 1-10.</w:t>
            </w:r>
            <w:r w:rsidRPr="0030397D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>Закрепление.</w:t>
            </w:r>
          </w:p>
        </w:tc>
        <w:tc>
          <w:tcPr>
            <w:tcW w:w="732" w:type="dxa"/>
          </w:tcPr>
          <w:p w:rsidR="007E5E1E" w:rsidRPr="0030397D" w:rsidRDefault="007E5E1E" w:rsidP="007E5E1E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1</w:t>
            </w:r>
          </w:p>
        </w:tc>
        <w:tc>
          <w:tcPr>
            <w:tcW w:w="1620" w:type="dxa"/>
          </w:tcPr>
          <w:p w:rsidR="007E5E1E" w:rsidRPr="0030397D" w:rsidRDefault="007E5E1E" w:rsidP="007E5E1E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0</w:t>
            </w:r>
          </w:p>
        </w:tc>
        <w:tc>
          <w:tcPr>
            <w:tcW w:w="1668" w:type="dxa"/>
          </w:tcPr>
          <w:p w:rsidR="007E5E1E" w:rsidRPr="0030397D" w:rsidRDefault="007E5E1E" w:rsidP="007E5E1E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1</w:t>
            </w:r>
          </w:p>
        </w:tc>
        <w:tc>
          <w:tcPr>
            <w:tcW w:w="1236" w:type="dxa"/>
          </w:tcPr>
          <w:p w:rsidR="007E5E1E" w:rsidRPr="0030397D" w:rsidRDefault="001470B3" w:rsidP="007E5E1E">
            <w:pPr>
              <w:spacing w:before="86"/>
              <w:ind w:right="60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19.10</w:t>
            </w:r>
            <w:r w:rsidR="007E5E1E"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.2022</w:t>
            </w:r>
          </w:p>
        </w:tc>
        <w:tc>
          <w:tcPr>
            <w:tcW w:w="2656" w:type="dxa"/>
          </w:tcPr>
          <w:p w:rsidR="007E5E1E" w:rsidRPr="0030397D" w:rsidRDefault="007E5E1E" w:rsidP="007E5E1E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Практическая</w:t>
            </w:r>
            <w:r w:rsidRPr="0030397D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работа;</w:t>
            </w:r>
          </w:p>
        </w:tc>
      </w:tr>
      <w:tr w:rsidR="007E5E1E" w:rsidRPr="0030397D" w:rsidTr="004D53FF">
        <w:trPr>
          <w:trHeight w:val="2157"/>
        </w:trPr>
        <w:tc>
          <w:tcPr>
            <w:tcW w:w="689" w:type="dxa"/>
          </w:tcPr>
          <w:p w:rsidR="007E5E1E" w:rsidRPr="0030397D" w:rsidRDefault="00A86162" w:rsidP="007E5E1E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36</w:t>
            </w:r>
            <w:r w:rsidR="007E5E1E"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.</w:t>
            </w:r>
          </w:p>
        </w:tc>
        <w:tc>
          <w:tcPr>
            <w:tcW w:w="2172" w:type="dxa"/>
          </w:tcPr>
          <w:p w:rsidR="007E5E1E" w:rsidRPr="0030397D" w:rsidRDefault="007E5E1E" w:rsidP="007E5E1E">
            <w:pPr>
              <w:spacing w:before="86" w:line="292" w:lineRule="auto"/>
              <w:ind w:right="6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Наши проекты.</w:t>
            </w:r>
            <w:r w:rsidRPr="0030397D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Математика вокруг</w:t>
            </w:r>
            <w:r w:rsidRPr="0030397D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нас. Числа в</w:t>
            </w:r>
            <w:r w:rsidRPr="0030397D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загадках,</w:t>
            </w:r>
            <w:r w:rsidRPr="0030397D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пословицах,</w:t>
            </w:r>
            <w:r w:rsidRPr="0030397D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поговорках.</w:t>
            </w:r>
          </w:p>
        </w:tc>
        <w:tc>
          <w:tcPr>
            <w:tcW w:w="732" w:type="dxa"/>
          </w:tcPr>
          <w:p w:rsidR="007E5E1E" w:rsidRPr="0030397D" w:rsidRDefault="007E5E1E" w:rsidP="007E5E1E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1</w:t>
            </w:r>
          </w:p>
        </w:tc>
        <w:tc>
          <w:tcPr>
            <w:tcW w:w="1620" w:type="dxa"/>
          </w:tcPr>
          <w:p w:rsidR="007E5E1E" w:rsidRPr="0030397D" w:rsidRDefault="007E5E1E" w:rsidP="007E5E1E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0</w:t>
            </w:r>
          </w:p>
        </w:tc>
        <w:tc>
          <w:tcPr>
            <w:tcW w:w="1668" w:type="dxa"/>
          </w:tcPr>
          <w:p w:rsidR="007E5E1E" w:rsidRPr="0030397D" w:rsidRDefault="007E5E1E" w:rsidP="007E5E1E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1</w:t>
            </w:r>
          </w:p>
        </w:tc>
        <w:tc>
          <w:tcPr>
            <w:tcW w:w="1236" w:type="dxa"/>
          </w:tcPr>
          <w:p w:rsidR="007E5E1E" w:rsidRPr="0030397D" w:rsidRDefault="001470B3" w:rsidP="007E5E1E">
            <w:pPr>
              <w:spacing w:before="86"/>
              <w:ind w:right="60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20.10</w:t>
            </w:r>
            <w:r w:rsidR="007E5E1E"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.2022</w:t>
            </w:r>
          </w:p>
        </w:tc>
        <w:tc>
          <w:tcPr>
            <w:tcW w:w="2656" w:type="dxa"/>
          </w:tcPr>
          <w:p w:rsidR="007E5E1E" w:rsidRPr="0030397D" w:rsidRDefault="007E5E1E" w:rsidP="007E5E1E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Проект;</w:t>
            </w:r>
          </w:p>
        </w:tc>
      </w:tr>
      <w:tr w:rsidR="007E5E1E" w:rsidRPr="0030397D" w:rsidTr="004D53FF">
        <w:trPr>
          <w:trHeight w:val="1149"/>
        </w:trPr>
        <w:tc>
          <w:tcPr>
            <w:tcW w:w="689" w:type="dxa"/>
          </w:tcPr>
          <w:p w:rsidR="007E5E1E" w:rsidRPr="0030397D" w:rsidRDefault="00A86162" w:rsidP="007E5E1E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37</w:t>
            </w:r>
            <w:r w:rsidR="007E5E1E"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.</w:t>
            </w:r>
          </w:p>
        </w:tc>
        <w:tc>
          <w:tcPr>
            <w:tcW w:w="2172" w:type="dxa"/>
          </w:tcPr>
          <w:p w:rsidR="007E5E1E" w:rsidRPr="0030397D" w:rsidRDefault="007E5E1E" w:rsidP="007E5E1E">
            <w:pPr>
              <w:spacing w:before="86" w:line="292" w:lineRule="auto"/>
              <w:ind w:right="7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Сантиметр -</w:t>
            </w:r>
            <w:r w:rsidRPr="0030397D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единица измерения</w:t>
            </w:r>
            <w:r w:rsidRPr="0030397D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длины.</w:t>
            </w:r>
          </w:p>
        </w:tc>
        <w:tc>
          <w:tcPr>
            <w:tcW w:w="732" w:type="dxa"/>
          </w:tcPr>
          <w:p w:rsidR="007E5E1E" w:rsidRPr="007E5E1E" w:rsidRDefault="007E5E1E" w:rsidP="007E5E1E">
            <w:pPr>
              <w:spacing w:before="86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sz w:val="24"/>
              </w:rPr>
              <w:t>1</w:t>
            </w:r>
          </w:p>
        </w:tc>
        <w:tc>
          <w:tcPr>
            <w:tcW w:w="1620" w:type="dxa"/>
          </w:tcPr>
          <w:p w:rsidR="007E5E1E" w:rsidRPr="0030397D" w:rsidRDefault="007E5E1E" w:rsidP="007E5E1E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0</w:t>
            </w:r>
          </w:p>
        </w:tc>
        <w:tc>
          <w:tcPr>
            <w:tcW w:w="1668" w:type="dxa"/>
          </w:tcPr>
          <w:p w:rsidR="007E5E1E" w:rsidRPr="0030397D" w:rsidRDefault="007E5E1E" w:rsidP="007E5E1E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1</w:t>
            </w:r>
          </w:p>
        </w:tc>
        <w:tc>
          <w:tcPr>
            <w:tcW w:w="1236" w:type="dxa"/>
          </w:tcPr>
          <w:p w:rsidR="007E5E1E" w:rsidRPr="0030397D" w:rsidRDefault="001470B3" w:rsidP="007E5E1E">
            <w:pPr>
              <w:spacing w:before="86"/>
              <w:ind w:right="60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21.10</w:t>
            </w:r>
            <w:r w:rsidR="007E5E1E"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.2022</w:t>
            </w:r>
          </w:p>
        </w:tc>
        <w:tc>
          <w:tcPr>
            <w:tcW w:w="2656" w:type="dxa"/>
          </w:tcPr>
          <w:p w:rsidR="007E5E1E" w:rsidRPr="0030397D" w:rsidRDefault="007E5E1E" w:rsidP="007E5E1E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Практическая</w:t>
            </w:r>
            <w:r w:rsidRPr="0030397D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работа;</w:t>
            </w:r>
          </w:p>
        </w:tc>
      </w:tr>
      <w:tr w:rsidR="0030397D" w:rsidRPr="0030397D" w:rsidTr="004D53FF">
        <w:trPr>
          <w:trHeight w:val="1821"/>
        </w:trPr>
        <w:tc>
          <w:tcPr>
            <w:tcW w:w="689" w:type="dxa"/>
          </w:tcPr>
          <w:p w:rsidR="0030397D" w:rsidRPr="0030397D" w:rsidRDefault="00A86162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38, 39</w:t>
            </w:r>
            <w:r w:rsidR="0030397D"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.</w:t>
            </w:r>
          </w:p>
        </w:tc>
        <w:tc>
          <w:tcPr>
            <w:tcW w:w="2172" w:type="dxa"/>
          </w:tcPr>
          <w:p w:rsidR="0030397D" w:rsidRPr="0030397D" w:rsidRDefault="0030397D" w:rsidP="0030397D">
            <w:pPr>
              <w:spacing w:before="86" w:line="292" w:lineRule="auto"/>
              <w:ind w:right="103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Увеличить на …</w:t>
            </w:r>
            <w:proofErr w:type="gramStart"/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.</w:t>
            </w:r>
            <w:proofErr w:type="gramEnd"/>
            <w:r w:rsidRPr="0030397D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Уменьшить на … .</w:t>
            </w:r>
            <w:r w:rsidRPr="0030397D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Измерение длины</w:t>
            </w:r>
            <w:r w:rsidRPr="0030397D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отрезков с</w:t>
            </w:r>
            <w:r w:rsidRPr="0030397D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помощью</w:t>
            </w:r>
            <w:r w:rsidRPr="0030397D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линейки.</w:t>
            </w:r>
          </w:p>
        </w:tc>
        <w:tc>
          <w:tcPr>
            <w:tcW w:w="732" w:type="dxa"/>
          </w:tcPr>
          <w:p w:rsidR="0030397D" w:rsidRPr="0030397D" w:rsidRDefault="007E5E1E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2</w:t>
            </w:r>
          </w:p>
        </w:tc>
        <w:tc>
          <w:tcPr>
            <w:tcW w:w="1620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0</w:t>
            </w:r>
          </w:p>
        </w:tc>
        <w:tc>
          <w:tcPr>
            <w:tcW w:w="1668" w:type="dxa"/>
          </w:tcPr>
          <w:p w:rsidR="0030397D" w:rsidRPr="0030397D" w:rsidRDefault="007E5E1E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2</w:t>
            </w:r>
          </w:p>
        </w:tc>
        <w:tc>
          <w:tcPr>
            <w:tcW w:w="1236" w:type="dxa"/>
          </w:tcPr>
          <w:p w:rsidR="0030397D" w:rsidRDefault="001470B3" w:rsidP="0030397D">
            <w:pPr>
              <w:spacing w:before="86"/>
              <w:ind w:right="60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24.10</w:t>
            </w:r>
            <w:r w:rsidR="007E5E1E"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.2022</w:t>
            </w:r>
          </w:p>
          <w:p w:rsidR="007E5E1E" w:rsidRPr="0030397D" w:rsidRDefault="001470B3" w:rsidP="0030397D">
            <w:pPr>
              <w:spacing w:before="86"/>
              <w:ind w:right="60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25.10</w:t>
            </w:r>
            <w:r w:rsidR="007E5E1E"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.2022</w:t>
            </w:r>
          </w:p>
        </w:tc>
        <w:tc>
          <w:tcPr>
            <w:tcW w:w="2656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Практическая</w:t>
            </w:r>
            <w:r w:rsidRPr="0030397D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работа;</w:t>
            </w:r>
          </w:p>
        </w:tc>
      </w:tr>
      <w:tr w:rsidR="007E5E1E" w:rsidRPr="0068099F" w:rsidTr="004D53FF">
        <w:trPr>
          <w:trHeight w:val="1485"/>
        </w:trPr>
        <w:tc>
          <w:tcPr>
            <w:tcW w:w="689" w:type="dxa"/>
          </w:tcPr>
          <w:p w:rsidR="007E5E1E" w:rsidRPr="0030397D" w:rsidRDefault="00A86162" w:rsidP="007E5E1E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40</w:t>
            </w:r>
            <w:r w:rsidR="007E5E1E"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.</w:t>
            </w:r>
          </w:p>
        </w:tc>
        <w:tc>
          <w:tcPr>
            <w:tcW w:w="2172" w:type="dxa"/>
          </w:tcPr>
          <w:p w:rsidR="007E5E1E" w:rsidRPr="0030397D" w:rsidRDefault="007E5E1E" w:rsidP="007E5E1E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Число</w:t>
            </w:r>
            <w:r w:rsidRPr="0030397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0.</w:t>
            </w:r>
            <w:r w:rsidRPr="0030397D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Цифра</w:t>
            </w:r>
            <w:r w:rsidRPr="0030397D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0.</w:t>
            </w:r>
          </w:p>
        </w:tc>
        <w:tc>
          <w:tcPr>
            <w:tcW w:w="732" w:type="dxa"/>
          </w:tcPr>
          <w:p w:rsidR="007E5E1E" w:rsidRPr="0030397D" w:rsidRDefault="007E5E1E" w:rsidP="007E5E1E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1</w:t>
            </w:r>
          </w:p>
        </w:tc>
        <w:tc>
          <w:tcPr>
            <w:tcW w:w="1620" w:type="dxa"/>
          </w:tcPr>
          <w:p w:rsidR="007E5E1E" w:rsidRPr="0030397D" w:rsidRDefault="007E5E1E" w:rsidP="007E5E1E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0</w:t>
            </w:r>
          </w:p>
        </w:tc>
        <w:tc>
          <w:tcPr>
            <w:tcW w:w="1668" w:type="dxa"/>
          </w:tcPr>
          <w:p w:rsidR="007E5E1E" w:rsidRPr="0030397D" w:rsidRDefault="007E5E1E" w:rsidP="007E5E1E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1</w:t>
            </w:r>
          </w:p>
        </w:tc>
        <w:tc>
          <w:tcPr>
            <w:tcW w:w="1236" w:type="dxa"/>
          </w:tcPr>
          <w:p w:rsidR="007E5E1E" w:rsidRPr="0030397D" w:rsidRDefault="001470B3" w:rsidP="007E5E1E">
            <w:pPr>
              <w:spacing w:before="86"/>
              <w:ind w:right="60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26.10</w:t>
            </w:r>
            <w:r w:rsidR="007E5E1E"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.2022</w:t>
            </w:r>
          </w:p>
        </w:tc>
        <w:tc>
          <w:tcPr>
            <w:tcW w:w="2656" w:type="dxa"/>
          </w:tcPr>
          <w:p w:rsidR="007E5E1E" w:rsidRPr="0030397D" w:rsidRDefault="007E5E1E" w:rsidP="007E5E1E">
            <w:pPr>
              <w:spacing w:before="86" w:line="292" w:lineRule="auto"/>
              <w:ind w:right="782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Самооценка с</w:t>
            </w:r>
            <w:r w:rsidRPr="0030397D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>использованием</w:t>
            </w:r>
          </w:p>
          <w:p w:rsidR="007E5E1E" w:rsidRPr="0030397D" w:rsidRDefault="007E5E1E" w:rsidP="007E5E1E">
            <w:pPr>
              <w:spacing w:line="274" w:lineRule="exac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«Оценочного</w:t>
            </w:r>
            <w:r w:rsidRPr="0030397D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листа»;</w:t>
            </w:r>
          </w:p>
        </w:tc>
      </w:tr>
      <w:tr w:rsidR="007E5E1E" w:rsidRPr="0030397D" w:rsidTr="004D53FF">
        <w:trPr>
          <w:trHeight w:val="813"/>
        </w:trPr>
        <w:tc>
          <w:tcPr>
            <w:tcW w:w="689" w:type="dxa"/>
          </w:tcPr>
          <w:p w:rsidR="007E5E1E" w:rsidRPr="0030397D" w:rsidRDefault="00A86162" w:rsidP="007E5E1E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41</w:t>
            </w:r>
            <w:r w:rsidR="007E5E1E"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.</w:t>
            </w:r>
          </w:p>
        </w:tc>
        <w:tc>
          <w:tcPr>
            <w:tcW w:w="2172" w:type="dxa"/>
          </w:tcPr>
          <w:p w:rsidR="007E5E1E" w:rsidRPr="0030397D" w:rsidRDefault="007E5E1E" w:rsidP="007E5E1E">
            <w:pPr>
              <w:spacing w:before="86" w:line="292" w:lineRule="auto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Сложение</w:t>
            </w:r>
            <w:r w:rsidRPr="0030397D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с нулём.</w:t>
            </w:r>
            <w:r w:rsidRPr="0030397D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Вычитание</w:t>
            </w:r>
            <w:r w:rsidRPr="0030397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нуля.</w:t>
            </w:r>
          </w:p>
        </w:tc>
        <w:tc>
          <w:tcPr>
            <w:tcW w:w="732" w:type="dxa"/>
          </w:tcPr>
          <w:p w:rsidR="007E5E1E" w:rsidRPr="0030397D" w:rsidRDefault="007E5E1E" w:rsidP="007E5E1E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1</w:t>
            </w:r>
          </w:p>
        </w:tc>
        <w:tc>
          <w:tcPr>
            <w:tcW w:w="1620" w:type="dxa"/>
          </w:tcPr>
          <w:p w:rsidR="007E5E1E" w:rsidRPr="0030397D" w:rsidRDefault="007E5E1E" w:rsidP="007E5E1E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0</w:t>
            </w:r>
          </w:p>
        </w:tc>
        <w:tc>
          <w:tcPr>
            <w:tcW w:w="1668" w:type="dxa"/>
          </w:tcPr>
          <w:p w:rsidR="007E5E1E" w:rsidRPr="0030397D" w:rsidRDefault="007E5E1E" w:rsidP="007E5E1E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1</w:t>
            </w:r>
          </w:p>
        </w:tc>
        <w:tc>
          <w:tcPr>
            <w:tcW w:w="1236" w:type="dxa"/>
          </w:tcPr>
          <w:p w:rsidR="007E5E1E" w:rsidRPr="0030397D" w:rsidRDefault="001470B3" w:rsidP="007E5E1E">
            <w:pPr>
              <w:spacing w:before="86"/>
              <w:ind w:right="60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27.10</w:t>
            </w:r>
            <w:r w:rsidR="007E5E1E"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.2022</w:t>
            </w:r>
          </w:p>
        </w:tc>
        <w:tc>
          <w:tcPr>
            <w:tcW w:w="2656" w:type="dxa"/>
          </w:tcPr>
          <w:p w:rsidR="007E5E1E" w:rsidRPr="0030397D" w:rsidRDefault="007E5E1E" w:rsidP="007E5E1E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Практическая</w:t>
            </w:r>
            <w:r w:rsidRPr="0030397D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работа;</w:t>
            </w:r>
          </w:p>
        </w:tc>
      </w:tr>
    </w:tbl>
    <w:p w:rsidR="0030397D" w:rsidRPr="0030397D" w:rsidRDefault="0030397D" w:rsidP="0030397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lang w:val="ru-RU"/>
        </w:rPr>
        <w:sectPr w:rsidR="0030397D" w:rsidRPr="0030397D" w:rsidSect="005B299F">
          <w:pgSz w:w="11900" w:h="16840"/>
          <w:pgMar w:top="560" w:right="560" w:bottom="280" w:left="560" w:header="720" w:footer="720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20"/>
        </w:sectPr>
      </w:pPr>
    </w:p>
    <w:tbl>
      <w:tblPr>
        <w:tblStyle w:val="TableNormal1"/>
        <w:tblW w:w="0" w:type="auto"/>
        <w:tblInd w:w="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689"/>
        <w:gridCol w:w="2172"/>
        <w:gridCol w:w="732"/>
        <w:gridCol w:w="1620"/>
        <w:gridCol w:w="1668"/>
        <w:gridCol w:w="1236"/>
        <w:gridCol w:w="2656"/>
      </w:tblGrid>
      <w:tr w:rsidR="007E5E1E" w:rsidRPr="0030397D" w:rsidTr="004D53FF">
        <w:trPr>
          <w:trHeight w:val="1821"/>
        </w:trPr>
        <w:tc>
          <w:tcPr>
            <w:tcW w:w="689" w:type="dxa"/>
          </w:tcPr>
          <w:p w:rsidR="007E5E1E" w:rsidRPr="0030397D" w:rsidRDefault="00A86162" w:rsidP="007E5E1E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lastRenderedPageBreak/>
              <w:t>42</w:t>
            </w:r>
            <w:r w:rsidR="007E5E1E"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.</w:t>
            </w:r>
          </w:p>
        </w:tc>
        <w:tc>
          <w:tcPr>
            <w:tcW w:w="2172" w:type="dxa"/>
          </w:tcPr>
          <w:p w:rsidR="001470B3" w:rsidRPr="0030397D" w:rsidRDefault="001470B3" w:rsidP="001470B3">
            <w:pPr>
              <w:spacing w:before="86" w:line="292" w:lineRule="auto"/>
              <w:ind w:right="553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Контрольная</w:t>
            </w:r>
            <w:r w:rsidRPr="0030397D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работа</w:t>
            </w:r>
            <w:r w:rsidRPr="0030397D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по</w:t>
            </w:r>
            <w:r w:rsidRPr="0030397D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теме</w:t>
            </w:r>
          </w:p>
          <w:p w:rsidR="001470B3" w:rsidRPr="0030397D" w:rsidRDefault="001470B3" w:rsidP="001470B3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«Числа</w:t>
            </w:r>
            <w:r w:rsidRPr="0030397D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1-10.</w:t>
            </w:r>
            <w:r w:rsidRPr="0030397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Число</w:t>
            </w:r>
          </w:p>
          <w:p w:rsidR="007E5E1E" w:rsidRPr="0030397D" w:rsidRDefault="001470B3" w:rsidP="001470B3">
            <w:pPr>
              <w:spacing w:before="6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0».</w:t>
            </w:r>
          </w:p>
        </w:tc>
        <w:tc>
          <w:tcPr>
            <w:tcW w:w="732" w:type="dxa"/>
          </w:tcPr>
          <w:p w:rsidR="007E5E1E" w:rsidRPr="0030397D" w:rsidRDefault="007E5E1E" w:rsidP="007E5E1E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1</w:t>
            </w:r>
          </w:p>
        </w:tc>
        <w:tc>
          <w:tcPr>
            <w:tcW w:w="1620" w:type="dxa"/>
          </w:tcPr>
          <w:p w:rsidR="007E5E1E" w:rsidRPr="0030397D" w:rsidRDefault="001470B3" w:rsidP="007E5E1E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1</w:t>
            </w:r>
          </w:p>
        </w:tc>
        <w:tc>
          <w:tcPr>
            <w:tcW w:w="1668" w:type="dxa"/>
          </w:tcPr>
          <w:p w:rsidR="007E5E1E" w:rsidRPr="0030397D" w:rsidRDefault="001470B3" w:rsidP="007E5E1E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0</w:t>
            </w:r>
          </w:p>
        </w:tc>
        <w:tc>
          <w:tcPr>
            <w:tcW w:w="1236" w:type="dxa"/>
          </w:tcPr>
          <w:p w:rsidR="007E5E1E" w:rsidRPr="0030397D" w:rsidRDefault="001470B3" w:rsidP="007E5E1E">
            <w:pPr>
              <w:spacing w:before="86"/>
              <w:ind w:right="60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28.10</w:t>
            </w:r>
            <w:r w:rsidR="007E5E1E"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.2022</w:t>
            </w:r>
          </w:p>
        </w:tc>
        <w:tc>
          <w:tcPr>
            <w:tcW w:w="2656" w:type="dxa"/>
          </w:tcPr>
          <w:p w:rsidR="007E5E1E" w:rsidRPr="0030397D" w:rsidRDefault="001470B3" w:rsidP="007E5E1E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Контрольная</w:t>
            </w:r>
            <w:r w:rsidRPr="0030397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работа;</w:t>
            </w:r>
          </w:p>
        </w:tc>
      </w:tr>
      <w:tr w:rsidR="007E5E1E" w:rsidRPr="0030397D" w:rsidTr="004D53FF">
        <w:trPr>
          <w:trHeight w:val="1485"/>
        </w:trPr>
        <w:tc>
          <w:tcPr>
            <w:tcW w:w="689" w:type="dxa"/>
          </w:tcPr>
          <w:p w:rsidR="007E5E1E" w:rsidRPr="0030397D" w:rsidRDefault="00A86162" w:rsidP="007E5E1E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43</w:t>
            </w:r>
            <w:r w:rsidR="007E5E1E"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.</w:t>
            </w:r>
          </w:p>
        </w:tc>
        <w:tc>
          <w:tcPr>
            <w:tcW w:w="2172" w:type="dxa"/>
          </w:tcPr>
          <w:p w:rsidR="001470B3" w:rsidRPr="0030397D" w:rsidRDefault="001470B3" w:rsidP="001470B3">
            <w:pPr>
              <w:spacing w:before="86" w:line="292" w:lineRule="auto"/>
              <w:ind w:right="51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Закрепление</w:t>
            </w:r>
            <w:r w:rsidRPr="0030397D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знаний</w:t>
            </w:r>
            <w:r w:rsidRPr="0030397D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по</w:t>
            </w:r>
            <w:r w:rsidRPr="0030397D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теме</w:t>
            </w:r>
          </w:p>
          <w:p w:rsidR="001470B3" w:rsidRPr="0030397D" w:rsidRDefault="001470B3" w:rsidP="001470B3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«Числа</w:t>
            </w:r>
            <w:r w:rsidRPr="0030397D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1-10.</w:t>
            </w:r>
            <w:r w:rsidRPr="0030397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Число</w:t>
            </w:r>
          </w:p>
          <w:p w:rsidR="001470B3" w:rsidRPr="0030397D" w:rsidRDefault="001470B3" w:rsidP="001470B3">
            <w:pPr>
              <w:spacing w:before="6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0».</w:t>
            </w:r>
            <w:r w:rsidRPr="0030397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Тест</w:t>
            </w:r>
            <w:r w:rsidRPr="0030397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«Числа</w:t>
            </w:r>
            <w:r w:rsidRPr="0030397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1-</w:t>
            </w:r>
          </w:p>
          <w:p w:rsidR="007E5E1E" w:rsidRPr="0030397D" w:rsidRDefault="001470B3" w:rsidP="001470B3">
            <w:pPr>
              <w:spacing w:before="6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10.</w:t>
            </w:r>
            <w:r w:rsidRPr="0030397D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Число</w:t>
            </w:r>
            <w:r w:rsidRPr="0030397D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0».</w:t>
            </w:r>
          </w:p>
        </w:tc>
        <w:tc>
          <w:tcPr>
            <w:tcW w:w="732" w:type="dxa"/>
          </w:tcPr>
          <w:p w:rsidR="007E5E1E" w:rsidRPr="0030397D" w:rsidRDefault="007E5E1E" w:rsidP="007E5E1E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1</w:t>
            </w:r>
          </w:p>
        </w:tc>
        <w:tc>
          <w:tcPr>
            <w:tcW w:w="1620" w:type="dxa"/>
          </w:tcPr>
          <w:p w:rsidR="007E5E1E" w:rsidRPr="0030397D" w:rsidRDefault="001470B3" w:rsidP="007E5E1E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0</w:t>
            </w:r>
          </w:p>
        </w:tc>
        <w:tc>
          <w:tcPr>
            <w:tcW w:w="1668" w:type="dxa"/>
          </w:tcPr>
          <w:p w:rsidR="007E5E1E" w:rsidRPr="0030397D" w:rsidRDefault="001470B3" w:rsidP="007E5E1E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1</w:t>
            </w:r>
          </w:p>
        </w:tc>
        <w:tc>
          <w:tcPr>
            <w:tcW w:w="1236" w:type="dxa"/>
          </w:tcPr>
          <w:p w:rsidR="007E5E1E" w:rsidRPr="0030397D" w:rsidRDefault="001470B3" w:rsidP="007E5E1E">
            <w:pPr>
              <w:spacing w:before="86"/>
              <w:ind w:right="60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07</w:t>
            </w:r>
            <w:r w:rsidR="007E5E1E"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.11.2022</w:t>
            </w:r>
          </w:p>
        </w:tc>
        <w:tc>
          <w:tcPr>
            <w:tcW w:w="2656" w:type="dxa"/>
          </w:tcPr>
          <w:p w:rsidR="007E5E1E" w:rsidRPr="0030397D" w:rsidRDefault="001470B3" w:rsidP="007E5E1E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Тестирование;</w:t>
            </w:r>
          </w:p>
        </w:tc>
      </w:tr>
      <w:tr w:rsidR="007E5E1E" w:rsidRPr="0030397D" w:rsidTr="004D53FF">
        <w:trPr>
          <w:trHeight w:val="1485"/>
        </w:trPr>
        <w:tc>
          <w:tcPr>
            <w:tcW w:w="689" w:type="dxa"/>
          </w:tcPr>
          <w:p w:rsidR="007E5E1E" w:rsidRPr="0030397D" w:rsidRDefault="00A86162" w:rsidP="007E5E1E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44</w:t>
            </w:r>
            <w:r w:rsidR="007E5E1E"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.</w:t>
            </w:r>
          </w:p>
        </w:tc>
        <w:tc>
          <w:tcPr>
            <w:tcW w:w="2172" w:type="dxa"/>
          </w:tcPr>
          <w:p w:rsidR="007E5E1E" w:rsidRPr="0030397D" w:rsidRDefault="007E5E1E" w:rsidP="007E5E1E">
            <w:pPr>
              <w:spacing w:before="86" w:line="292" w:lineRule="auto"/>
              <w:ind w:right="351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Прибавить и</w:t>
            </w:r>
            <w:r w:rsidRPr="0030397D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вычесть</w:t>
            </w:r>
            <w:r w:rsidRPr="0030397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число</w:t>
            </w:r>
            <w:r w:rsidRPr="0030397D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1.</w:t>
            </w:r>
          </w:p>
        </w:tc>
        <w:tc>
          <w:tcPr>
            <w:tcW w:w="732" w:type="dxa"/>
          </w:tcPr>
          <w:p w:rsidR="007E5E1E" w:rsidRPr="0030397D" w:rsidRDefault="007E5E1E" w:rsidP="007E5E1E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1</w:t>
            </w:r>
          </w:p>
        </w:tc>
        <w:tc>
          <w:tcPr>
            <w:tcW w:w="1620" w:type="dxa"/>
          </w:tcPr>
          <w:p w:rsidR="007E5E1E" w:rsidRPr="0030397D" w:rsidRDefault="007E5E1E" w:rsidP="007E5E1E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0</w:t>
            </w:r>
          </w:p>
        </w:tc>
        <w:tc>
          <w:tcPr>
            <w:tcW w:w="1668" w:type="dxa"/>
          </w:tcPr>
          <w:p w:rsidR="007E5E1E" w:rsidRPr="0030397D" w:rsidRDefault="007E5E1E" w:rsidP="007E5E1E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1</w:t>
            </w:r>
          </w:p>
        </w:tc>
        <w:tc>
          <w:tcPr>
            <w:tcW w:w="1236" w:type="dxa"/>
          </w:tcPr>
          <w:p w:rsidR="007E5E1E" w:rsidRPr="0030397D" w:rsidRDefault="001470B3" w:rsidP="007E5E1E">
            <w:pPr>
              <w:spacing w:before="86"/>
              <w:ind w:right="60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0</w:t>
            </w:r>
            <w:r w:rsidR="007E5E1E"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8.11.2022</w:t>
            </w:r>
          </w:p>
        </w:tc>
        <w:tc>
          <w:tcPr>
            <w:tcW w:w="2656" w:type="dxa"/>
          </w:tcPr>
          <w:p w:rsidR="007E5E1E" w:rsidRPr="0030397D" w:rsidRDefault="001470B3" w:rsidP="007E5E1E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Практическая</w:t>
            </w:r>
            <w:r w:rsidRPr="0030397D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работа;</w:t>
            </w:r>
          </w:p>
        </w:tc>
      </w:tr>
      <w:tr w:rsidR="007E5E1E" w:rsidRPr="0030397D" w:rsidTr="004D53FF">
        <w:trPr>
          <w:trHeight w:val="477"/>
        </w:trPr>
        <w:tc>
          <w:tcPr>
            <w:tcW w:w="689" w:type="dxa"/>
          </w:tcPr>
          <w:p w:rsidR="007E5E1E" w:rsidRPr="0030397D" w:rsidRDefault="00A86162" w:rsidP="007E5E1E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45</w:t>
            </w:r>
            <w:r w:rsidR="007E5E1E"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.</w:t>
            </w:r>
          </w:p>
        </w:tc>
        <w:tc>
          <w:tcPr>
            <w:tcW w:w="2172" w:type="dxa"/>
          </w:tcPr>
          <w:p w:rsidR="007E5E1E" w:rsidRPr="0030397D" w:rsidRDefault="007E5E1E" w:rsidP="007E5E1E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Прибавить</w:t>
            </w:r>
            <w:r w:rsidRPr="0030397D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число</w:t>
            </w:r>
            <w:r w:rsidRPr="0030397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2.</w:t>
            </w:r>
          </w:p>
        </w:tc>
        <w:tc>
          <w:tcPr>
            <w:tcW w:w="732" w:type="dxa"/>
          </w:tcPr>
          <w:p w:rsidR="007E5E1E" w:rsidRPr="0030397D" w:rsidRDefault="007E5E1E" w:rsidP="007E5E1E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1</w:t>
            </w:r>
          </w:p>
        </w:tc>
        <w:tc>
          <w:tcPr>
            <w:tcW w:w="1620" w:type="dxa"/>
          </w:tcPr>
          <w:p w:rsidR="007E5E1E" w:rsidRPr="0030397D" w:rsidRDefault="007E5E1E" w:rsidP="007E5E1E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0</w:t>
            </w:r>
          </w:p>
        </w:tc>
        <w:tc>
          <w:tcPr>
            <w:tcW w:w="1668" w:type="dxa"/>
          </w:tcPr>
          <w:p w:rsidR="007E5E1E" w:rsidRPr="0030397D" w:rsidRDefault="007E5E1E" w:rsidP="007E5E1E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1</w:t>
            </w:r>
          </w:p>
        </w:tc>
        <w:tc>
          <w:tcPr>
            <w:tcW w:w="1236" w:type="dxa"/>
          </w:tcPr>
          <w:p w:rsidR="007E5E1E" w:rsidRPr="0030397D" w:rsidRDefault="001470B3" w:rsidP="007E5E1E">
            <w:pPr>
              <w:spacing w:before="86"/>
              <w:ind w:right="60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0</w:t>
            </w:r>
            <w:r w:rsidR="007E5E1E"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9.11.2022</w:t>
            </w:r>
          </w:p>
        </w:tc>
        <w:tc>
          <w:tcPr>
            <w:tcW w:w="2656" w:type="dxa"/>
          </w:tcPr>
          <w:p w:rsidR="007E5E1E" w:rsidRPr="0030397D" w:rsidRDefault="007E5E1E" w:rsidP="007E5E1E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Практическая</w:t>
            </w:r>
            <w:r w:rsidRPr="0030397D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работа;</w:t>
            </w:r>
          </w:p>
        </w:tc>
      </w:tr>
      <w:tr w:rsidR="007E5E1E" w:rsidRPr="0030397D" w:rsidTr="004D53FF">
        <w:trPr>
          <w:trHeight w:val="477"/>
        </w:trPr>
        <w:tc>
          <w:tcPr>
            <w:tcW w:w="689" w:type="dxa"/>
          </w:tcPr>
          <w:p w:rsidR="007E5E1E" w:rsidRPr="0030397D" w:rsidRDefault="00A86162" w:rsidP="007E5E1E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46</w:t>
            </w:r>
            <w:r w:rsidR="007E5E1E"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.</w:t>
            </w:r>
          </w:p>
        </w:tc>
        <w:tc>
          <w:tcPr>
            <w:tcW w:w="2172" w:type="dxa"/>
          </w:tcPr>
          <w:p w:rsidR="007E5E1E" w:rsidRPr="0030397D" w:rsidRDefault="007E5E1E" w:rsidP="007E5E1E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Вычесть</w:t>
            </w:r>
            <w:r w:rsidRPr="0030397D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число</w:t>
            </w:r>
            <w:r w:rsidRPr="0030397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2.</w:t>
            </w:r>
          </w:p>
        </w:tc>
        <w:tc>
          <w:tcPr>
            <w:tcW w:w="732" w:type="dxa"/>
          </w:tcPr>
          <w:p w:rsidR="007E5E1E" w:rsidRPr="0030397D" w:rsidRDefault="007E5E1E" w:rsidP="007E5E1E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1</w:t>
            </w:r>
          </w:p>
        </w:tc>
        <w:tc>
          <w:tcPr>
            <w:tcW w:w="1620" w:type="dxa"/>
          </w:tcPr>
          <w:p w:rsidR="007E5E1E" w:rsidRPr="0030397D" w:rsidRDefault="007E5E1E" w:rsidP="007E5E1E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0</w:t>
            </w:r>
          </w:p>
        </w:tc>
        <w:tc>
          <w:tcPr>
            <w:tcW w:w="1668" w:type="dxa"/>
          </w:tcPr>
          <w:p w:rsidR="007E5E1E" w:rsidRPr="0030397D" w:rsidRDefault="007E5E1E" w:rsidP="007E5E1E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1</w:t>
            </w:r>
          </w:p>
        </w:tc>
        <w:tc>
          <w:tcPr>
            <w:tcW w:w="1236" w:type="dxa"/>
          </w:tcPr>
          <w:p w:rsidR="007E5E1E" w:rsidRPr="0030397D" w:rsidRDefault="001470B3" w:rsidP="007E5E1E">
            <w:pPr>
              <w:spacing w:before="86"/>
              <w:ind w:right="60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1</w:t>
            </w:r>
            <w:r w:rsidR="007E5E1E"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0.11.2022</w:t>
            </w:r>
          </w:p>
        </w:tc>
        <w:tc>
          <w:tcPr>
            <w:tcW w:w="2656" w:type="dxa"/>
          </w:tcPr>
          <w:p w:rsidR="007E5E1E" w:rsidRPr="0030397D" w:rsidRDefault="007E5E1E" w:rsidP="007E5E1E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Практическая</w:t>
            </w:r>
            <w:r w:rsidRPr="0030397D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работа;</w:t>
            </w:r>
          </w:p>
        </w:tc>
      </w:tr>
      <w:tr w:rsidR="0030397D" w:rsidRPr="0030397D" w:rsidTr="004D53FF">
        <w:trPr>
          <w:trHeight w:val="1149"/>
        </w:trPr>
        <w:tc>
          <w:tcPr>
            <w:tcW w:w="689" w:type="dxa"/>
          </w:tcPr>
          <w:p w:rsidR="0030397D" w:rsidRPr="0030397D" w:rsidRDefault="00A86162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47</w:t>
            </w:r>
            <w:r w:rsidR="0030397D"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.</w:t>
            </w:r>
          </w:p>
        </w:tc>
        <w:tc>
          <w:tcPr>
            <w:tcW w:w="2172" w:type="dxa"/>
          </w:tcPr>
          <w:p w:rsidR="0030397D" w:rsidRPr="0030397D" w:rsidRDefault="0030397D" w:rsidP="0030397D">
            <w:pPr>
              <w:spacing w:before="86" w:line="292" w:lineRule="auto"/>
              <w:ind w:right="652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Приемы</w:t>
            </w:r>
            <w:r w:rsidRPr="0030397D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вычислений с</w:t>
            </w:r>
            <w:r w:rsidRPr="0030397D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числом</w:t>
            </w:r>
            <w:r w:rsidRPr="0030397D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2.</w:t>
            </w:r>
          </w:p>
        </w:tc>
        <w:tc>
          <w:tcPr>
            <w:tcW w:w="732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1</w:t>
            </w:r>
          </w:p>
        </w:tc>
        <w:tc>
          <w:tcPr>
            <w:tcW w:w="1620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0</w:t>
            </w:r>
          </w:p>
        </w:tc>
        <w:tc>
          <w:tcPr>
            <w:tcW w:w="1668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1</w:t>
            </w:r>
          </w:p>
        </w:tc>
        <w:tc>
          <w:tcPr>
            <w:tcW w:w="1236" w:type="dxa"/>
          </w:tcPr>
          <w:p w:rsidR="0030397D" w:rsidRPr="0030397D" w:rsidRDefault="001470B3" w:rsidP="0030397D">
            <w:pPr>
              <w:spacing w:before="86"/>
              <w:ind w:right="60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11.11</w:t>
            </w:r>
            <w:r w:rsidR="007E5E1E"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.2022</w:t>
            </w:r>
          </w:p>
        </w:tc>
        <w:tc>
          <w:tcPr>
            <w:tcW w:w="2656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Устный</w:t>
            </w:r>
            <w:r w:rsidRPr="0030397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опрос;</w:t>
            </w:r>
          </w:p>
        </w:tc>
      </w:tr>
      <w:tr w:rsidR="0030397D" w:rsidRPr="0030397D" w:rsidTr="004D53FF">
        <w:trPr>
          <w:trHeight w:val="477"/>
        </w:trPr>
        <w:tc>
          <w:tcPr>
            <w:tcW w:w="689" w:type="dxa"/>
          </w:tcPr>
          <w:p w:rsidR="0030397D" w:rsidRPr="0030397D" w:rsidRDefault="00A86162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48</w:t>
            </w:r>
            <w:r w:rsidR="0030397D"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.</w:t>
            </w:r>
          </w:p>
        </w:tc>
        <w:tc>
          <w:tcPr>
            <w:tcW w:w="2172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Слагаемые.</w:t>
            </w:r>
            <w:r w:rsidRPr="0030397D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Сумма.</w:t>
            </w:r>
          </w:p>
        </w:tc>
        <w:tc>
          <w:tcPr>
            <w:tcW w:w="732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1</w:t>
            </w:r>
          </w:p>
        </w:tc>
        <w:tc>
          <w:tcPr>
            <w:tcW w:w="1620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0</w:t>
            </w:r>
          </w:p>
        </w:tc>
        <w:tc>
          <w:tcPr>
            <w:tcW w:w="1668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1</w:t>
            </w:r>
          </w:p>
        </w:tc>
        <w:tc>
          <w:tcPr>
            <w:tcW w:w="1236" w:type="dxa"/>
          </w:tcPr>
          <w:p w:rsidR="0030397D" w:rsidRPr="0030397D" w:rsidRDefault="001470B3" w:rsidP="0030397D">
            <w:pPr>
              <w:spacing w:before="86"/>
              <w:ind w:right="60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14.11</w:t>
            </w:r>
            <w:r w:rsidR="007E5E1E"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.2022</w:t>
            </w:r>
          </w:p>
        </w:tc>
        <w:tc>
          <w:tcPr>
            <w:tcW w:w="2656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Практическая</w:t>
            </w:r>
            <w:r w:rsidRPr="0030397D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работа;</w:t>
            </w:r>
          </w:p>
        </w:tc>
      </w:tr>
      <w:tr w:rsidR="007E5E1E" w:rsidRPr="0030397D" w:rsidTr="004D53FF">
        <w:trPr>
          <w:trHeight w:val="813"/>
        </w:trPr>
        <w:tc>
          <w:tcPr>
            <w:tcW w:w="689" w:type="dxa"/>
          </w:tcPr>
          <w:p w:rsidR="007E5E1E" w:rsidRPr="0030397D" w:rsidRDefault="00A86162" w:rsidP="007E5E1E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49</w:t>
            </w:r>
            <w:r w:rsidR="007E5E1E"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.</w:t>
            </w:r>
          </w:p>
        </w:tc>
        <w:tc>
          <w:tcPr>
            <w:tcW w:w="2172" w:type="dxa"/>
          </w:tcPr>
          <w:p w:rsidR="007E5E1E" w:rsidRPr="0030397D" w:rsidRDefault="007E5E1E" w:rsidP="007E5E1E">
            <w:pPr>
              <w:spacing w:before="86" w:line="292" w:lineRule="auto"/>
              <w:ind w:right="363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Задача (условие,</w:t>
            </w:r>
            <w:r w:rsidRPr="0030397D">
              <w:rPr>
                <w:rFonts w:ascii="Times New Roman" w:eastAsia="Times New Roman" w:hAnsi="Times New Roman" w:cs="Times New Roman"/>
                <w:spacing w:val="-58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вопрос).</w:t>
            </w:r>
          </w:p>
        </w:tc>
        <w:tc>
          <w:tcPr>
            <w:tcW w:w="732" w:type="dxa"/>
          </w:tcPr>
          <w:p w:rsidR="007E5E1E" w:rsidRPr="0030397D" w:rsidRDefault="007E5E1E" w:rsidP="007E5E1E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1</w:t>
            </w:r>
          </w:p>
        </w:tc>
        <w:tc>
          <w:tcPr>
            <w:tcW w:w="1620" w:type="dxa"/>
          </w:tcPr>
          <w:p w:rsidR="007E5E1E" w:rsidRPr="0030397D" w:rsidRDefault="007E5E1E" w:rsidP="007E5E1E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0</w:t>
            </w:r>
          </w:p>
        </w:tc>
        <w:tc>
          <w:tcPr>
            <w:tcW w:w="1668" w:type="dxa"/>
          </w:tcPr>
          <w:p w:rsidR="007E5E1E" w:rsidRPr="0030397D" w:rsidRDefault="007E5E1E" w:rsidP="007E5E1E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1</w:t>
            </w:r>
          </w:p>
        </w:tc>
        <w:tc>
          <w:tcPr>
            <w:tcW w:w="1236" w:type="dxa"/>
          </w:tcPr>
          <w:p w:rsidR="007E5E1E" w:rsidRPr="0030397D" w:rsidRDefault="001470B3" w:rsidP="007E5E1E">
            <w:pPr>
              <w:spacing w:before="86"/>
              <w:ind w:right="60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15.11</w:t>
            </w:r>
            <w:r w:rsidR="007E5E1E"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.2022</w:t>
            </w:r>
          </w:p>
        </w:tc>
        <w:tc>
          <w:tcPr>
            <w:tcW w:w="2656" w:type="dxa"/>
          </w:tcPr>
          <w:p w:rsidR="007E5E1E" w:rsidRPr="0030397D" w:rsidRDefault="007E5E1E" w:rsidP="007E5E1E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Практическая</w:t>
            </w:r>
            <w:r w:rsidRPr="0030397D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работа;</w:t>
            </w:r>
          </w:p>
        </w:tc>
      </w:tr>
      <w:tr w:rsidR="007E5E1E" w:rsidRPr="0030397D" w:rsidTr="004D53FF">
        <w:trPr>
          <w:trHeight w:val="813"/>
        </w:trPr>
        <w:tc>
          <w:tcPr>
            <w:tcW w:w="689" w:type="dxa"/>
          </w:tcPr>
          <w:p w:rsidR="007E5E1E" w:rsidRPr="0030397D" w:rsidRDefault="00A86162" w:rsidP="007E5E1E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50, 51</w:t>
            </w:r>
            <w:r w:rsidR="007E5E1E"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.</w:t>
            </w:r>
          </w:p>
        </w:tc>
        <w:tc>
          <w:tcPr>
            <w:tcW w:w="2172" w:type="dxa"/>
          </w:tcPr>
          <w:p w:rsidR="007E5E1E" w:rsidRPr="0030397D" w:rsidRDefault="007E5E1E" w:rsidP="007E5E1E">
            <w:pPr>
              <w:spacing w:before="86" w:line="292" w:lineRule="auto"/>
              <w:ind w:right="51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Составление и</w:t>
            </w:r>
            <w:r w:rsidRPr="0030397D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решение</w:t>
            </w:r>
            <w:r w:rsidRPr="0030397D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задач.</w:t>
            </w:r>
          </w:p>
        </w:tc>
        <w:tc>
          <w:tcPr>
            <w:tcW w:w="732" w:type="dxa"/>
          </w:tcPr>
          <w:p w:rsidR="007E5E1E" w:rsidRPr="0030397D" w:rsidRDefault="007E5E1E" w:rsidP="007E5E1E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2</w:t>
            </w:r>
          </w:p>
        </w:tc>
        <w:tc>
          <w:tcPr>
            <w:tcW w:w="1620" w:type="dxa"/>
          </w:tcPr>
          <w:p w:rsidR="007E5E1E" w:rsidRPr="0030397D" w:rsidRDefault="007E5E1E" w:rsidP="007E5E1E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0</w:t>
            </w:r>
          </w:p>
        </w:tc>
        <w:tc>
          <w:tcPr>
            <w:tcW w:w="1668" w:type="dxa"/>
          </w:tcPr>
          <w:p w:rsidR="007E5E1E" w:rsidRPr="0030397D" w:rsidRDefault="007E5E1E" w:rsidP="007E5E1E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2</w:t>
            </w:r>
          </w:p>
        </w:tc>
        <w:tc>
          <w:tcPr>
            <w:tcW w:w="1236" w:type="dxa"/>
          </w:tcPr>
          <w:p w:rsidR="007E5E1E" w:rsidRDefault="001470B3" w:rsidP="007E5E1E">
            <w:pPr>
              <w:spacing w:before="86"/>
              <w:ind w:right="60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16.11</w:t>
            </w:r>
            <w:r w:rsidR="007E5E1E"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.2022</w:t>
            </w:r>
          </w:p>
          <w:p w:rsidR="007E5E1E" w:rsidRPr="0030397D" w:rsidRDefault="001470B3" w:rsidP="007E5E1E">
            <w:pPr>
              <w:spacing w:before="86"/>
              <w:ind w:right="60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17.11</w:t>
            </w:r>
            <w:r w:rsidR="007E5E1E"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.2022</w:t>
            </w:r>
          </w:p>
        </w:tc>
        <w:tc>
          <w:tcPr>
            <w:tcW w:w="2656" w:type="dxa"/>
          </w:tcPr>
          <w:p w:rsidR="007E5E1E" w:rsidRPr="0030397D" w:rsidRDefault="007E5E1E" w:rsidP="007E5E1E">
            <w:pPr>
              <w:spacing w:before="86" w:line="292" w:lineRule="auto"/>
              <w:ind w:right="219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Устный опрос;</w:t>
            </w:r>
            <w:r w:rsidRPr="0030397D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Практическая</w:t>
            </w:r>
            <w:r w:rsidRPr="0030397D">
              <w:rPr>
                <w:rFonts w:ascii="Times New Roman" w:eastAsia="Times New Roman" w:hAnsi="Times New Roman" w:cs="Times New Roman"/>
                <w:spacing w:val="-12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работа;</w:t>
            </w:r>
          </w:p>
        </w:tc>
      </w:tr>
      <w:tr w:rsidR="007E5E1E" w:rsidRPr="0030397D" w:rsidTr="004D53FF">
        <w:trPr>
          <w:trHeight w:val="1485"/>
        </w:trPr>
        <w:tc>
          <w:tcPr>
            <w:tcW w:w="689" w:type="dxa"/>
          </w:tcPr>
          <w:p w:rsidR="007E5E1E" w:rsidRPr="0030397D" w:rsidRDefault="00A86162" w:rsidP="007E5E1E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52</w:t>
            </w:r>
            <w:r w:rsidR="007E5E1E"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.</w:t>
            </w:r>
          </w:p>
        </w:tc>
        <w:tc>
          <w:tcPr>
            <w:tcW w:w="2172" w:type="dxa"/>
          </w:tcPr>
          <w:p w:rsidR="007E5E1E" w:rsidRPr="0030397D" w:rsidRDefault="007E5E1E" w:rsidP="007E5E1E">
            <w:pPr>
              <w:spacing w:before="86" w:line="292" w:lineRule="auto"/>
              <w:ind w:right="8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Прибавить и</w:t>
            </w:r>
            <w:r w:rsidRPr="0030397D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вычесть число 2.</w:t>
            </w:r>
            <w:r w:rsidRPr="0030397D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Составление и</w:t>
            </w:r>
            <w:r w:rsidRPr="0030397D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заучивание</w:t>
            </w:r>
            <w:r w:rsidRPr="0030397D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таблиц.</w:t>
            </w:r>
          </w:p>
        </w:tc>
        <w:tc>
          <w:tcPr>
            <w:tcW w:w="732" w:type="dxa"/>
          </w:tcPr>
          <w:p w:rsidR="007E5E1E" w:rsidRPr="0030397D" w:rsidRDefault="007E5E1E" w:rsidP="007E5E1E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1</w:t>
            </w:r>
          </w:p>
        </w:tc>
        <w:tc>
          <w:tcPr>
            <w:tcW w:w="1620" w:type="dxa"/>
          </w:tcPr>
          <w:p w:rsidR="007E5E1E" w:rsidRPr="0030397D" w:rsidRDefault="007E5E1E" w:rsidP="007E5E1E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0</w:t>
            </w:r>
          </w:p>
        </w:tc>
        <w:tc>
          <w:tcPr>
            <w:tcW w:w="1668" w:type="dxa"/>
          </w:tcPr>
          <w:p w:rsidR="007E5E1E" w:rsidRPr="0030397D" w:rsidRDefault="007E5E1E" w:rsidP="007E5E1E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1</w:t>
            </w:r>
          </w:p>
        </w:tc>
        <w:tc>
          <w:tcPr>
            <w:tcW w:w="1236" w:type="dxa"/>
          </w:tcPr>
          <w:p w:rsidR="007E5E1E" w:rsidRPr="0030397D" w:rsidRDefault="001470B3" w:rsidP="007E5E1E">
            <w:pPr>
              <w:spacing w:before="86"/>
              <w:ind w:right="60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18.11</w:t>
            </w:r>
            <w:r w:rsidR="007E5E1E"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.2022</w:t>
            </w:r>
          </w:p>
        </w:tc>
        <w:tc>
          <w:tcPr>
            <w:tcW w:w="2656" w:type="dxa"/>
          </w:tcPr>
          <w:p w:rsidR="007E5E1E" w:rsidRPr="0030397D" w:rsidRDefault="007E5E1E" w:rsidP="007E5E1E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Практическая</w:t>
            </w:r>
            <w:r w:rsidRPr="0030397D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работа;</w:t>
            </w:r>
          </w:p>
        </w:tc>
      </w:tr>
      <w:tr w:rsidR="007E5E1E" w:rsidRPr="0068099F" w:rsidTr="004D53FF">
        <w:trPr>
          <w:trHeight w:val="1485"/>
        </w:trPr>
        <w:tc>
          <w:tcPr>
            <w:tcW w:w="689" w:type="dxa"/>
          </w:tcPr>
          <w:p w:rsidR="007E5E1E" w:rsidRPr="0030397D" w:rsidRDefault="00A86162" w:rsidP="007E5E1E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53, 54</w:t>
            </w:r>
            <w:r w:rsidR="007E5E1E"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.</w:t>
            </w:r>
          </w:p>
        </w:tc>
        <w:tc>
          <w:tcPr>
            <w:tcW w:w="2172" w:type="dxa"/>
          </w:tcPr>
          <w:p w:rsidR="007E5E1E" w:rsidRPr="0030397D" w:rsidRDefault="007E5E1E" w:rsidP="007E5E1E">
            <w:pPr>
              <w:spacing w:before="86" w:line="292" w:lineRule="auto"/>
              <w:ind w:right="51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Закрепление</w:t>
            </w:r>
            <w:r w:rsidRPr="0030397D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знаний</w:t>
            </w:r>
            <w:r w:rsidRPr="0030397D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по</w:t>
            </w:r>
            <w:r w:rsidRPr="0030397D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теме</w:t>
            </w:r>
          </w:p>
          <w:p w:rsidR="007E5E1E" w:rsidRPr="0030397D" w:rsidRDefault="007E5E1E" w:rsidP="007E5E1E">
            <w:pPr>
              <w:spacing w:line="292" w:lineRule="auto"/>
              <w:ind w:right="231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«Прибавить и</w:t>
            </w:r>
            <w:r w:rsidRPr="0030397D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вычесть</w:t>
            </w:r>
            <w:r w:rsidRPr="0030397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число</w:t>
            </w:r>
            <w:r w:rsidRPr="0030397D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2.»</w:t>
            </w:r>
          </w:p>
        </w:tc>
        <w:tc>
          <w:tcPr>
            <w:tcW w:w="732" w:type="dxa"/>
          </w:tcPr>
          <w:p w:rsidR="007E5E1E" w:rsidRPr="0030397D" w:rsidRDefault="007E5E1E" w:rsidP="007E5E1E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2</w:t>
            </w:r>
          </w:p>
        </w:tc>
        <w:tc>
          <w:tcPr>
            <w:tcW w:w="1620" w:type="dxa"/>
          </w:tcPr>
          <w:p w:rsidR="007E5E1E" w:rsidRPr="0030397D" w:rsidRDefault="007E5E1E" w:rsidP="007E5E1E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0</w:t>
            </w:r>
          </w:p>
        </w:tc>
        <w:tc>
          <w:tcPr>
            <w:tcW w:w="1668" w:type="dxa"/>
          </w:tcPr>
          <w:p w:rsidR="007E5E1E" w:rsidRPr="0030397D" w:rsidRDefault="007E5E1E" w:rsidP="007E5E1E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2</w:t>
            </w:r>
          </w:p>
        </w:tc>
        <w:tc>
          <w:tcPr>
            <w:tcW w:w="1236" w:type="dxa"/>
          </w:tcPr>
          <w:p w:rsidR="007E5E1E" w:rsidRDefault="001470B3" w:rsidP="007E5E1E">
            <w:pPr>
              <w:spacing w:before="86"/>
              <w:ind w:right="60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21.11</w:t>
            </w:r>
            <w:r w:rsidR="007E5E1E"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.2022</w:t>
            </w:r>
          </w:p>
          <w:p w:rsidR="007E5E1E" w:rsidRPr="0030397D" w:rsidRDefault="001470B3" w:rsidP="007E5E1E">
            <w:pPr>
              <w:spacing w:before="86"/>
              <w:ind w:right="60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22.11</w:t>
            </w:r>
            <w:r w:rsidR="007E5E1E"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.2022</w:t>
            </w:r>
          </w:p>
        </w:tc>
        <w:tc>
          <w:tcPr>
            <w:tcW w:w="2656" w:type="dxa"/>
          </w:tcPr>
          <w:p w:rsidR="007E5E1E" w:rsidRPr="0030397D" w:rsidRDefault="007E5E1E" w:rsidP="007E5E1E">
            <w:pPr>
              <w:spacing w:before="86" w:line="292" w:lineRule="auto"/>
              <w:ind w:right="782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Самооценка с</w:t>
            </w:r>
            <w:r w:rsidRPr="0030397D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>использованием</w:t>
            </w:r>
          </w:p>
          <w:p w:rsidR="007E5E1E" w:rsidRPr="0030397D" w:rsidRDefault="007E5E1E" w:rsidP="007E5E1E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«Оценочного</w:t>
            </w:r>
            <w:r w:rsidRPr="0030397D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листа»;</w:t>
            </w:r>
          </w:p>
        </w:tc>
      </w:tr>
      <w:tr w:rsidR="007E5E1E" w:rsidRPr="0030397D" w:rsidTr="004D53FF">
        <w:trPr>
          <w:trHeight w:val="1821"/>
        </w:trPr>
        <w:tc>
          <w:tcPr>
            <w:tcW w:w="689" w:type="dxa"/>
          </w:tcPr>
          <w:p w:rsidR="007E5E1E" w:rsidRPr="0030397D" w:rsidRDefault="00A86162" w:rsidP="007E5E1E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55</w:t>
            </w:r>
            <w:r w:rsidR="007E5E1E"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.</w:t>
            </w:r>
          </w:p>
        </w:tc>
        <w:tc>
          <w:tcPr>
            <w:tcW w:w="2172" w:type="dxa"/>
          </w:tcPr>
          <w:p w:rsidR="007E5E1E" w:rsidRPr="0030397D" w:rsidRDefault="007E5E1E" w:rsidP="007E5E1E">
            <w:pPr>
              <w:spacing w:before="86" w:line="292" w:lineRule="auto"/>
              <w:ind w:right="8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Задачи на</w:t>
            </w:r>
            <w:r w:rsidRPr="0030397D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увеличение</w:t>
            </w:r>
            <w:r w:rsidRPr="0030397D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(уменьшение)</w:t>
            </w:r>
            <w:r w:rsidRPr="0030397D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числа на несколько</w:t>
            </w:r>
            <w:r w:rsidRPr="0030397D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единиц.</w:t>
            </w:r>
          </w:p>
        </w:tc>
        <w:tc>
          <w:tcPr>
            <w:tcW w:w="732" w:type="dxa"/>
          </w:tcPr>
          <w:p w:rsidR="007E5E1E" w:rsidRPr="0030397D" w:rsidRDefault="007E5E1E" w:rsidP="007E5E1E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1</w:t>
            </w:r>
          </w:p>
        </w:tc>
        <w:tc>
          <w:tcPr>
            <w:tcW w:w="1620" w:type="dxa"/>
          </w:tcPr>
          <w:p w:rsidR="007E5E1E" w:rsidRPr="0030397D" w:rsidRDefault="007E5E1E" w:rsidP="007E5E1E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0</w:t>
            </w:r>
          </w:p>
        </w:tc>
        <w:tc>
          <w:tcPr>
            <w:tcW w:w="1668" w:type="dxa"/>
          </w:tcPr>
          <w:p w:rsidR="007E5E1E" w:rsidRPr="0030397D" w:rsidRDefault="007E5E1E" w:rsidP="007E5E1E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1</w:t>
            </w:r>
          </w:p>
        </w:tc>
        <w:tc>
          <w:tcPr>
            <w:tcW w:w="1236" w:type="dxa"/>
          </w:tcPr>
          <w:p w:rsidR="007E5E1E" w:rsidRPr="0030397D" w:rsidRDefault="001470B3" w:rsidP="007E5E1E">
            <w:pPr>
              <w:spacing w:before="86"/>
              <w:ind w:right="60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23.11</w:t>
            </w:r>
            <w:r w:rsidR="007E5E1E"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.2022</w:t>
            </w:r>
          </w:p>
        </w:tc>
        <w:tc>
          <w:tcPr>
            <w:tcW w:w="2656" w:type="dxa"/>
          </w:tcPr>
          <w:p w:rsidR="007E5E1E" w:rsidRPr="0030397D" w:rsidRDefault="007E5E1E" w:rsidP="007E5E1E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Практическая</w:t>
            </w:r>
            <w:r w:rsidRPr="0030397D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работа;</w:t>
            </w:r>
          </w:p>
        </w:tc>
      </w:tr>
      <w:tr w:rsidR="007E5E1E" w:rsidRPr="0030397D" w:rsidTr="004D53FF">
        <w:trPr>
          <w:trHeight w:val="477"/>
        </w:trPr>
        <w:tc>
          <w:tcPr>
            <w:tcW w:w="689" w:type="dxa"/>
          </w:tcPr>
          <w:p w:rsidR="007E5E1E" w:rsidRPr="0030397D" w:rsidRDefault="00A86162" w:rsidP="007E5E1E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56</w:t>
            </w:r>
            <w:r w:rsidR="007E5E1E"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.</w:t>
            </w:r>
          </w:p>
        </w:tc>
        <w:tc>
          <w:tcPr>
            <w:tcW w:w="2172" w:type="dxa"/>
          </w:tcPr>
          <w:p w:rsidR="007E5E1E" w:rsidRPr="0030397D" w:rsidRDefault="007E5E1E" w:rsidP="007E5E1E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Прямой</w:t>
            </w:r>
            <w:r w:rsidRPr="0030397D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угол</w:t>
            </w:r>
          </w:p>
        </w:tc>
        <w:tc>
          <w:tcPr>
            <w:tcW w:w="732" w:type="dxa"/>
          </w:tcPr>
          <w:p w:rsidR="007E5E1E" w:rsidRPr="0030397D" w:rsidRDefault="007E5E1E" w:rsidP="007E5E1E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1</w:t>
            </w:r>
          </w:p>
        </w:tc>
        <w:tc>
          <w:tcPr>
            <w:tcW w:w="1620" w:type="dxa"/>
          </w:tcPr>
          <w:p w:rsidR="007E5E1E" w:rsidRPr="0030397D" w:rsidRDefault="007E5E1E" w:rsidP="007E5E1E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0</w:t>
            </w:r>
          </w:p>
        </w:tc>
        <w:tc>
          <w:tcPr>
            <w:tcW w:w="1668" w:type="dxa"/>
          </w:tcPr>
          <w:p w:rsidR="007E5E1E" w:rsidRPr="0030397D" w:rsidRDefault="007E5E1E" w:rsidP="007E5E1E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1</w:t>
            </w:r>
          </w:p>
        </w:tc>
        <w:tc>
          <w:tcPr>
            <w:tcW w:w="1236" w:type="dxa"/>
          </w:tcPr>
          <w:p w:rsidR="007E5E1E" w:rsidRPr="0030397D" w:rsidRDefault="001470B3" w:rsidP="007E5E1E">
            <w:pPr>
              <w:spacing w:before="86"/>
              <w:ind w:right="60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24.11</w:t>
            </w:r>
            <w:r w:rsidR="007E5E1E"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.2022</w:t>
            </w:r>
          </w:p>
        </w:tc>
        <w:tc>
          <w:tcPr>
            <w:tcW w:w="2656" w:type="dxa"/>
          </w:tcPr>
          <w:p w:rsidR="007E5E1E" w:rsidRPr="0030397D" w:rsidRDefault="007E5E1E" w:rsidP="007E5E1E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Практическая</w:t>
            </w:r>
            <w:r w:rsidRPr="0030397D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работа;</w:t>
            </w:r>
          </w:p>
        </w:tc>
      </w:tr>
    </w:tbl>
    <w:p w:rsidR="0030397D" w:rsidRPr="0030397D" w:rsidRDefault="0030397D" w:rsidP="0030397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lang w:val="ru-RU"/>
        </w:rPr>
        <w:sectPr w:rsidR="0030397D" w:rsidRPr="0030397D" w:rsidSect="005B299F">
          <w:pgSz w:w="11900" w:h="16840"/>
          <w:pgMar w:top="560" w:right="560" w:bottom="280" w:left="560" w:header="720" w:footer="720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20"/>
        </w:sectPr>
      </w:pPr>
    </w:p>
    <w:tbl>
      <w:tblPr>
        <w:tblStyle w:val="TableNormal1"/>
        <w:tblW w:w="0" w:type="auto"/>
        <w:tblInd w:w="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689"/>
        <w:gridCol w:w="2172"/>
        <w:gridCol w:w="732"/>
        <w:gridCol w:w="1620"/>
        <w:gridCol w:w="1668"/>
        <w:gridCol w:w="1236"/>
        <w:gridCol w:w="2656"/>
      </w:tblGrid>
      <w:tr w:rsidR="00347EF9" w:rsidRPr="0030397D" w:rsidTr="004D53FF">
        <w:trPr>
          <w:trHeight w:val="1821"/>
        </w:trPr>
        <w:tc>
          <w:tcPr>
            <w:tcW w:w="689" w:type="dxa"/>
          </w:tcPr>
          <w:p w:rsidR="00347EF9" w:rsidRPr="0030397D" w:rsidRDefault="00A86162" w:rsidP="00347EF9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lastRenderedPageBreak/>
              <w:t>57</w:t>
            </w:r>
            <w:r w:rsidR="00347EF9"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.</w:t>
            </w:r>
          </w:p>
        </w:tc>
        <w:tc>
          <w:tcPr>
            <w:tcW w:w="2172" w:type="dxa"/>
          </w:tcPr>
          <w:p w:rsidR="00347EF9" w:rsidRPr="0030397D" w:rsidRDefault="00347EF9" w:rsidP="00347EF9">
            <w:pPr>
              <w:spacing w:before="86" w:line="292" w:lineRule="auto"/>
              <w:ind w:right="521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Обобщение и</w:t>
            </w:r>
            <w:r w:rsidRPr="0030397D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закрепление</w:t>
            </w:r>
            <w:r w:rsidRPr="0030397D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знаний</w:t>
            </w:r>
            <w:r w:rsidRPr="0030397D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по</w:t>
            </w:r>
            <w:r w:rsidRPr="0030397D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теме</w:t>
            </w:r>
          </w:p>
          <w:p w:rsidR="00347EF9" w:rsidRPr="0030397D" w:rsidRDefault="00347EF9" w:rsidP="00347EF9">
            <w:pPr>
              <w:spacing w:line="292" w:lineRule="auto"/>
              <w:ind w:right="231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«Прибавить и</w:t>
            </w:r>
            <w:r w:rsidRPr="0030397D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вычесть</w:t>
            </w:r>
            <w:r w:rsidRPr="0030397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число</w:t>
            </w:r>
            <w:r w:rsidRPr="0030397D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2.»</w:t>
            </w:r>
          </w:p>
        </w:tc>
        <w:tc>
          <w:tcPr>
            <w:tcW w:w="732" w:type="dxa"/>
          </w:tcPr>
          <w:p w:rsidR="00347EF9" w:rsidRPr="0030397D" w:rsidRDefault="00347EF9" w:rsidP="00347EF9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1</w:t>
            </w:r>
          </w:p>
        </w:tc>
        <w:tc>
          <w:tcPr>
            <w:tcW w:w="1620" w:type="dxa"/>
          </w:tcPr>
          <w:p w:rsidR="00347EF9" w:rsidRPr="0030397D" w:rsidRDefault="00347EF9" w:rsidP="00347EF9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0</w:t>
            </w:r>
          </w:p>
        </w:tc>
        <w:tc>
          <w:tcPr>
            <w:tcW w:w="1668" w:type="dxa"/>
          </w:tcPr>
          <w:p w:rsidR="00347EF9" w:rsidRPr="0030397D" w:rsidRDefault="00347EF9" w:rsidP="00347EF9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1</w:t>
            </w:r>
          </w:p>
        </w:tc>
        <w:tc>
          <w:tcPr>
            <w:tcW w:w="1236" w:type="dxa"/>
          </w:tcPr>
          <w:p w:rsidR="00347EF9" w:rsidRPr="0030397D" w:rsidRDefault="001470B3" w:rsidP="00347EF9">
            <w:pPr>
              <w:spacing w:before="86"/>
              <w:ind w:right="60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25.11</w:t>
            </w:r>
            <w:r w:rsidR="00347EF9"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.2022</w:t>
            </w:r>
          </w:p>
        </w:tc>
        <w:tc>
          <w:tcPr>
            <w:tcW w:w="2656" w:type="dxa"/>
          </w:tcPr>
          <w:p w:rsidR="00347EF9" w:rsidRPr="0030397D" w:rsidRDefault="00347EF9" w:rsidP="00347EF9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Практическая</w:t>
            </w:r>
            <w:r w:rsidRPr="0030397D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работа;</w:t>
            </w:r>
          </w:p>
        </w:tc>
      </w:tr>
      <w:tr w:rsidR="00347EF9" w:rsidRPr="0030397D" w:rsidTr="004D53FF">
        <w:trPr>
          <w:trHeight w:val="2157"/>
        </w:trPr>
        <w:tc>
          <w:tcPr>
            <w:tcW w:w="689" w:type="dxa"/>
          </w:tcPr>
          <w:p w:rsidR="00347EF9" w:rsidRPr="0030397D" w:rsidRDefault="00A86162" w:rsidP="00347EF9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58, 59</w:t>
            </w:r>
            <w:r w:rsidR="00347EF9"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.</w:t>
            </w:r>
          </w:p>
        </w:tc>
        <w:tc>
          <w:tcPr>
            <w:tcW w:w="2172" w:type="dxa"/>
          </w:tcPr>
          <w:p w:rsidR="00347EF9" w:rsidRPr="0030397D" w:rsidRDefault="00347EF9" w:rsidP="00347EF9">
            <w:pPr>
              <w:spacing w:before="86" w:line="292" w:lineRule="auto"/>
              <w:ind w:right="521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Обобщение и</w:t>
            </w:r>
            <w:r w:rsidRPr="0030397D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закрепление</w:t>
            </w:r>
            <w:r w:rsidRPr="0030397D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знаний</w:t>
            </w:r>
            <w:r w:rsidRPr="0030397D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по</w:t>
            </w:r>
            <w:r w:rsidRPr="0030397D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теме</w:t>
            </w:r>
          </w:p>
          <w:p w:rsidR="00347EF9" w:rsidRPr="0030397D" w:rsidRDefault="00347EF9" w:rsidP="00347EF9">
            <w:pPr>
              <w:spacing w:line="292" w:lineRule="auto"/>
              <w:ind w:right="222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«Прибавить и</w:t>
            </w:r>
            <w:r w:rsidRPr="0030397D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вычесть число 2.»</w:t>
            </w:r>
            <w:r w:rsidRPr="0030397D">
              <w:rPr>
                <w:rFonts w:ascii="Times New Roman" w:eastAsia="Times New Roman" w:hAnsi="Times New Roman" w:cs="Times New Roman"/>
                <w:spacing w:val="-58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Тест.</w:t>
            </w:r>
          </w:p>
        </w:tc>
        <w:tc>
          <w:tcPr>
            <w:tcW w:w="732" w:type="dxa"/>
          </w:tcPr>
          <w:p w:rsidR="00347EF9" w:rsidRPr="0030397D" w:rsidRDefault="00347EF9" w:rsidP="00347EF9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2</w:t>
            </w:r>
          </w:p>
        </w:tc>
        <w:tc>
          <w:tcPr>
            <w:tcW w:w="1620" w:type="dxa"/>
          </w:tcPr>
          <w:p w:rsidR="00347EF9" w:rsidRPr="0030397D" w:rsidRDefault="00C16705" w:rsidP="00347EF9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0</w:t>
            </w:r>
          </w:p>
        </w:tc>
        <w:tc>
          <w:tcPr>
            <w:tcW w:w="1668" w:type="dxa"/>
          </w:tcPr>
          <w:p w:rsidR="00347EF9" w:rsidRPr="0030397D" w:rsidRDefault="00C16705" w:rsidP="00347EF9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2</w:t>
            </w:r>
          </w:p>
        </w:tc>
        <w:tc>
          <w:tcPr>
            <w:tcW w:w="1236" w:type="dxa"/>
          </w:tcPr>
          <w:p w:rsidR="00347EF9" w:rsidRDefault="001470B3" w:rsidP="00347EF9">
            <w:pPr>
              <w:spacing w:before="86"/>
              <w:ind w:right="60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28.11</w:t>
            </w:r>
            <w:r w:rsidR="00347EF9"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.2022</w:t>
            </w:r>
          </w:p>
          <w:p w:rsidR="00347EF9" w:rsidRPr="0030397D" w:rsidRDefault="001470B3" w:rsidP="00347EF9">
            <w:pPr>
              <w:spacing w:before="86"/>
              <w:ind w:right="60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29.11</w:t>
            </w:r>
            <w:r w:rsidR="00347EF9"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.2022</w:t>
            </w:r>
          </w:p>
        </w:tc>
        <w:tc>
          <w:tcPr>
            <w:tcW w:w="2656" w:type="dxa"/>
          </w:tcPr>
          <w:p w:rsidR="00347EF9" w:rsidRPr="0030397D" w:rsidRDefault="00C16705" w:rsidP="00347EF9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Практическая</w:t>
            </w:r>
            <w:r w:rsidRPr="0030397D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работа;</w:t>
            </w: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="00347EF9"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Тестирование;</w:t>
            </w:r>
          </w:p>
        </w:tc>
      </w:tr>
      <w:tr w:rsidR="0030397D" w:rsidRPr="0030397D" w:rsidTr="004D53FF">
        <w:trPr>
          <w:trHeight w:val="813"/>
        </w:trPr>
        <w:tc>
          <w:tcPr>
            <w:tcW w:w="689" w:type="dxa"/>
          </w:tcPr>
          <w:p w:rsidR="0030397D" w:rsidRPr="0030397D" w:rsidRDefault="00A86162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60</w:t>
            </w:r>
            <w:r w:rsidR="0030397D"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.</w:t>
            </w:r>
          </w:p>
        </w:tc>
        <w:tc>
          <w:tcPr>
            <w:tcW w:w="2172" w:type="dxa"/>
          </w:tcPr>
          <w:p w:rsidR="0030397D" w:rsidRPr="0030397D" w:rsidRDefault="0030397D" w:rsidP="0030397D">
            <w:pPr>
              <w:spacing w:before="86" w:line="292" w:lineRule="auto"/>
              <w:ind w:right="34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Прибавить и</w:t>
            </w:r>
            <w:r w:rsidRPr="0030397D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вычесть</w:t>
            </w:r>
            <w:r w:rsidRPr="0030397D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число</w:t>
            </w:r>
            <w:r w:rsidRPr="0030397D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3.</w:t>
            </w:r>
          </w:p>
        </w:tc>
        <w:tc>
          <w:tcPr>
            <w:tcW w:w="732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1</w:t>
            </w:r>
          </w:p>
        </w:tc>
        <w:tc>
          <w:tcPr>
            <w:tcW w:w="1620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0</w:t>
            </w:r>
          </w:p>
        </w:tc>
        <w:tc>
          <w:tcPr>
            <w:tcW w:w="1668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1</w:t>
            </w:r>
          </w:p>
        </w:tc>
        <w:tc>
          <w:tcPr>
            <w:tcW w:w="1236" w:type="dxa"/>
          </w:tcPr>
          <w:p w:rsidR="0030397D" w:rsidRPr="0030397D" w:rsidRDefault="001470B3" w:rsidP="0030397D">
            <w:pPr>
              <w:spacing w:before="86"/>
              <w:ind w:right="60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30.11</w:t>
            </w:r>
            <w:r w:rsidR="00347EF9"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.2022</w:t>
            </w:r>
          </w:p>
        </w:tc>
        <w:tc>
          <w:tcPr>
            <w:tcW w:w="2656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Практическая</w:t>
            </w:r>
            <w:r w:rsidRPr="0030397D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работа;</w:t>
            </w:r>
          </w:p>
        </w:tc>
      </w:tr>
      <w:tr w:rsidR="00347EF9" w:rsidRPr="0030397D" w:rsidTr="004D53FF">
        <w:trPr>
          <w:trHeight w:val="1485"/>
        </w:trPr>
        <w:tc>
          <w:tcPr>
            <w:tcW w:w="689" w:type="dxa"/>
          </w:tcPr>
          <w:p w:rsidR="00347EF9" w:rsidRPr="0030397D" w:rsidRDefault="00A86162" w:rsidP="00347EF9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61</w:t>
            </w:r>
            <w:r w:rsidR="00347EF9"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.</w:t>
            </w:r>
          </w:p>
        </w:tc>
        <w:tc>
          <w:tcPr>
            <w:tcW w:w="2172" w:type="dxa"/>
          </w:tcPr>
          <w:p w:rsidR="00347EF9" w:rsidRPr="0030397D" w:rsidRDefault="00347EF9" w:rsidP="00347EF9">
            <w:pPr>
              <w:spacing w:before="86" w:line="292" w:lineRule="auto"/>
              <w:ind w:right="342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Прибавить и</w:t>
            </w:r>
            <w:r w:rsidRPr="0030397D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вычесть число 3.</w:t>
            </w:r>
            <w:r w:rsidRPr="0030397D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Приемы</w:t>
            </w:r>
            <w:r w:rsidRPr="0030397D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вычислений.</w:t>
            </w:r>
          </w:p>
        </w:tc>
        <w:tc>
          <w:tcPr>
            <w:tcW w:w="732" w:type="dxa"/>
          </w:tcPr>
          <w:p w:rsidR="00347EF9" w:rsidRPr="0030397D" w:rsidRDefault="00347EF9" w:rsidP="00347EF9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1</w:t>
            </w:r>
          </w:p>
        </w:tc>
        <w:tc>
          <w:tcPr>
            <w:tcW w:w="1620" w:type="dxa"/>
          </w:tcPr>
          <w:p w:rsidR="00A86162" w:rsidRDefault="00347EF9" w:rsidP="00347EF9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0</w:t>
            </w:r>
          </w:p>
          <w:p w:rsidR="00A86162" w:rsidRDefault="00A86162" w:rsidP="00A86162">
            <w:pPr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  <w:p w:rsidR="00347EF9" w:rsidRPr="00A86162" w:rsidRDefault="00347EF9" w:rsidP="00A86162">
            <w:pPr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668" w:type="dxa"/>
          </w:tcPr>
          <w:p w:rsidR="00347EF9" w:rsidRPr="0030397D" w:rsidRDefault="00347EF9" w:rsidP="00347EF9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1</w:t>
            </w:r>
          </w:p>
        </w:tc>
        <w:tc>
          <w:tcPr>
            <w:tcW w:w="1236" w:type="dxa"/>
          </w:tcPr>
          <w:p w:rsidR="00347EF9" w:rsidRPr="0030397D" w:rsidRDefault="001470B3" w:rsidP="00347EF9">
            <w:pPr>
              <w:spacing w:before="86"/>
              <w:ind w:right="60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01</w:t>
            </w:r>
            <w:r w:rsidR="00347EF9"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.12.2022</w:t>
            </w:r>
          </w:p>
        </w:tc>
        <w:tc>
          <w:tcPr>
            <w:tcW w:w="2656" w:type="dxa"/>
          </w:tcPr>
          <w:p w:rsidR="00347EF9" w:rsidRPr="0030397D" w:rsidRDefault="00347EF9" w:rsidP="00347EF9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Практическая</w:t>
            </w:r>
            <w:r w:rsidRPr="0030397D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работа;</w:t>
            </w:r>
          </w:p>
        </w:tc>
      </w:tr>
      <w:tr w:rsidR="00347EF9" w:rsidRPr="0068099F" w:rsidTr="004D53FF">
        <w:trPr>
          <w:trHeight w:val="1485"/>
        </w:trPr>
        <w:tc>
          <w:tcPr>
            <w:tcW w:w="689" w:type="dxa"/>
          </w:tcPr>
          <w:p w:rsidR="00347EF9" w:rsidRPr="0030397D" w:rsidRDefault="00A86162" w:rsidP="00347EF9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6</w:t>
            </w:r>
            <w:r w:rsidR="00347EF9"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, 63</w:t>
            </w:r>
            <w:r w:rsidR="00347EF9"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.</w:t>
            </w:r>
          </w:p>
        </w:tc>
        <w:tc>
          <w:tcPr>
            <w:tcW w:w="2172" w:type="dxa"/>
          </w:tcPr>
          <w:p w:rsidR="00347EF9" w:rsidRPr="0030397D" w:rsidRDefault="00347EF9" w:rsidP="00347EF9">
            <w:pPr>
              <w:spacing w:before="86" w:line="292" w:lineRule="auto"/>
              <w:ind w:right="51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Закрепление.</w:t>
            </w:r>
            <w:r w:rsidRPr="0030397D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Решение текстовых</w:t>
            </w:r>
            <w:r w:rsidRPr="0030397D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задач. Проверочная</w:t>
            </w:r>
            <w:r w:rsidRPr="0030397D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работа</w:t>
            </w:r>
            <w:r w:rsidRPr="0030397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«Задачи».</w:t>
            </w:r>
          </w:p>
        </w:tc>
        <w:tc>
          <w:tcPr>
            <w:tcW w:w="732" w:type="dxa"/>
          </w:tcPr>
          <w:p w:rsidR="00347EF9" w:rsidRPr="0030397D" w:rsidRDefault="00347EF9" w:rsidP="00347EF9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2</w:t>
            </w:r>
          </w:p>
        </w:tc>
        <w:tc>
          <w:tcPr>
            <w:tcW w:w="1620" w:type="dxa"/>
          </w:tcPr>
          <w:p w:rsidR="00347EF9" w:rsidRPr="0030397D" w:rsidRDefault="00347EF9" w:rsidP="00347EF9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1</w:t>
            </w:r>
          </w:p>
        </w:tc>
        <w:tc>
          <w:tcPr>
            <w:tcW w:w="1668" w:type="dxa"/>
          </w:tcPr>
          <w:p w:rsidR="00347EF9" w:rsidRPr="0030397D" w:rsidRDefault="00347EF9" w:rsidP="00347EF9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1</w:t>
            </w:r>
          </w:p>
        </w:tc>
        <w:tc>
          <w:tcPr>
            <w:tcW w:w="1236" w:type="dxa"/>
          </w:tcPr>
          <w:p w:rsidR="00347EF9" w:rsidRDefault="001470B3" w:rsidP="00347EF9">
            <w:pPr>
              <w:spacing w:before="86"/>
              <w:ind w:right="60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02</w:t>
            </w:r>
            <w:r w:rsidR="00347EF9"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.12.2022</w:t>
            </w:r>
          </w:p>
          <w:p w:rsidR="00347EF9" w:rsidRPr="0030397D" w:rsidRDefault="001470B3" w:rsidP="00347EF9">
            <w:pPr>
              <w:spacing w:before="86"/>
              <w:ind w:right="60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05.12.2022</w:t>
            </w:r>
          </w:p>
        </w:tc>
        <w:tc>
          <w:tcPr>
            <w:tcW w:w="2656" w:type="dxa"/>
          </w:tcPr>
          <w:p w:rsidR="00347EF9" w:rsidRPr="0030397D" w:rsidRDefault="00347EF9" w:rsidP="00347EF9">
            <w:pPr>
              <w:spacing w:before="86" w:line="292" w:lineRule="auto"/>
              <w:ind w:right="782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Самооценка с</w:t>
            </w:r>
            <w:r w:rsidRPr="0030397D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>использованием</w:t>
            </w:r>
          </w:p>
          <w:p w:rsidR="00347EF9" w:rsidRPr="0030397D" w:rsidRDefault="00347EF9" w:rsidP="00347EF9">
            <w:pPr>
              <w:spacing w:line="292" w:lineRule="auto"/>
              <w:ind w:right="253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«Оценочного листа»;</w:t>
            </w:r>
            <w:r w:rsidRPr="0030397D">
              <w:rPr>
                <w:rFonts w:ascii="Times New Roman" w:eastAsia="Times New Roman" w:hAnsi="Times New Roman" w:cs="Times New Roman"/>
                <w:spacing w:val="-58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Проверочная</w:t>
            </w:r>
            <w:r w:rsidRPr="0030397D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работа;</w:t>
            </w:r>
          </w:p>
        </w:tc>
      </w:tr>
      <w:tr w:rsidR="00347EF9" w:rsidRPr="0030397D" w:rsidTr="004D53FF">
        <w:trPr>
          <w:trHeight w:val="1485"/>
        </w:trPr>
        <w:tc>
          <w:tcPr>
            <w:tcW w:w="689" w:type="dxa"/>
          </w:tcPr>
          <w:p w:rsidR="00347EF9" w:rsidRPr="0030397D" w:rsidRDefault="00A86162" w:rsidP="00347EF9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64</w:t>
            </w:r>
            <w:r w:rsidR="00347EF9"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.</w:t>
            </w:r>
          </w:p>
        </w:tc>
        <w:tc>
          <w:tcPr>
            <w:tcW w:w="2172" w:type="dxa"/>
          </w:tcPr>
          <w:p w:rsidR="00347EF9" w:rsidRPr="0030397D" w:rsidRDefault="00347EF9" w:rsidP="00347EF9">
            <w:pPr>
              <w:spacing w:before="86" w:line="292" w:lineRule="auto"/>
              <w:ind w:right="69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Сравнение</w:t>
            </w:r>
            <w:r w:rsidRPr="0030397D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отрезков по длине.</w:t>
            </w:r>
            <w:r w:rsidRPr="0030397D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Решение текстовых</w:t>
            </w:r>
            <w:r w:rsidRPr="0030397D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задач.</w:t>
            </w:r>
          </w:p>
        </w:tc>
        <w:tc>
          <w:tcPr>
            <w:tcW w:w="732" w:type="dxa"/>
          </w:tcPr>
          <w:p w:rsidR="00347EF9" w:rsidRPr="0030397D" w:rsidRDefault="00347EF9" w:rsidP="00347EF9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1</w:t>
            </w:r>
          </w:p>
        </w:tc>
        <w:tc>
          <w:tcPr>
            <w:tcW w:w="1620" w:type="dxa"/>
          </w:tcPr>
          <w:p w:rsidR="00347EF9" w:rsidRPr="0030397D" w:rsidRDefault="00347EF9" w:rsidP="00347EF9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0</w:t>
            </w:r>
          </w:p>
        </w:tc>
        <w:tc>
          <w:tcPr>
            <w:tcW w:w="1668" w:type="dxa"/>
          </w:tcPr>
          <w:p w:rsidR="00347EF9" w:rsidRPr="0030397D" w:rsidRDefault="00347EF9" w:rsidP="00347EF9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1</w:t>
            </w:r>
          </w:p>
        </w:tc>
        <w:tc>
          <w:tcPr>
            <w:tcW w:w="1236" w:type="dxa"/>
          </w:tcPr>
          <w:p w:rsidR="00347EF9" w:rsidRPr="0030397D" w:rsidRDefault="00C9295A" w:rsidP="00347EF9">
            <w:pPr>
              <w:spacing w:before="86"/>
              <w:ind w:right="60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06.12.</w:t>
            </w:r>
            <w:r w:rsidR="0012684A">
              <w:rPr>
                <w:rFonts w:ascii="Times New Roman" w:eastAsia="Times New Roman" w:hAnsi="Times New Roman" w:cs="Times New Roman"/>
                <w:sz w:val="24"/>
                <w:lang w:val="ru-RU"/>
              </w:rPr>
              <w:t>2022</w:t>
            </w:r>
          </w:p>
        </w:tc>
        <w:tc>
          <w:tcPr>
            <w:tcW w:w="2656" w:type="dxa"/>
          </w:tcPr>
          <w:p w:rsidR="00347EF9" w:rsidRPr="0030397D" w:rsidRDefault="00347EF9" w:rsidP="00347EF9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Практическая</w:t>
            </w:r>
            <w:r w:rsidRPr="0030397D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работа;</w:t>
            </w:r>
          </w:p>
        </w:tc>
      </w:tr>
      <w:tr w:rsidR="00347EF9" w:rsidRPr="0030397D" w:rsidTr="004D53FF">
        <w:trPr>
          <w:trHeight w:val="1821"/>
        </w:trPr>
        <w:tc>
          <w:tcPr>
            <w:tcW w:w="689" w:type="dxa"/>
          </w:tcPr>
          <w:p w:rsidR="00347EF9" w:rsidRPr="0030397D" w:rsidRDefault="00A86162" w:rsidP="00347EF9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65</w:t>
            </w:r>
            <w:r w:rsidR="00347EF9"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.</w:t>
            </w:r>
          </w:p>
        </w:tc>
        <w:tc>
          <w:tcPr>
            <w:tcW w:w="2172" w:type="dxa"/>
          </w:tcPr>
          <w:p w:rsidR="00347EF9" w:rsidRPr="0030397D" w:rsidRDefault="00347EF9" w:rsidP="00347EF9">
            <w:pPr>
              <w:spacing w:before="86" w:line="292" w:lineRule="auto"/>
              <w:ind w:right="58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Состав чисел</w:t>
            </w:r>
            <w:r w:rsidRPr="0030397D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7,8,9,10.</w:t>
            </w:r>
            <w:r w:rsidRPr="0030397D">
              <w:rPr>
                <w:rFonts w:ascii="Times New Roman" w:eastAsia="Times New Roman" w:hAnsi="Times New Roman" w:cs="Times New Roman"/>
                <w:spacing w:val="-13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Связь</w:t>
            </w:r>
          </w:p>
          <w:p w:rsidR="00347EF9" w:rsidRPr="0030397D" w:rsidRDefault="00347EF9" w:rsidP="00347EF9">
            <w:pPr>
              <w:spacing w:line="292" w:lineRule="auto"/>
              <w:ind w:right="86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чисел при</w:t>
            </w:r>
            <w:r w:rsidRPr="0030397D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сложении и</w:t>
            </w:r>
            <w:r w:rsidRPr="0030397D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вычитании.</w:t>
            </w:r>
          </w:p>
        </w:tc>
        <w:tc>
          <w:tcPr>
            <w:tcW w:w="732" w:type="dxa"/>
          </w:tcPr>
          <w:p w:rsidR="00347EF9" w:rsidRPr="0030397D" w:rsidRDefault="00347EF9" w:rsidP="00347EF9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1</w:t>
            </w:r>
          </w:p>
        </w:tc>
        <w:tc>
          <w:tcPr>
            <w:tcW w:w="1620" w:type="dxa"/>
          </w:tcPr>
          <w:p w:rsidR="00347EF9" w:rsidRPr="0030397D" w:rsidRDefault="00347EF9" w:rsidP="00347EF9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0</w:t>
            </w:r>
          </w:p>
        </w:tc>
        <w:tc>
          <w:tcPr>
            <w:tcW w:w="1668" w:type="dxa"/>
          </w:tcPr>
          <w:p w:rsidR="00347EF9" w:rsidRPr="0030397D" w:rsidRDefault="00347EF9" w:rsidP="00347EF9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1</w:t>
            </w:r>
          </w:p>
        </w:tc>
        <w:tc>
          <w:tcPr>
            <w:tcW w:w="1236" w:type="dxa"/>
          </w:tcPr>
          <w:p w:rsidR="00347EF9" w:rsidRPr="0030397D" w:rsidRDefault="0012684A" w:rsidP="00347EF9">
            <w:pPr>
              <w:spacing w:before="86"/>
              <w:ind w:right="60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07.12.2022</w:t>
            </w:r>
          </w:p>
        </w:tc>
        <w:tc>
          <w:tcPr>
            <w:tcW w:w="2656" w:type="dxa"/>
          </w:tcPr>
          <w:p w:rsidR="00347EF9" w:rsidRPr="0030397D" w:rsidRDefault="00347EF9" w:rsidP="00347EF9">
            <w:pPr>
              <w:spacing w:before="6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Практическая</w:t>
            </w:r>
            <w:r w:rsidRPr="0030397D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работа;</w:t>
            </w:r>
          </w:p>
        </w:tc>
      </w:tr>
      <w:tr w:rsidR="00347EF9" w:rsidRPr="0030397D" w:rsidTr="004D53FF">
        <w:trPr>
          <w:trHeight w:val="1485"/>
        </w:trPr>
        <w:tc>
          <w:tcPr>
            <w:tcW w:w="689" w:type="dxa"/>
          </w:tcPr>
          <w:p w:rsidR="00347EF9" w:rsidRPr="0030397D" w:rsidRDefault="00A86162" w:rsidP="00347EF9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66</w:t>
            </w:r>
            <w:r w:rsidR="00347EF9"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.</w:t>
            </w:r>
          </w:p>
        </w:tc>
        <w:tc>
          <w:tcPr>
            <w:tcW w:w="2172" w:type="dxa"/>
          </w:tcPr>
          <w:p w:rsidR="00347EF9" w:rsidRPr="0030397D" w:rsidRDefault="00347EF9" w:rsidP="00347EF9">
            <w:pPr>
              <w:spacing w:before="86" w:line="292" w:lineRule="auto"/>
              <w:ind w:right="8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Прибавить и</w:t>
            </w:r>
            <w:r w:rsidRPr="0030397D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вычесть</w:t>
            </w:r>
            <w:r w:rsidRPr="0030397D">
              <w:rPr>
                <w:rFonts w:ascii="Times New Roman" w:eastAsia="Times New Roman" w:hAnsi="Times New Roman" w:cs="Times New Roman"/>
                <w:spacing w:val="3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число</w:t>
            </w:r>
            <w:r w:rsidRPr="0030397D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3.</w:t>
            </w:r>
            <w:r w:rsidRPr="0030397D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Составление и</w:t>
            </w:r>
            <w:r w:rsidRPr="0030397D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заучивание</w:t>
            </w:r>
            <w:r w:rsidRPr="0030397D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таблиц.</w:t>
            </w:r>
          </w:p>
        </w:tc>
        <w:tc>
          <w:tcPr>
            <w:tcW w:w="732" w:type="dxa"/>
          </w:tcPr>
          <w:p w:rsidR="00347EF9" w:rsidRPr="0030397D" w:rsidRDefault="00347EF9" w:rsidP="00347EF9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1</w:t>
            </w:r>
          </w:p>
        </w:tc>
        <w:tc>
          <w:tcPr>
            <w:tcW w:w="1620" w:type="dxa"/>
          </w:tcPr>
          <w:p w:rsidR="00347EF9" w:rsidRPr="0030397D" w:rsidRDefault="00347EF9" w:rsidP="00347EF9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0</w:t>
            </w:r>
          </w:p>
        </w:tc>
        <w:tc>
          <w:tcPr>
            <w:tcW w:w="1668" w:type="dxa"/>
          </w:tcPr>
          <w:p w:rsidR="00347EF9" w:rsidRPr="0030397D" w:rsidRDefault="00347EF9" w:rsidP="00347EF9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1</w:t>
            </w:r>
          </w:p>
        </w:tc>
        <w:tc>
          <w:tcPr>
            <w:tcW w:w="1236" w:type="dxa"/>
          </w:tcPr>
          <w:p w:rsidR="00347EF9" w:rsidRPr="0030397D" w:rsidRDefault="0012684A" w:rsidP="00347EF9">
            <w:pPr>
              <w:spacing w:before="86"/>
              <w:ind w:right="60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08.12.2022</w:t>
            </w:r>
          </w:p>
        </w:tc>
        <w:tc>
          <w:tcPr>
            <w:tcW w:w="2656" w:type="dxa"/>
          </w:tcPr>
          <w:p w:rsidR="00347EF9" w:rsidRPr="0030397D" w:rsidRDefault="00347EF9" w:rsidP="00347EF9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Практическая</w:t>
            </w:r>
            <w:r w:rsidRPr="0030397D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работа;</w:t>
            </w:r>
          </w:p>
        </w:tc>
      </w:tr>
      <w:tr w:rsidR="0030397D" w:rsidRPr="0030397D" w:rsidTr="004D53FF">
        <w:trPr>
          <w:trHeight w:val="1149"/>
        </w:trPr>
        <w:tc>
          <w:tcPr>
            <w:tcW w:w="689" w:type="dxa"/>
          </w:tcPr>
          <w:p w:rsidR="0030397D" w:rsidRPr="0030397D" w:rsidRDefault="00A86162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67</w:t>
            </w:r>
            <w:r w:rsidR="0030397D"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.</w:t>
            </w:r>
          </w:p>
        </w:tc>
        <w:tc>
          <w:tcPr>
            <w:tcW w:w="2172" w:type="dxa"/>
          </w:tcPr>
          <w:p w:rsidR="0030397D" w:rsidRPr="0030397D" w:rsidRDefault="0030397D" w:rsidP="0030397D">
            <w:pPr>
              <w:spacing w:before="86" w:line="292" w:lineRule="auto"/>
              <w:ind w:right="342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Прибавить и</w:t>
            </w:r>
            <w:r w:rsidRPr="0030397D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вычесть число 3.</w:t>
            </w:r>
            <w:r w:rsidRPr="0030397D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Решение</w:t>
            </w:r>
            <w:r w:rsidRPr="0030397D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задач.</w:t>
            </w:r>
          </w:p>
        </w:tc>
        <w:tc>
          <w:tcPr>
            <w:tcW w:w="732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1</w:t>
            </w:r>
          </w:p>
        </w:tc>
        <w:tc>
          <w:tcPr>
            <w:tcW w:w="1620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0</w:t>
            </w:r>
          </w:p>
        </w:tc>
        <w:tc>
          <w:tcPr>
            <w:tcW w:w="1668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1</w:t>
            </w:r>
          </w:p>
        </w:tc>
        <w:tc>
          <w:tcPr>
            <w:tcW w:w="1236" w:type="dxa"/>
          </w:tcPr>
          <w:p w:rsidR="0030397D" w:rsidRPr="0030397D" w:rsidRDefault="00C16705" w:rsidP="0030397D">
            <w:pPr>
              <w:spacing w:before="86"/>
              <w:ind w:right="60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09.12.2022</w:t>
            </w:r>
          </w:p>
        </w:tc>
        <w:tc>
          <w:tcPr>
            <w:tcW w:w="2656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Практическая</w:t>
            </w:r>
            <w:r w:rsidRPr="0030397D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работа;</w:t>
            </w:r>
          </w:p>
        </w:tc>
      </w:tr>
      <w:tr w:rsidR="0030397D" w:rsidRPr="0030397D" w:rsidTr="004D53FF">
        <w:trPr>
          <w:trHeight w:val="1821"/>
        </w:trPr>
        <w:tc>
          <w:tcPr>
            <w:tcW w:w="689" w:type="dxa"/>
          </w:tcPr>
          <w:p w:rsidR="0030397D" w:rsidRPr="0030397D" w:rsidRDefault="00A86162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68, 69</w:t>
            </w:r>
            <w:r w:rsidR="0030397D"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.</w:t>
            </w:r>
          </w:p>
        </w:tc>
        <w:tc>
          <w:tcPr>
            <w:tcW w:w="2172" w:type="dxa"/>
          </w:tcPr>
          <w:p w:rsidR="0030397D" w:rsidRPr="0030397D" w:rsidRDefault="0030397D" w:rsidP="0030397D">
            <w:pPr>
              <w:spacing w:before="86" w:line="292" w:lineRule="auto"/>
              <w:ind w:right="14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Закрепление и</w:t>
            </w:r>
            <w:r w:rsidRPr="0030397D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обобщение знаний</w:t>
            </w:r>
            <w:r w:rsidRPr="0030397D">
              <w:rPr>
                <w:rFonts w:ascii="Times New Roman" w:eastAsia="Times New Roman" w:hAnsi="Times New Roman" w:cs="Times New Roman"/>
                <w:spacing w:val="-58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по</w:t>
            </w:r>
            <w:r w:rsidRPr="0030397D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теме</w:t>
            </w:r>
          </w:p>
          <w:p w:rsidR="0030397D" w:rsidRPr="0030397D" w:rsidRDefault="0030397D" w:rsidP="0030397D">
            <w:pPr>
              <w:spacing w:line="292" w:lineRule="auto"/>
              <w:ind w:right="291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«Прибавить и</w:t>
            </w:r>
            <w:r w:rsidRPr="0030397D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вычесть</w:t>
            </w:r>
            <w:r w:rsidRPr="0030397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число</w:t>
            </w:r>
            <w:r w:rsidRPr="0030397D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3»</w:t>
            </w:r>
          </w:p>
        </w:tc>
        <w:tc>
          <w:tcPr>
            <w:tcW w:w="732" w:type="dxa"/>
          </w:tcPr>
          <w:p w:rsidR="0030397D" w:rsidRPr="0030397D" w:rsidRDefault="00347EF9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2</w:t>
            </w:r>
          </w:p>
        </w:tc>
        <w:tc>
          <w:tcPr>
            <w:tcW w:w="1620" w:type="dxa"/>
          </w:tcPr>
          <w:p w:rsidR="0030397D" w:rsidRPr="0030397D" w:rsidRDefault="00347EF9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1</w:t>
            </w:r>
          </w:p>
        </w:tc>
        <w:tc>
          <w:tcPr>
            <w:tcW w:w="1668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1</w:t>
            </w:r>
          </w:p>
        </w:tc>
        <w:tc>
          <w:tcPr>
            <w:tcW w:w="1236" w:type="dxa"/>
          </w:tcPr>
          <w:p w:rsidR="00347EF9" w:rsidRDefault="00C16705" w:rsidP="0030397D">
            <w:pPr>
              <w:spacing w:before="86"/>
              <w:ind w:right="60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12.12.2022</w:t>
            </w:r>
          </w:p>
          <w:p w:rsidR="00C16705" w:rsidRPr="0030397D" w:rsidRDefault="00C16705" w:rsidP="0030397D">
            <w:pPr>
              <w:spacing w:before="86"/>
              <w:ind w:right="60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13.12.2022</w:t>
            </w:r>
          </w:p>
        </w:tc>
        <w:tc>
          <w:tcPr>
            <w:tcW w:w="2656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Устный</w:t>
            </w:r>
            <w:r w:rsidRPr="0030397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опрос;</w:t>
            </w:r>
          </w:p>
        </w:tc>
      </w:tr>
    </w:tbl>
    <w:p w:rsidR="0030397D" w:rsidRPr="0030397D" w:rsidRDefault="0030397D" w:rsidP="0030397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lang w:val="ru-RU"/>
        </w:rPr>
        <w:sectPr w:rsidR="0030397D" w:rsidRPr="0030397D" w:rsidSect="005B299F">
          <w:pgSz w:w="11900" w:h="16840"/>
          <w:pgMar w:top="560" w:right="560" w:bottom="280" w:left="560" w:header="720" w:footer="720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20"/>
        </w:sectPr>
      </w:pPr>
    </w:p>
    <w:tbl>
      <w:tblPr>
        <w:tblStyle w:val="TableNormal1"/>
        <w:tblW w:w="0" w:type="auto"/>
        <w:tblInd w:w="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689"/>
        <w:gridCol w:w="2172"/>
        <w:gridCol w:w="732"/>
        <w:gridCol w:w="1620"/>
        <w:gridCol w:w="1668"/>
        <w:gridCol w:w="1236"/>
        <w:gridCol w:w="2656"/>
      </w:tblGrid>
      <w:tr w:rsidR="0030397D" w:rsidRPr="0030397D" w:rsidTr="004D53FF">
        <w:trPr>
          <w:trHeight w:val="2157"/>
        </w:trPr>
        <w:tc>
          <w:tcPr>
            <w:tcW w:w="689" w:type="dxa"/>
          </w:tcPr>
          <w:p w:rsidR="0030397D" w:rsidRPr="0030397D" w:rsidRDefault="00C16705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lastRenderedPageBreak/>
              <w:t>70, 71</w:t>
            </w:r>
          </w:p>
        </w:tc>
        <w:tc>
          <w:tcPr>
            <w:tcW w:w="2172" w:type="dxa"/>
          </w:tcPr>
          <w:p w:rsidR="0030397D" w:rsidRPr="0030397D" w:rsidRDefault="0030397D" w:rsidP="0030397D">
            <w:pPr>
              <w:spacing w:before="86" w:line="292" w:lineRule="auto"/>
              <w:ind w:right="521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Обобщение и</w:t>
            </w:r>
            <w:r w:rsidRPr="0030397D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закрепление</w:t>
            </w:r>
            <w:r w:rsidRPr="0030397D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знаний</w:t>
            </w:r>
            <w:r w:rsidRPr="0030397D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по</w:t>
            </w:r>
            <w:r w:rsidRPr="0030397D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теме</w:t>
            </w:r>
          </w:p>
          <w:p w:rsidR="0030397D" w:rsidRPr="0030397D" w:rsidRDefault="0030397D" w:rsidP="0030397D">
            <w:pPr>
              <w:spacing w:line="292" w:lineRule="auto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5"/>
                <w:sz w:val="24"/>
                <w:lang w:val="ru-RU"/>
              </w:rPr>
              <w:t>«Сложение и</w:t>
            </w:r>
            <w:r w:rsidRPr="0030397D">
              <w:rPr>
                <w:rFonts w:ascii="Times New Roman" w:eastAsia="Times New Roman" w:hAnsi="Times New Roman" w:cs="Times New Roman"/>
                <w:spacing w:val="1"/>
                <w:w w:val="105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вычитание</w:t>
            </w:r>
            <w:r w:rsidRPr="0030397D">
              <w:rPr>
                <w:rFonts w:ascii="Times New Roman" w:eastAsia="Times New Roman" w:hAnsi="Times New Roman" w:cs="Times New Roman"/>
                <w:spacing w:val="12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вида</w:t>
            </w:r>
            <w:r w:rsidRPr="0030397D">
              <w:rPr>
                <w:rFonts w:ascii="Times New Roman" w:eastAsia="Times New Roman" w:hAnsi="Times New Roman" w:cs="Times New Roman"/>
                <w:spacing w:val="13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□</w:t>
            </w:r>
          </w:p>
          <w:p w:rsidR="0030397D" w:rsidRPr="0030397D" w:rsidRDefault="0030397D" w:rsidP="0030397D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5"/>
                <w:sz w:val="24"/>
                <w:lang w:val="ru-RU"/>
              </w:rPr>
              <w:t>±1,</w:t>
            </w:r>
            <w:r w:rsidRPr="0030397D">
              <w:rPr>
                <w:rFonts w:ascii="Times New Roman" w:eastAsia="Times New Roman" w:hAnsi="Times New Roman" w:cs="Times New Roman"/>
                <w:spacing w:val="-1"/>
                <w:w w:val="105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24"/>
                <w:lang w:val="ru-RU"/>
              </w:rPr>
              <w:t>□</w:t>
            </w:r>
            <w:r w:rsidRPr="0030397D">
              <w:rPr>
                <w:rFonts w:ascii="Times New Roman" w:eastAsia="Times New Roman" w:hAnsi="Times New Roman" w:cs="Times New Roman"/>
                <w:spacing w:val="-1"/>
                <w:w w:val="105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24"/>
                <w:lang w:val="ru-RU"/>
              </w:rPr>
              <w:t>±</w:t>
            </w:r>
            <w:r w:rsidRPr="0030397D">
              <w:rPr>
                <w:rFonts w:ascii="Times New Roman" w:eastAsia="Times New Roman" w:hAnsi="Times New Roman" w:cs="Times New Roman"/>
                <w:spacing w:val="-2"/>
                <w:w w:val="105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24"/>
                <w:lang w:val="ru-RU"/>
              </w:rPr>
              <w:t>2, □</w:t>
            </w:r>
            <w:r w:rsidRPr="0030397D">
              <w:rPr>
                <w:rFonts w:ascii="Times New Roman" w:eastAsia="Times New Roman" w:hAnsi="Times New Roman" w:cs="Times New Roman"/>
                <w:spacing w:val="-2"/>
                <w:w w:val="105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24"/>
                <w:lang w:val="ru-RU"/>
              </w:rPr>
              <w:t>±</w:t>
            </w:r>
            <w:r w:rsidRPr="0030397D">
              <w:rPr>
                <w:rFonts w:ascii="Times New Roman" w:eastAsia="Times New Roman" w:hAnsi="Times New Roman" w:cs="Times New Roman"/>
                <w:spacing w:val="-1"/>
                <w:w w:val="105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24"/>
                <w:lang w:val="ru-RU"/>
              </w:rPr>
              <w:t>3».</w:t>
            </w:r>
          </w:p>
        </w:tc>
        <w:tc>
          <w:tcPr>
            <w:tcW w:w="732" w:type="dxa"/>
          </w:tcPr>
          <w:p w:rsidR="0030397D" w:rsidRPr="0030397D" w:rsidRDefault="00C16705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2</w:t>
            </w:r>
          </w:p>
        </w:tc>
        <w:tc>
          <w:tcPr>
            <w:tcW w:w="1620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0</w:t>
            </w:r>
          </w:p>
        </w:tc>
        <w:tc>
          <w:tcPr>
            <w:tcW w:w="1668" w:type="dxa"/>
          </w:tcPr>
          <w:p w:rsidR="0030397D" w:rsidRPr="0030397D" w:rsidRDefault="00C16705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2</w:t>
            </w:r>
          </w:p>
        </w:tc>
        <w:tc>
          <w:tcPr>
            <w:tcW w:w="1236" w:type="dxa"/>
          </w:tcPr>
          <w:p w:rsidR="0030397D" w:rsidRDefault="00C16705" w:rsidP="0030397D">
            <w:pPr>
              <w:spacing w:before="86"/>
              <w:ind w:right="60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14.12.2022</w:t>
            </w:r>
          </w:p>
          <w:p w:rsidR="00C16705" w:rsidRPr="0030397D" w:rsidRDefault="00C16705" w:rsidP="0030397D">
            <w:pPr>
              <w:spacing w:before="86"/>
              <w:ind w:right="60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15.12.2022</w:t>
            </w:r>
          </w:p>
        </w:tc>
        <w:tc>
          <w:tcPr>
            <w:tcW w:w="2656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Практическая</w:t>
            </w:r>
            <w:r w:rsidRPr="0030397D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работа;</w:t>
            </w:r>
          </w:p>
        </w:tc>
      </w:tr>
      <w:tr w:rsidR="0030397D" w:rsidRPr="0030397D" w:rsidTr="004D53FF">
        <w:trPr>
          <w:trHeight w:val="1821"/>
        </w:trPr>
        <w:tc>
          <w:tcPr>
            <w:tcW w:w="689" w:type="dxa"/>
          </w:tcPr>
          <w:p w:rsidR="0030397D" w:rsidRPr="0030397D" w:rsidRDefault="00C16705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72</w:t>
            </w:r>
            <w:r w:rsidR="0030397D"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.</w:t>
            </w:r>
          </w:p>
        </w:tc>
        <w:tc>
          <w:tcPr>
            <w:tcW w:w="2172" w:type="dxa"/>
          </w:tcPr>
          <w:p w:rsidR="0030397D" w:rsidRPr="0030397D" w:rsidRDefault="0030397D" w:rsidP="0030397D">
            <w:pPr>
              <w:spacing w:before="86" w:line="292" w:lineRule="auto"/>
              <w:ind w:right="553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Контрольная</w:t>
            </w:r>
            <w:r w:rsidRPr="0030397D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работа</w:t>
            </w:r>
            <w:r w:rsidRPr="0030397D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по</w:t>
            </w:r>
            <w:r w:rsidRPr="0030397D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теме</w:t>
            </w:r>
          </w:p>
          <w:p w:rsidR="0030397D" w:rsidRPr="0030397D" w:rsidRDefault="0030397D" w:rsidP="0030397D">
            <w:pPr>
              <w:spacing w:line="292" w:lineRule="auto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5"/>
                <w:sz w:val="24"/>
                <w:lang w:val="ru-RU"/>
              </w:rPr>
              <w:t>«Сложение и</w:t>
            </w:r>
            <w:r w:rsidRPr="0030397D">
              <w:rPr>
                <w:rFonts w:ascii="Times New Roman" w:eastAsia="Times New Roman" w:hAnsi="Times New Roman" w:cs="Times New Roman"/>
                <w:spacing w:val="1"/>
                <w:w w:val="105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вычитание</w:t>
            </w:r>
            <w:r w:rsidRPr="0030397D">
              <w:rPr>
                <w:rFonts w:ascii="Times New Roman" w:eastAsia="Times New Roman" w:hAnsi="Times New Roman" w:cs="Times New Roman"/>
                <w:spacing w:val="10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вида</w:t>
            </w:r>
            <w:r w:rsidRPr="0030397D">
              <w:rPr>
                <w:rFonts w:ascii="Times New Roman" w:eastAsia="Times New Roman" w:hAnsi="Times New Roman" w:cs="Times New Roman"/>
                <w:spacing w:val="11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□</w:t>
            </w:r>
          </w:p>
          <w:p w:rsidR="0030397D" w:rsidRPr="0030397D" w:rsidRDefault="0030397D" w:rsidP="0030397D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5"/>
                <w:sz w:val="24"/>
                <w:lang w:val="ru-RU"/>
              </w:rPr>
              <w:t>±1,</w:t>
            </w:r>
            <w:r w:rsidRPr="0030397D">
              <w:rPr>
                <w:rFonts w:ascii="Times New Roman" w:eastAsia="Times New Roman" w:hAnsi="Times New Roman" w:cs="Times New Roman"/>
                <w:spacing w:val="-1"/>
                <w:w w:val="105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24"/>
                <w:lang w:val="ru-RU"/>
              </w:rPr>
              <w:t>□</w:t>
            </w:r>
            <w:r w:rsidRPr="0030397D">
              <w:rPr>
                <w:rFonts w:ascii="Times New Roman" w:eastAsia="Times New Roman" w:hAnsi="Times New Roman" w:cs="Times New Roman"/>
                <w:spacing w:val="-2"/>
                <w:w w:val="105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24"/>
                <w:lang w:val="ru-RU"/>
              </w:rPr>
              <w:t>±</w:t>
            </w:r>
            <w:r w:rsidRPr="0030397D">
              <w:rPr>
                <w:rFonts w:ascii="Times New Roman" w:eastAsia="Times New Roman" w:hAnsi="Times New Roman" w:cs="Times New Roman"/>
                <w:spacing w:val="-1"/>
                <w:w w:val="105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24"/>
                <w:lang w:val="ru-RU"/>
              </w:rPr>
              <w:t>2,</w:t>
            </w:r>
            <w:r w:rsidRPr="0030397D">
              <w:rPr>
                <w:rFonts w:ascii="Times New Roman" w:eastAsia="Times New Roman" w:hAnsi="Times New Roman" w:cs="Times New Roman"/>
                <w:spacing w:val="-1"/>
                <w:w w:val="105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24"/>
                <w:lang w:val="ru-RU"/>
              </w:rPr>
              <w:t>□</w:t>
            </w:r>
            <w:r w:rsidRPr="0030397D">
              <w:rPr>
                <w:rFonts w:ascii="Times New Roman" w:eastAsia="Times New Roman" w:hAnsi="Times New Roman" w:cs="Times New Roman"/>
                <w:spacing w:val="-1"/>
                <w:w w:val="105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24"/>
                <w:lang w:val="ru-RU"/>
              </w:rPr>
              <w:t>±</w:t>
            </w:r>
            <w:r w:rsidRPr="0030397D">
              <w:rPr>
                <w:rFonts w:ascii="Times New Roman" w:eastAsia="Times New Roman" w:hAnsi="Times New Roman" w:cs="Times New Roman"/>
                <w:spacing w:val="-2"/>
                <w:w w:val="105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24"/>
                <w:lang w:val="ru-RU"/>
              </w:rPr>
              <w:t>3»</w:t>
            </w:r>
          </w:p>
        </w:tc>
        <w:tc>
          <w:tcPr>
            <w:tcW w:w="732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1</w:t>
            </w:r>
          </w:p>
        </w:tc>
        <w:tc>
          <w:tcPr>
            <w:tcW w:w="1620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1</w:t>
            </w:r>
          </w:p>
        </w:tc>
        <w:tc>
          <w:tcPr>
            <w:tcW w:w="1668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0</w:t>
            </w:r>
          </w:p>
        </w:tc>
        <w:tc>
          <w:tcPr>
            <w:tcW w:w="1236" w:type="dxa"/>
          </w:tcPr>
          <w:p w:rsidR="0030397D" w:rsidRPr="0030397D" w:rsidRDefault="00C16705" w:rsidP="0030397D">
            <w:pPr>
              <w:spacing w:before="86"/>
              <w:ind w:right="60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16.12.2022</w:t>
            </w:r>
          </w:p>
        </w:tc>
        <w:tc>
          <w:tcPr>
            <w:tcW w:w="2656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Контрольная</w:t>
            </w:r>
            <w:r w:rsidRPr="0030397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работа;</w:t>
            </w:r>
          </w:p>
        </w:tc>
      </w:tr>
      <w:tr w:rsidR="0030397D" w:rsidRPr="0030397D" w:rsidTr="004D53FF">
        <w:trPr>
          <w:trHeight w:val="2829"/>
        </w:trPr>
        <w:tc>
          <w:tcPr>
            <w:tcW w:w="689" w:type="dxa"/>
          </w:tcPr>
          <w:p w:rsidR="0030397D" w:rsidRPr="0030397D" w:rsidRDefault="00C16705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73</w:t>
            </w:r>
            <w:r w:rsidR="0030397D"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.</w:t>
            </w:r>
          </w:p>
        </w:tc>
        <w:tc>
          <w:tcPr>
            <w:tcW w:w="2172" w:type="dxa"/>
          </w:tcPr>
          <w:p w:rsidR="0030397D" w:rsidRPr="0030397D" w:rsidRDefault="0030397D" w:rsidP="0030397D">
            <w:pPr>
              <w:spacing w:before="86" w:line="292" w:lineRule="auto"/>
              <w:ind w:right="521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Работа над</w:t>
            </w:r>
            <w:r w:rsidRPr="0030397D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ошибками.</w:t>
            </w:r>
            <w:r w:rsidRPr="0030397D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Обобщение и</w:t>
            </w:r>
            <w:r w:rsidRPr="0030397D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закрепление</w:t>
            </w:r>
            <w:r w:rsidRPr="0030397D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знаний</w:t>
            </w:r>
            <w:r w:rsidRPr="0030397D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по</w:t>
            </w:r>
            <w:r w:rsidRPr="0030397D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теме</w:t>
            </w:r>
          </w:p>
          <w:p w:rsidR="0030397D" w:rsidRPr="0030397D" w:rsidRDefault="0030397D" w:rsidP="0030397D">
            <w:pPr>
              <w:spacing w:line="292" w:lineRule="auto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5"/>
                <w:sz w:val="24"/>
                <w:lang w:val="ru-RU"/>
              </w:rPr>
              <w:t>«Сложение и</w:t>
            </w:r>
            <w:r w:rsidRPr="0030397D">
              <w:rPr>
                <w:rFonts w:ascii="Times New Roman" w:eastAsia="Times New Roman" w:hAnsi="Times New Roman" w:cs="Times New Roman"/>
                <w:spacing w:val="1"/>
                <w:w w:val="105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вычитание</w:t>
            </w:r>
            <w:r w:rsidRPr="0030397D">
              <w:rPr>
                <w:rFonts w:ascii="Times New Roman" w:eastAsia="Times New Roman" w:hAnsi="Times New Roman" w:cs="Times New Roman"/>
                <w:spacing w:val="10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вида</w:t>
            </w:r>
            <w:r w:rsidRPr="0030397D">
              <w:rPr>
                <w:rFonts w:ascii="Times New Roman" w:eastAsia="Times New Roman" w:hAnsi="Times New Roman" w:cs="Times New Roman"/>
                <w:spacing w:val="11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□</w:t>
            </w:r>
          </w:p>
          <w:p w:rsidR="0030397D" w:rsidRPr="0030397D" w:rsidRDefault="0030397D" w:rsidP="0030397D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05"/>
                <w:sz w:val="24"/>
                <w:lang w:val="ru-RU"/>
              </w:rPr>
              <w:t>±1,</w:t>
            </w:r>
            <w:r w:rsidRPr="0030397D">
              <w:rPr>
                <w:rFonts w:ascii="Times New Roman" w:eastAsia="Times New Roman" w:hAnsi="Times New Roman" w:cs="Times New Roman"/>
                <w:spacing w:val="-1"/>
                <w:w w:val="105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24"/>
                <w:lang w:val="ru-RU"/>
              </w:rPr>
              <w:t>□</w:t>
            </w:r>
            <w:r w:rsidRPr="0030397D">
              <w:rPr>
                <w:rFonts w:ascii="Times New Roman" w:eastAsia="Times New Roman" w:hAnsi="Times New Roman" w:cs="Times New Roman"/>
                <w:spacing w:val="-1"/>
                <w:w w:val="105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24"/>
                <w:lang w:val="ru-RU"/>
              </w:rPr>
              <w:t>±</w:t>
            </w:r>
            <w:r w:rsidRPr="0030397D">
              <w:rPr>
                <w:rFonts w:ascii="Times New Roman" w:eastAsia="Times New Roman" w:hAnsi="Times New Roman" w:cs="Times New Roman"/>
                <w:spacing w:val="-7"/>
                <w:w w:val="105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24"/>
                <w:lang w:val="ru-RU"/>
              </w:rPr>
              <w:t>2,</w:t>
            </w:r>
            <w:r w:rsidRPr="0030397D">
              <w:rPr>
                <w:rFonts w:ascii="Times New Roman" w:eastAsia="Times New Roman" w:hAnsi="Times New Roman" w:cs="Times New Roman"/>
                <w:spacing w:val="-1"/>
                <w:w w:val="105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24"/>
                <w:lang w:val="ru-RU"/>
              </w:rPr>
              <w:t>□</w:t>
            </w:r>
            <w:r w:rsidRPr="0030397D">
              <w:rPr>
                <w:rFonts w:ascii="Times New Roman" w:eastAsia="Times New Roman" w:hAnsi="Times New Roman" w:cs="Times New Roman"/>
                <w:spacing w:val="-1"/>
                <w:w w:val="105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24"/>
                <w:lang w:val="ru-RU"/>
              </w:rPr>
              <w:t>±</w:t>
            </w:r>
            <w:r w:rsidRPr="0030397D">
              <w:rPr>
                <w:rFonts w:ascii="Times New Roman" w:eastAsia="Times New Roman" w:hAnsi="Times New Roman" w:cs="Times New Roman"/>
                <w:spacing w:val="-2"/>
                <w:w w:val="105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24"/>
                <w:lang w:val="ru-RU"/>
              </w:rPr>
              <w:t>3»</w:t>
            </w:r>
          </w:p>
        </w:tc>
        <w:tc>
          <w:tcPr>
            <w:tcW w:w="732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1</w:t>
            </w:r>
          </w:p>
        </w:tc>
        <w:tc>
          <w:tcPr>
            <w:tcW w:w="1620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0</w:t>
            </w:r>
          </w:p>
        </w:tc>
        <w:tc>
          <w:tcPr>
            <w:tcW w:w="1668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1</w:t>
            </w:r>
          </w:p>
        </w:tc>
        <w:tc>
          <w:tcPr>
            <w:tcW w:w="1236" w:type="dxa"/>
          </w:tcPr>
          <w:p w:rsidR="0030397D" w:rsidRPr="0030397D" w:rsidRDefault="00C16705" w:rsidP="0030397D">
            <w:pPr>
              <w:spacing w:before="86"/>
              <w:ind w:right="60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19.12.2022</w:t>
            </w:r>
          </w:p>
        </w:tc>
        <w:tc>
          <w:tcPr>
            <w:tcW w:w="2656" w:type="dxa"/>
          </w:tcPr>
          <w:p w:rsidR="0030397D" w:rsidRPr="0030397D" w:rsidRDefault="0030397D" w:rsidP="0030397D">
            <w:pPr>
              <w:spacing w:before="86" w:line="292" w:lineRule="auto"/>
              <w:ind w:right="141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Работа над ошибками.</w:t>
            </w:r>
            <w:r w:rsidRPr="0030397D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Закрепление.;</w:t>
            </w:r>
          </w:p>
        </w:tc>
      </w:tr>
      <w:tr w:rsidR="0030397D" w:rsidRPr="0030397D" w:rsidTr="004D53FF">
        <w:trPr>
          <w:trHeight w:val="1358"/>
        </w:trPr>
        <w:tc>
          <w:tcPr>
            <w:tcW w:w="689" w:type="dxa"/>
          </w:tcPr>
          <w:p w:rsidR="0030397D" w:rsidRPr="0030397D" w:rsidRDefault="00C16705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74</w:t>
            </w:r>
            <w:r w:rsidR="0030397D"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.</w:t>
            </w:r>
          </w:p>
        </w:tc>
        <w:tc>
          <w:tcPr>
            <w:tcW w:w="2172" w:type="dxa"/>
          </w:tcPr>
          <w:p w:rsidR="0030397D" w:rsidRPr="0030397D" w:rsidRDefault="0030397D" w:rsidP="00C16705">
            <w:pPr>
              <w:spacing w:before="86" w:line="292" w:lineRule="auto"/>
              <w:ind w:right="112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Сложение и</w:t>
            </w:r>
            <w:r w:rsidRPr="0030397D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вычитание</w:t>
            </w:r>
            <w:r w:rsidRPr="0030397D">
              <w:rPr>
                <w:rFonts w:ascii="Times New Roman" w:eastAsia="Times New Roman" w:hAnsi="Times New Roman" w:cs="Times New Roman"/>
                <w:spacing w:val="3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чисел</w:t>
            </w:r>
            <w:r w:rsidRPr="0030397D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первого десятка.</w:t>
            </w:r>
            <w:r w:rsidRPr="0030397D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</w:p>
        </w:tc>
        <w:tc>
          <w:tcPr>
            <w:tcW w:w="732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1</w:t>
            </w:r>
          </w:p>
        </w:tc>
        <w:tc>
          <w:tcPr>
            <w:tcW w:w="1620" w:type="dxa"/>
          </w:tcPr>
          <w:p w:rsidR="0030397D" w:rsidRPr="0030397D" w:rsidRDefault="00C16705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0</w:t>
            </w:r>
          </w:p>
        </w:tc>
        <w:tc>
          <w:tcPr>
            <w:tcW w:w="1668" w:type="dxa"/>
          </w:tcPr>
          <w:p w:rsidR="0030397D" w:rsidRPr="0030397D" w:rsidRDefault="00C16705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1</w:t>
            </w:r>
          </w:p>
        </w:tc>
        <w:tc>
          <w:tcPr>
            <w:tcW w:w="1236" w:type="dxa"/>
          </w:tcPr>
          <w:p w:rsidR="0030397D" w:rsidRPr="0030397D" w:rsidRDefault="00C16705" w:rsidP="0030397D">
            <w:pPr>
              <w:spacing w:before="86"/>
              <w:ind w:right="60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20.12.2022</w:t>
            </w:r>
          </w:p>
        </w:tc>
        <w:tc>
          <w:tcPr>
            <w:tcW w:w="2656" w:type="dxa"/>
          </w:tcPr>
          <w:p w:rsidR="0030397D" w:rsidRPr="0030397D" w:rsidRDefault="00C16705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Практическая</w:t>
            </w:r>
            <w:r w:rsidRPr="0030397D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работа;</w:t>
            </w:r>
          </w:p>
        </w:tc>
      </w:tr>
      <w:tr w:rsidR="0030397D" w:rsidRPr="0030397D" w:rsidTr="004D53FF">
        <w:trPr>
          <w:trHeight w:val="1485"/>
        </w:trPr>
        <w:tc>
          <w:tcPr>
            <w:tcW w:w="689" w:type="dxa"/>
          </w:tcPr>
          <w:p w:rsidR="0030397D" w:rsidRPr="0030397D" w:rsidRDefault="00C16705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75</w:t>
            </w:r>
            <w:r w:rsidR="0030397D"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.</w:t>
            </w:r>
          </w:p>
        </w:tc>
        <w:tc>
          <w:tcPr>
            <w:tcW w:w="2172" w:type="dxa"/>
          </w:tcPr>
          <w:p w:rsidR="0030397D" w:rsidRPr="0030397D" w:rsidRDefault="0030397D" w:rsidP="0030397D">
            <w:pPr>
              <w:spacing w:before="86" w:line="292" w:lineRule="auto"/>
              <w:ind w:right="24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Решение задач на</w:t>
            </w:r>
            <w:r w:rsidRPr="0030397D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увеличение числа</w:t>
            </w:r>
            <w:r w:rsidRPr="0030397D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на несколько</w:t>
            </w:r>
            <w:r w:rsidRPr="0030397D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единиц.</w:t>
            </w:r>
          </w:p>
        </w:tc>
        <w:tc>
          <w:tcPr>
            <w:tcW w:w="732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1</w:t>
            </w:r>
          </w:p>
        </w:tc>
        <w:tc>
          <w:tcPr>
            <w:tcW w:w="1620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0</w:t>
            </w:r>
          </w:p>
        </w:tc>
        <w:tc>
          <w:tcPr>
            <w:tcW w:w="1668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1</w:t>
            </w:r>
          </w:p>
        </w:tc>
        <w:tc>
          <w:tcPr>
            <w:tcW w:w="1236" w:type="dxa"/>
          </w:tcPr>
          <w:p w:rsidR="0030397D" w:rsidRPr="0030397D" w:rsidRDefault="00C16705" w:rsidP="0030397D">
            <w:pPr>
              <w:spacing w:before="86"/>
              <w:ind w:right="60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21.12.2022</w:t>
            </w:r>
          </w:p>
        </w:tc>
        <w:tc>
          <w:tcPr>
            <w:tcW w:w="2656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Практическая</w:t>
            </w:r>
            <w:r w:rsidRPr="0030397D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работа;</w:t>
            </w:r>
          </w:p>
        </w:tc>
      </w:tr>
      <w:tr w:rsidR="0030397D" w:rsidRPr="0030397D" w:rsidTr="004D53FF">
        <w:trPr>
          <w:trHeight w:val="1485"/>
        </w:trPr>
        <w:tc>
          <w:tcPr>
            <w:tcW w:w="689" w:type="dxa"/>
          </w:tcPr>
          <w:p w:rsidR="0030397D" w:rsidRPr="0030397D" w:rsidRDefault="00C16705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76</w:t>
            </w:r>
            <w:r w:rsidR="0030397D"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.</w:t>
            </w:r>
          </w:p>
        </w:tc>
        <w:tc>
          <w:tcPr>
            <w:tcW w:w="2172" w:type="dxa"/>
          </w:tcPr>
          <w:p w:rsidR="0030397D" w:rsidRPr="0030397D" w:rsidRDefault="0030397D" w:rsidP="0030397D">
            <w:pPr>
              <w:spacing w:before="86" w:line="292" w:lineRule="auto"/>
              <w:ind w:right="14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Решение задач на</w:t>
            </w:r>
            <w:r w:rsidRPr="0030397D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уменьшение числа</w:t>
            </w:r>
            <w:r w:rsidRPr="0030397D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на несколько</w:t>
            </w:r>
            <w:r w:rsidRPr="0030397D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единиц.</w:t>
            </w:r>
          </w:p>
        </w:tc>
        <w:tc>
          <w:tcPr>
            <w:tcW w:w="732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1</w:t>
            </w:r>
          </w:p>
        </w:tc>
        <w:tc>
          <w:tcPr>
            <w:tcW w:w="1620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0</w:t>
            </w:r>
          </w:p>
        </w:tc>
        <w:tc>
          <w:tcPr>
            <w:tcW w:w="1668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1</w:t>
            </w:r>
          </w:p>
        </w:tc>
        <w:tc>
          <w:tcPr>
            <w:tcW w:w="1236" w:type="dxa"/>
          </w:tcPr>
          <w:p w:rsidR="0030397D" w:rsidRPr="0030397D" w:rsidRDefault="00C16705" w:rsidP="0030397D">
            <w:pPr>
              <w:spacing w:before="86"/>
              <w:ind w:right="60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22.12.2022</w:t>
            </w:r>
          </w:p>
        </w:tc>
        <w:tc>
          <w:tcPr>
            <w:tcW w:w="2656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Практическая</w:t>
            </w:r>
            <w:r w:rsidRPr="0030397D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работа;</w:t>
            </w:r>
          </w:p>
        </w:tc>
      </w:tr>
      <w:tr w:rsidR="0030397D" w:rsidRPr="0030397D" w:rsidTr="004D53FF">
        <w:trPr>
          <w:trHeight w:val="1485"/>
        </w:trPr>
        <w:tc>
          <w:tcPr>
            <w:tcW w:w="689" w:type="dxa"/>
          </w:tcPr>
          <w:p w:rsidR="0030397D" w:rsidRPr="0030397D" w:rsidRDefault="00C16705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77</w:t>
            </w:r>
            <w:r w:rsidR="0030397D"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.</w:t>
            </w:r>
          </w:p>
        </w:tc>
        <w:tc>
          <w:tcPr>
            <w:tcW w:w="2172" w:type="dxa"/>
          </w:tcPr>
          <w:p w:rsidR="0030397D" w:rsidRPr="0030397D" w:rsidRDefault="0030397D" w:rsidP="0030397D">
            <w:pPr>
              <w:spacing w:before="86" w:line="292" w:lineRule="auto"/>
              <w:ind w:right="342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Прибавить и</w:t>
            </w:r>
            <w:r w:rsidRPr="0030397D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вычесть число 4.</w:t>
            </w:r>
            <w:r w:rsidRPr="0030397D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Приемы</w:t>
            </w:r>
            <w:r w:rsidRPr="0030397D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вычислений.</w:t>
            </w:r>
          </w:p>
        </w:tc>
        <w:tc>
          <w:tcPr>
            <w:tcW w:w="732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1</w:t>
            </w:r>
          </w:p>
        </w:tc>
        <w:tc>
          <w:tcPr>
            <w:tcW w:w="1620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0</w:t>
            </w:r>
          </w:p>
        </w:tc>
        <w:tc>
          <w:tcPr>
            <w:tcW w:w="1668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1</w:t>
            </w:r>
          </w:p>
        </w:tc>
        <w:tc>
          <w:tcPr>
            <w:tcW w:w="1236" w:type="dxa"/>
          </w:tcPr>
          <w:p w:rsidR="0030397D" w:rsidRPr="0030397D" w:rsidRDefault="00C16705" w:rsidP="0030397D">
            <w:pPr>
              <w:spacing w:before="86"/>
              <w:ind w:right="60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23.12.2022</w:t>
            </w:r>
          </w:p>
        </w:tc>
        <w:tc>
          <w:tcPr>
            <w:tcW w:w="2656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Устный</w:t>
            </w:r>
            <w:r w:rsidRPr="0030397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опрос;</w:t>
            </w:r>
          </w:p>
        </w:tc>
      </w:tr>
      <w:tr w:rsidR="0030397D" w:rsidRPr="0030397D" w:rsidTr="004D53FF">
        <w:trPr>
          <w:trHeight w:val="813"/>
        </w:trPr>
        <w:tc>
          <w:tcPr>
            <w:tcW w:w="689" w:type="dxa"/>
          </w:tcPr>
          <w:p w:rsidR="0030397D" w:rsidRPr="0030397D" w:rsidRDefault="00C16705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78, 79</w:t>
            </w:r>
            <w:r w:rsidR="0030397D"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.</w:t>
            </w:r>
          </w:p>
        </w:tc>
        <w:tc>
          <w:tcPr>
            <w:tcW w:w="2172" w:type="dxa"/>
          </w:tcPr>
          <w:p w:rsidR="0030397D" w:rsidRPr="0030397D" w:rsidRDefault="0030397D" w:rsidP="0030397D">
            <w:pPr>
              <w:spacing w:before="86" w:line="292" w:lineRule="auto"/>
              <w:ind w:right="36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Решение задач и</w:t>
            </w:r>
            <w:r w:rsidRPr="0030397D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выражений.</w:t>
            </w:r>
          </w:p>
        </w:tc>
        <w:tc>
          <w:tcPr>
            <w:tcW w:w="732" w:type="dxa"/>
          </w:tcPr>
          <w:p w:rsidR="0030397D" w:rsidRPr="0030397D" w:rsidRDefault="00C16705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2</w:t>
            </w:r>
          </w:p>
        </w:tc>
        <w:tc>
          <w:tcPr>
            <w:tcW w:w="1620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0</w:t>
            </w:r>
          </w:p>
        </w:tc>
        <w:tc>
          <w:tcPr>
            <w:tcW w:w="1668" w:type="dxa"/>
          </w:tcPr>
          <w:p w:rsidR="0030397D" w:rsidRPr="0030397D" w:rsidRDefault="00C16705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2</w:t>
            </w:r>
          </w:p>
        </w:tc>
        <w:tc>
          <w:tcPr>
            <w:tcW w:w="1236" w:type="dxa"/>
          </w:tcPr>
          <w:p w:rsidR="0030397D" w:rsidRDefault="00C16705" w:rsidP="0030397D">
            <w:pPr>
              <w:spacing w:before="86"/>
              <w:ind w:right="60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26.12.2022</w:t>
            </w:r>
          </w:p>
          <w:p w:rsidR="00C16705" w:rsidRPr="0030397D" w:rsidRDefault="00C16705" w:rsidP="0030397D">
            <w:pPr>
              <w:spacing w:before="86"/>
              <w:ind w:right="60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27.12.2022</w:t>
            </w:r>
          </w:p>
        </w:tc>
        <w:tc>
          <w:tcPr>
            <w:tcW w:w="2656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Практическая</w:t>
            </w:r>
            <w:r w:rsidRPr="0030397D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работа;</w:t>
            </w:r>
          </w:p>
        </w:tc>
      </w:tr>
      <w:tr w:rsidR="0030397D" w:rsidRPr="0030397D" w:rsidTr="004D53FF">
        <w:trPr>
          <w:trHeight w:val="1149"/>
        </w:trPr>
        <w:tc>
          <w:tcPr>
            <w:tcW w:w="689" w:type="dxa"/>
          </w:tcPr>
          <w:p w:rsidR="0030397D" w:rsidRPr="0030397D" w:rsidRDefault="00C16705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80</w:t>
            </w:r>
            <w:r w:rsidR="0030397D"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.</w:t>
            </w:r>
          </w:p>
        </w:tc>
        <w:tc>
          <w:tcPr>
            <w:tcW w:w="2172" w:type="dxa"/>
          </w:tcPr>
          <w:p w:rsidR="0030397D" w:rsidRPr="0030397D" w:rsidRDefault="0030397D" w:rsidP="0030397D">
            <w:pPr>
              <w:spacing w:before="86" w:line="292" w:lineRule="auto"/>
              <w:ind w:right="26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Сравнение чисел.</w:t>
            </w:r>
            <w:r w:rsidRPr="0030397D">
              <w:rPr>
                <w:rFonts w:ascii="Times New Roman" w:eastAsia="Times New Roman" w:hAnsi="Times New Roman" w:cs="Times New Roman"/>
                <w:spacing w:val="-58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Задачи на</w:t>
            </w:r>
            <w:r w:rsidRPr="0030397D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сравнение.</w:t>
            </w:r>
          </w:p>
        </w:tc>
        <w:tc>
          <w:tcPr>
            <w:tcW w:w="732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1</w:t>
            </w:r>
          </w:p>
        </w:tc>
        <w:tc>
          <w:tcPr>
            <w:tcW w:w="1620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0</w:t>
            </w:r>
          </w:p>
        </w:tc>
        <w:tc>
          <w:tcPr>
            <w:tcW w:w="1668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1</w:t>
            </w:r>
          </w:p>
        </w:tc>
        <w:tc>
          <w:tcPr>
            <w:tcW w:w="1236" w:type="dxa"/>
          </w:tcPr>
          <w:p w:rsidR="0030397D" w:rsidRPr="0030397D" w:rsidRDefault="00C16705" w:rsidP="0030397D">
            <w:pPr>
              <w:spacing w:before="86"/>
              <w:ind w:right="60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28.12.2022</w:t>
            </w:r>
          </w:p>
        </w:tc>
        <w:tc>
          <w:tcPr>
            <w:tcW w:w="2656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Практическая</w:t>
            </w:r>
            <w:r w:rsidRPr="0030397D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работа;</w:t>
            </w:r>
          </w:p>
        </w:tc>
      </w:tr>
    </w:tbl>
    <w:p w:rsidR="0030397D" w:rsidRPr="0030397D" w:rsidRDefault="0030397D" w:rsidP="0030397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lang w:val="ru-RU"/>
        </w:rPr>
        <w:sectPr w:rsidR="0030397D" w:rsidRPr="0030397D" w:rsidSect="005B299F">
          <w:pgSz w:w="11900" w:h="16840"/>
          <w:pgMar w:top="560" w:right="560" w:bottom="280" w:left="560" w:header="720" w:footer="720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20"/>
        </w:sectPr>
      </w:pPr>
    </w:p>
    <w:tbl>
      <w:tblPr>
        <w:tblStyle w:val="TableNormal1"/>
        <w:tblW w:w="0" w:type="auto"/>
        <w:tblInd w:w="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689"/>
        <w:gridCol w:w="2172"/>
        <w:gridCol w:w="732"/>
        <w:gridCol w:w="1620"/>
        <w:gridCol w:w="1668"/>
        <w:gridCol w:w="1236"/>
        <w:gridCol w:w="2656"/>
      </w:tblGrid>
      <w:tr w:rsidR="0030397D" w:rsidRPr="0068099F" w:rsidTr="004D53FF">
        <w:trPr>
          <w:trHeight w:val="1485"/>
        </w:trPr>
        <w:tc>
          <w:tcPr>
            <w:tcW w:w="689" w:type="dxa"/>
          </w:tcPr>
          <w:p w:rsidR="0030397D" w:rsidRPr="0030397D" w:rsidRDefault="00192896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lastRenderedPageBreak/>
              <w:t>81</w:t>
            </w:r>
            <w:r w:rsidR="0030397D"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.</w:t>
            </w:r>
          </w:p>
        </w:tc>
        <w:tc>
          <w:tcPr>
            <w:tcW w:w="2172" w:type="dxa"/>
          </w:tcPr>
          <w:p w:rsidR="0030397D" w:rsidRPr="0030397D" w:rsidRDefault="0030397D" w:rsidP="0030397D">
            <w:pPr>
              <w:spacing w:before="86" w:line="292" w:lineRule="auto"/>
              <w:ind w:right="278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Сравнение чисел.</w:t>
            </w:r>
            <w:r w:rsidRPr="0030397D">
              <w:rPr>
                <w:rFonts w:ascii="Times New Roman" w:eastAsia="Times New Roman" w:hAnsi="Times New Roman" w:cs="Times New Roman"/>
                <w:spacing w:val="-58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Решение задач на</w:t>
            </w:r>
            <w:r w:rsidRPr="0030397D">
              <w:rPr>
                <w:rFonts w:ascii="Times New Roman" w:eastAsia="Times New Roman" w:hAnsi="Times New Roman" w:cs="Times New Roman"/>
                <w:spacing w:val="-58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сравнение.</w:t>
            </w:r>
          </w:p>
        </w:tc>
        <w:tc>
          <w:tcPr>
            <w:tcW w:w="732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1</w:t>
            </w:r>
          </w:p>
        </w:tc>
        <w:tc>
          <w:tcPr>
            <w:tcW w:w="1620" w:type="dxa"/>
          </w:tcPr>
          <w:p w:rsidR="0030397D" w:rsidRPr="0030397D" w:rsidRDefault="00192896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0</w:t>
            </w:r>
          </w:p>
        </w:tc>
        <w:tc>
          <w:tcPr>
            <w:tcW w:w="1668" w:type="dxa"/>
          </w:tcPr>
          <w:p w:rsidR="0030397D" w:rsidRPr="0030397D" w:rsidRDefault="00192896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1</w:t>
            </w:r>
          </w:p>
        </w:tc>
        <w:tc>
          <w:tcPr>
            <w:tcW w:w="1236" w:type="dxa"/>
          </w:tcPr>
          <w:p w:rsidR="0030397D" w:rsidRPr="0030397D" w:rsidRDefault="00192896" w:rsidP="0030397D">
            <w:pPr>
              <w:spacing w:before="86"/>
              <w:ind w:right="60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09.01.2023</w:t>
            </w:r>
          </w:p>
        </w:tc>
        <w:tc>
          <w:tcPr>
            <w:tcW w:w="2656" w:type="dxa"/>
          </w:tcPr>
          <w:p w:rsidR="0030397D" w:rsidRPr="0030397D" w:rsidRDefault="0030397D" w:rsidP="0030397D">
            <w:pPr>
              <w:spacing w:before="86" w:line="292" w:lineRule="auto"/>
              <w:ind w:right="782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Самооценка с</w:t>
            </w:r>
            <w:r w:rsidRPr="0030397D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>использованием</w:t>
            </w:r>
          </w:p>
          <w:p w:rsidR="0030397D" w:rsidRPr="0030397D" w:rsidRDefault="0030397D" w:rsidP="0030397D">
            <w:pPr>
              <w:spacing w:line="274" w:lineRule="exac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«Оценочного</w:t>
            </w:r>
            <w:r w:rsidRPr="0030397D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листа»;</w:t>
            </w:r>
          </w:p>
        </w:tc>
      </w:tr>
      <w:tr w:rsidR="0030397D" w:rsidRPr="0030397D" w:rsidTr="004D53FF">
        <w:trPr>
          <w:trHeight w:val="1485"/>
        </w:trPr>
        <w:tc>
          <w:tcPr>
            <w:tcW w:w="689" w:type="dxa"/>
          </w:tcPr>
          <w:p w:rsidR="0030397D" w:rsidRPr="0030397D" w:rsidRDefault="00192896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82</w:t>
            </w:r>
            <w:r w:rsidR="0030397D"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.</w:t>
            </w:r>
          </w:p>
        </w:tc>
        <w:tc>
          <w:tcPr>
            <w:tcW w:w="2172" w:type="dxa"/>
          </w:tcPr>
          <w:p w:rsidR="0030397D" w:rsidRPr="0030397D" w:rsidRDefault="0030397D" w:rsidP="0030397D">
            <w:pPr>
              <w:spacing w:before="86" w:line="292" w:lineRule="auto"/>
              <w:ind w:right="8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Прибавить и</w:t>
            </w:r>
            <w:r w:rsidRPr="0030397D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вычесть</w:t>
            </w:r>
            <w:r w:rsidRPr="0030397D">
              <w:rPr>
                <w:rFonts w:ascii="Times New Roman" w:eastAsia="Times New Roman" w:hAnsi="Times New Roman" w:cs="Times New Roman"/>
                <w:spacing w:val="3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число</w:t>
            </w:r>
            <w:r w:rsidRPr="0030397D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4.</w:t>
            </w:r>
            <w:r w:rsidRPr="0030397D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Составление и</w:t>
            </w:r>
            <w:r w:rsidRPr="0030397D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заучивание</w:t>
            </w:r>
            <w:r w:rsidRPr="0030397D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таблиц.</w:t>
            </w:r>
          </w:p>
        </w:tc>
        <w:tc>
          <w:tcPr>
            <w:tcW w:w="732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1</w:t>
            </w:r>
          </w:p>
        </w:tc>
        <w:tc>
          <w:tcPr>
            <w:tcW w:w="1620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0</w:t>
            </w:r>
          </w:p>
        </w:tc>
        <w:tc>
          <w:tcPr>
            <w:tcW w:w="1668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1</w:t>
            </w:r>
          </w:p>
        </w:tc>
        <w:tc>
          <w:tcPr>
            <w:tcW w:w="1236" w:type="dxa"/>
          </w:tcPr>
          <w:p w:rsidR="0030397D" w:rsidRPr="0030397D" w:rsidRDefault="00192896" w:rsidP="0030397D">
            <w:pPr>
              <w:spacing w:before="86"/>
              <w:ind w:right="60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10.01.2023</w:t>
            </w:r>
          </w:p>
        </w:tc>
        <w:tc>
          <w:tcPr>
            <w:tcW w:w="2656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Практическая</w:t>
            </w:r>
            <w:r w:rsidRPr="0030397D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работа;</w:t>
            </w:r>
          </w:p>
        </w:tc>
      </w:tr>
      <w:tr w:rsidR="0030397D" w:rsidRPr="0030397D" w:rsidTr="004D53FF">
        <w:trPr>
          <w:trHeight w:val="1485"/>
        </w:trPr>
        <w:tc>
          <w:tcPr>
            <w:tcW w:w="689" w:type="dxa"/>
          </w:tcPr>
          <w:p w:rsidR="0030397D" w:rsidRPr="0030397D" w:rsidRDefault="00192896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83</w:t>
            </w:r>
            <w:r w:rsidR="0030397D"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.</w:t>
            </w:r>
          </w:p>
        </w:tc>
        <w:tc>
          <w:tcPr>
            <w:tcW w:w="2172" w:type="dxa"/>
          </w:tcPr>
          <w:p w:rsidR="0030397D" w:rsidRPr="0030397D" w:rsidRDefault="0030397D" w:rsidP="0030397D">
            <w:pPr>
              <w:spacing w:before="86" w:line="292" w:lineRule="auto"/>
              <w:ind w:right="3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Прибавить и</w:t>
            </w:r>
            <w:r w:rsidRPr="0030397D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вычесть</w:t>
            </w:r>
            <w:r w:rsidRPr="0030397D">
              <w:rPr>
                <w:rFonts w:ascii="Times New Roman" w:eastAsia="Times New Roman" w:hAnsi="Times New Roman" w:cs="Times New Roman"/>
                <w:spacing w:val="3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числа</w:t>
            </w:r>
            <w:r w:rsidRPr="0030397D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1,2,3,4. Решение</w:t>
            </w:r>
            <w:r w:rsidRPr="0030397D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задач.</w:t>
            </w:r>
          </w:p>
        </w:tc>
        <w:tc>
          <w:tcPr>
            <w:tcW w:w="732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1</w:t>
            </w:r>
          </w:p>
        </w:tc>
        <w:tc>
          <w:tcPr>
            <w:tcW w:w="1620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0</w:t>
            </w:r>
          </w:p>
        </w:tc>
        <w:tc>
          <w:tcPr>
            <w:tcW w:w="1668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1</w:t>
            </w:r>
          </w:p>
        </w:tc>
        <w:tc>
          <w:tcPr>
            <w:tcW w:w="1236" w:type="dxa"/>
          </w:tcPr>
          <w:p w:rsidR="0030397D" w:rsidRPr="0030397D" w:rsidRDefault="00192896" w:rsidP="0030397D">
            <w:pPr>
              <w:spacing w:before="86"/>
              <w:ind w:right="60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11.01.2023</w:t>
            </w:r>
          </w:p>
        </w:tc>
        <w:tc>
          <w:tcPr>
            <w:tcW w:w="2656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Практическая</w:t>
            </w:r>
            <w:r w:rsidRPr="0030397D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работа;</w:t>
            </w:r>
          </w:p>
        </w:tc>
      </w:tr>
      <w:tr w:rsidR="0030397D" w:rsidRPr="0030397D" w:rsidTr="004D53FF">
        <w:trPr>
          <w:trHeight w:val="813"/>
        </w:trPr>
        <w:tc>
          <w:tcPr>
            <w:tcW w:w="689" w:type="dxa"/>
          </w:tcPr>
          <w:p w:rsidR="0030397D" w:rsidRPr="0030397D" w:rsidRDefault="00192896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84</w:t>
            </w:r>
            <w:r w:rsidR="0030397D"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.</w:t>
            </w:r>
          </w:p>
        </w:tc>
        <w:tc>
          <w:tcPr>
            <w:tcW w:w="2172" w:type="dxa"/>
          </w:tcPr>
          <w:p w:rsidR="0030397D" w:rsidRPr="0030397D" w:rsidRDefault="0030397D" w:rsidP="0030397D">
            <w:pPr>
              <w:spacing w:before="86" w:line="292" w:lineRule="auto"/>
              <w:ind w:right="663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>Перестановка</w:t>
            </w:r>
            <w:r w:rsidRPr="0030397D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слагаемых.</w:t>
            </w:r>
          </w:p>
        </w:tc>
        <w:tc>
          <w:tcPr>
            <w:tcW w:w="732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1</w:t>
            </w:r>
          </w:p>
        </w:tc>
        <w:tc>
          <w:tcPr>
            <w:tcW w:w="1620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0</w:t>
            </w:r>
          </w:p>
        </w:tc>
        <w:tc>
          <w:tcPr>
            <w:tcW w:w="1668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1</w:t>
            </w:r>
          </w:p>
        </w:tc>
        <w:tc>
          <w:tcPr>
            <w:tcW w:w="1236" w:type="dxa"/>
          </w:tcPr>
          <w:p w:rsidR="0030397D" w:rsidRPr="0030397D" w:rsidRDefault="00192896" w:rsidP="0030397D">
            <w:pPr>
              <w:spacing w:before="86"/>
              <w:ind w:right="60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12.01.2023</w:t>
            </w:r>
          </w:p>
        </w:tc>
        <w:tc>
          <w:tcPr>
            <w:tcW w:w="2656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Практическая</w:t>
            </w:r>
            <w:r w:rsidRPr="0030397D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работа;</w:t>
            </w:r>
          </w:p>
        </w:tc>
      </w:tr>
      <w:tr w:rsidR="0030397D" w:rsidRPr="0030397D" w:rsidTr="004D53FF">
        <w:trPr>
          <w:trHeight w:val="1485"/>
        </w:trPr>
        <w:tc>
          <w:tcPr>
            <w:tcW w:w="689" w:type="dxa"/>
          </w:tcPr>
          <w:p w:rsidR="0030397D" w:rsidRPr="0030397D" w:rsidRDefault="00192896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85</w:t>
            </w:r>
            <w:r w:rsidR="0030397D"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.</w:t>
            </w:r>
          </w:p>
        </w:tc>
        <w:tc>
          <w:tcPr>
            <w:tcW w:w="2172" w:type="dxa"/>
          </w:tcPr>
          <w:p w:rsidR="0030397D" w:rsidRPr="0030397D" w:rsidRDefault="0030397D" w:rsidP="0030397D">
            <w:pPr>
              <w:spacing w:before="86" w:line="292" w:lineRule="auto"/>
              <w:ind w:right="663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>Перестановка</w:t>
            </w:r>
            <w:r w:rsidRPr="0030397D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слагаемых.</w:t>
            </w:r>
          </w:p>
          <w:p w:rsidR="0030397D" w:rsidRPr="0030397D" w:rsidRDefault="0030397D" w:rsidP="0030397D">
            <w:pPr>
              <w:spacing w:line="292" w:lineRule="auto"/>
              <w:ind w:right="312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Прибавить числа</w:t>
            </w:r>
            <w:r w:rsidRPr="0030397D">
              <w:rPr>
                <w:rFonts w:ascii="Times New Roman" w:eastAsia="Times New Roman" w:hAnsi="Times New Roman" w:cs="Times New Roman"/>
                <w:spacing w:val="-58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5,6,7,8,9.</w:t>
            </w:r>
          </w:p>
        </w:tc>
        <w:tc>
          <w:tcPr>
            <w:tcW w:w="732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1</w:t>
            </w:r>
          </w:p>
        </w:tc>
        <w:tc>
          <w:tcPr>
            <w:tcW w:w="1620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0</w:t>
            </w:r>
          </w:p>
        </w:tc>
        <w:tc>
          <w:tcPr>
            <w:tcW w:w="1668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1</w:t>
            </w:r>
          </w:p>
        </w:tc>
        <w:tc>
          <w:tcPr>
            <w:tcW w:w="1236" w:type="dxa"/>
          </w:tcPr>
          <w:p w:rsidR="0030397D" w:rsidRPr="0030397D" w:rsidRDefault="00192896" w:rsidP="0030397D">
            <w:pPr>
              <w:spacing w:before="86"/>
              <w:ind w:right="60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13.01.2023</w:t>
            </w:r>
          </w:p>
        </w:tc>
        <w:tc>
          <w:tcPr>
            <w:tcW w:w="2656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Практическая</w:t>
            </w:r>
            <w:r w:rsidRPr="0030397D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работа;</w:t>
            </w:r>
          </w:p>
        </w:tc>
      </w:tr>
      <w:tr w:rsidR="0030397D" w:rsidRPr="0068099F" w:rsidTr="004D53FF">
        <w:trPr>
          <w:trHeight w:val="1149"/>
        </w:trPr>
        <w:tc>
          <w:tcPr>
            <w:tcW w:w="689" w:type="dxa"/>
          </w:tcPr>
          <w:p w:rsidR="0030397D" w:rsidRPr="0030397D" w:rsidRDefault="00192896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86</w:t>
            </w:r>
            <w:r w:rsidR="0030397D"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.</w:t>
            </w:r>
          </w:p>
        </w:tc>
        <w:tc>
          <w:tcPr>
            <w:tcW w:w="2172" w:type="dxa"/>
          </w:tcPr>
          <w:p w:rsidR="0030397D" w:rsidRPr="0030397D" w:rsidRDefault="0030397D" w:rsidP="0030397D">
            <w:pPr>
              <w:spacing w:before="86" w:line="292" w:lineRule="auto"/>
              <w:ind w:right="77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>Составление</w:t>
            </w:r>
            <w:r w:rsidRPr="0030397D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таблицы</w:t>
            </w:r>
            <w:r w:rsidRPr="0030397D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сложения.</w:t>
            </w:r>
          </w:p>
        </w:tc>
        <w:tc>
          <w:tcPr>
            <w:tcW w:w="732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1</w:t>
            </w:r>
          </w:p>
        </w:tc>
        <w:tc>
          <w:tcPr>
            <w:tcW w:w="1620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0</w:t>
            </w:r>
          </w:p>
        </w:tc>
        <w:tc>
          <w:tcPr>
            <w:tcW w:w="1668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1</w:t>
            </w:r>
          </w:p>
        </w:tc>
        <w:tc>
          <w:tcPr>
            <w:tcW w:w="1236" w:type="dxa"/>
          </w:tcPr>
          <w:p w:rsidR="0030397D" w:rsidRPr="0030397D" w:rsidRDefault="00192896" w:rsidP="0030397D">
            <w:pPr>
              <w:spacing w:before="86"/>
              <w:ind w:right="60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16.01.2023</w:t>
            </w:r>
          </w:p>
        </w:tc>
        <w:tc>
          <w:tcPr>
            <w:tcW w:w="2656" w:type="dxa"/>
          </w:tcPr>
          <w:p w:rsidR="0030397D" w:rsidRPr="0030397D" w:rsidRDefault="0030397D" w:rsidP="0030397D">
            <w:pPr>
              <w:spacing w:before="86" w:line="292" w:lineRule="auto"/>
              <w:ind w:right="782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Самооценка с</w:t>
            </w:r>
            <w:r w:rsidRPr="0030397D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>использованием</w:t>
            </w:r>
          </w:p>
          <w:p w:rsidR="0030397D" w:rsidRPr="0030397D" w:rsidRDefault="0030397D" w:rsidP="0030397D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«Оценочного</w:t>
            </w:r>
            <w:r w:rsidRPr="0030397D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листа»;</w:t>
            </w:r>
          </w:p>
        </w:tc>
      </w:tr>
      <w:tr w:rsidR="0030397D" w:rsidRPr="0030397D" w:rsidTr="004D53FF">
        <w:trPr>
          <w:trHeight w:val="813"/>
        </w:trPr>
        <w:tc>
          <w:tcPr>
            <w:tcW w:w="689" w:type="dxa"/>
          </w:tcPr>
          <w:p w:rsidR="0030397D" w:rsidRPr="0030397D" w:rsidRDefault="00192896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87, 88</w:t>
            </w:r>
            <w:r w:rsidR="0030397D"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.</w:t>
            </w:r>
          </w:p>
        </w:tc>
        <w:tc>
          <w:tcPr>
            <w:tcW w:w="2172" w:type="dxa"/>
          </w:tcPr>
          <w:p w:rsidR="0030397D" w:rsidRPr="0030397D" w:rsidRDefault="0030397D" w:rsidP="0030397D">
            <w:pPr>
              <w:spacing w:before="86" w:line="292" w:lineRule="auto"/>
              <w:ind w:right="371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Состав чисел</w:t>
            </w:r>
            <w:r w:rsidRPr="0030397D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первого</w:t>
            </w:r>
            <w:r w:rsidRPr="0030397D">
              <w:rPr>
                <w:rFonts w:ascii="Times New Roman" w:eastAsia="Times New Roman" w:hAnsi="Times New Roman" w:cs="Times New Roman"/>
                <w:spacing w:val="-11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десятка.</w:t>
            </w:r>
          </w:p>
        </w:tc>
        <w:tc>
          <w:tcPr>
            <w:tcW w:w="732" w:type="dxa"/>
          </w:tcPr>
          <w:p w:rsidR="0030397D" w:rsidRPr="0030397D" w:rsidRDefault="00192896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2</w:t>
            </w:r>
          </w:p>
        </w:tc>
        <w:tc>
          <w:tcPr>
            <w:tcW w:w="1620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0</w:t>
            </w:r>
          </w:p>
        </w:tc>
        <w:tc>
          <w:tcPr>
            <w:tcW w:w="1668" w:type="dxa"/>
          </w:tcPr>
          <w:p w:rsidR="0030397D" w:rsidRPr="0030397D" w:rsidRDefault="00192896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2</w:t>
            </w:r>
          </w:p>
        </w:tc>
        <w:tc>
          <w:tcPr>
            <w:tcW w:w="1236" w:type="dxa"/>
          </w:tcPr>
          <w:p w:rsidR="0030397D" w:rsidRDefault="00192896" w:rsidP="0030397D">
            <w:pPr>
              <w:spacing w:before="86"/>
              <w:ind w:right="60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17.01.2023</w:t>
            </w:r>
          </w:p>
          <w:p w:rsidR="00192896" w:rsidRPr="0030397D" w:rsidRDefault="00192896" w:rsidP="0030397D">
            <w:pPr>
              <w:spacing w:before="86"/>
              <w:ind w:right="60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18.01.2023</w:t>
            </w:r>
          </w:p>
        </w:tc>
        <w:tc>
          <w:tcPr>
            <w:tcW w:w="2656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Практическая</w:t>
            </w:r>
            <w:r w:rsidRPr="0030397D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работа;</w:t>
            </w:r>
          </w:p>
        </w:tc>
      </w:tr>
      <w:tr w:rsidR="0030397D" w:rsidRPr="0030397D" w:rsidTr="004D53FF">
        <w:trPr>
          <w:trHeight w:val="813"/>
        </w:trPr>
        <w:tc>
          <w:tcPr>
            <w:tcW w:w="689" w:type="dxa"/>
          </w:tcPr>
          <w:p w:rsidR="0030397D" w:rsidRPr="0030397D" w:rsidRDefault="00192896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89</w:t>
            </w:r>
            <w:r w:rsidR="0030397D"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.</w:t>
            </w:r>
          </w:p>
        </w:tc>
        <w:tc>
          <w:tcPr>
            <w:tcW w:w="2172" w:type="dxa"/>
          </w:tcPr>
          <w:p w:rsidR="0030397D" w:rsidRPr="0030397D" w:rsidRDefault="0030397D" w:rsidP="0030397D">
            <w:pPr>
              <w:spacing w:before="86" w:line="292" w:lineRule="auto"/>
              <w:ind w:right="34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Состав числа 10.</w:t>
            </w:r>
            <w:r w:rsidRPr="0030397D">
              <w:rPr>
                <w:rFonts w:ascii="Times New Roman" w:eastAsia="Times New Roman" w:hAnsi="Times New Roman" w:cs="Times New Roman"/>
                <w:spacing w:val="-58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Решение</w:t>
            </w:r>
            <w:r w:rsidRPr="0030397D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задач.</w:t>
            </w:r>
          </w:p>
        </w:tc>
        <w:tc>
          <w:tcPr>
            <w:tcW w:w="732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1</w:t>
            </w:r>
          </w:p>
        </w:tc>
        <w:tc>
          <w:tcPr>
            <w:tcW w:w="1620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0</w:t>
            </w:r>
          </w:p>
        </w:tc>
        <w:tc>
          <w:tcPr>
            <w:tcW w:w="1668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1</w:t>
            </w:r>
          </w:p>
        </w:tc>
        <w:tc>
          <w:tcPr>
            <w:tcW w:w="1236" w:type="dxa"/>
          </w:tcPr>
          <w:p w:rsidR="0030397D" w:rsidRPr="0030397D" w:rsidRDefault="00192896" w:rsidP="0030397D">
            <w:pPr>
              <w:spacing w:before="86"/>
              <w:ind w:right="60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19.01.2023</w:t>
            </w:r>
          </w:p>
        </w:tc>
        <w:tc>
          <w:tcPr>
            <w:tcW w:w="2656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Практическая</w:t>
            </w:r>
            <w:r w:rsidRPr="0030397D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работа;</w:t>
            </w:r>
          </w:p>
        </w:tc>
      </w:tr>
      <w:tr w:rsidR="0030397D" w:rsidRPr="0030397D" w:rsidTr="004D53FF">
        <w:trPr>
          <w:trHeight w:val="813"/>
        </w:trPr>
        <w:tc>
          <w:tcPr>
            <w:tcW w:w="689" w:type="dxa"/>
          </w:tcPr>
          <w:p w:rsidR="0030397D" w:rsidRPr="0030397D" w:rsidRDefault="00192896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90</w:t>
            </w:r>
            <w:r w:rsidR="0030397D"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.</w:t>
            </w:r>
          </w:p>
        </w:tc>
        <w:tc>
          <w:tcPr>
            <w:tcW w:w="2172" w:type="dxa"/>
          </w:tcPr>
          <w:p w:rsidR="0030397D" w:rsidRPr="0030397D" w:rsidRDefault="0030397D" w:rsidP="0030397D">
            <w:pPr>
              <w:spacing w:before="86" w:line="292" w:lineRule="auto"/>
              <w:ind w:right="36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Решение задач и</w:t>
            </w:r>
            <w:r w:rsidRPr="0030397D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выражений.</w:t>
            </w:r>
          </w:p>
        </w:tc>
        <w:tc>
          <w:tcPr>
            <w:tcW w:w="732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1</w:t>
            </w:r>
          </w:p>
        </w:tc>
        <w:tc>
          <w:tcPr>
            <w:tcW w:w="1620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0</w:t>
            </w:r>
          </w:p>
        </w:tc>
        <w:tc>
          <w:tcPr>
            <w:tcW w:w="1668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1</w:t>
            </w:r>
          </w:p>
        </w:tc>
        <w:tc>
          <w:tcPr>
            <w:tcW w:w="1236" w:type="dxa"/>
          </w:tcPr>
          <w:p w:rsidR="0030397D" w:rsidRPr="0030397D" w:rsidRDefault="00192896" w:rsidP="0030397D">
            <w:pPr>
              <w:spacing w:before="86"/>
              <w:ind w:right="60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20.01.2023</w:t>
            </w:r>
          </w:p>
        </w:tc>
        <w:tc>
          <w:tcPr>
            <w:tcW w:w="2656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Практическая</w:t>
            </w:r>
            <w:r w:rsidRPr="0030397D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работа;</w:t>
            </w:r>
          </w:p>
        </w:tc>
      </w:tr>
      <w:tr w:rsidR="0030397D" w:rsidRPr="0030397D" w:rsidTr="004D53FF">
        <w:trPr>
          <w:trHeight w:val="1149"/>
        </w:trPr>
        <w:tc>
          <w:tcPr>
            <w:tcW w:w="689" w:type="dxa"/>
          </w:tcPr>
          <w:p w:rsidR="0030397D" w:rsidRPr="0030397D" w:rsidRDefault="00192896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91, 92</w:t>
            </w:r>
            <w:r w:rsidR="0030397D"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.</w:t>
            </w:r>
          </w:p>
        </w:tc>
        <w:tc>
          <w:tcPr>
            <w:tcW w:w="2172" w:type="dxa"/>
          </w:tcPr>
          <w:p w:rsidR="0030397D" w:rsidRPr="0030397D" w:rsidRDefault="0030397D" w:rsidP="0030397D">
            <w:pPr>
              <w:spacing w:before="86" w:line="292" w:lineRule="auto"/>
              <w:ind w:right="68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Обобщение и</w:t>
            </w:r>
            <w:r w:rsidRPr="0030397D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закрепление</w:t>
            </w:r>
            <w:r w:rsidRPr="0030397D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знаний.</w:t>
            </w:r>
          </w:p>
        </w:tc>
        <w:tc>
          <w:tcPr>
            <w:tcW w:w="732" w:type="dxa"/>
          </w:tcPr>
          <w:p w:rsidR="0030397D" w:rsidRPr="0030397D" w:rsidRDefault="00192896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2</w:t>
            </w:r>
          </w:p>
        </w:tc>
        <w:tc>
          <w:tcPr>
            <w:tcW w:w="1620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0</w:t>
            </w:r>
          </w:p>
        </w:tc>
        <w:tc>
          <w:tcPr>
            <w:tcW w:w="1668" w:type="dxa"/>
          </w:tcPr>
          <w:p w:rsidR="0030397D" w:rsidRPr="0030397D" w:rsidRDefault="00192896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2</w:t>
            </w:r>
          </w:p>
        </w:tc>
        <w:tc>
          <w:tcPr>
            <w:tcW w:w="1236" w:type="dxa"/>
          </w:tcPr>
          <w:p w:rsidR="0030397D" w:rsidRDefault="00192896" w:rsidP="0030397D">
            <w:pPr>
              <w:spacing w:before="86"/>
              <w:ind w:right="60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23.01.2023</w:t>
            </w:r>
          </w:p>
          <w:p w:rsidR="00192896" w:rsidRPr="0030397D" w:rsidRDefault="00192896" w:rsidP="0030397D">
            <w:pPr>
              <w:spacing w:before="86"/>
              <w:ind w:right="60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24.01.2023</w:t>
            </w:r>
          </w:p>
        </w:tc>
        <w:tc>
          <w:tcPr>
            <w:tcW w:w="2656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Устный</w:t>
            </w:r>
            <w:r w:rsidRPr="0030397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опрос;</w:t>
            </w:r>
            <w:r w:rsidR="00192896"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Практическая</w:t>
            </w:r>
            <w:r w:rsidR="00192896" w:rsidRPr="0030397D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="00192896"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работа;</w:t>
            </w:r>
          </w:p>
        </w:tc>
      </w:tr>
      <w:tr w:rsidR="0030397D" w:rsidRPr="0030397D" w:rsidTr="004D53FF">
        <w:trPr>
          <w:trHeight w:val="2248"/>
        </w:trPr>
        <w:tc>
          <w:tcPr>
            <w:tcW w:w="689" w:type="dxa"/>
          </w:tcPr>
          <w:p w:rsidR="0030397D" w:rsidRPr="0030397D" w:rsidRDefault="00192896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93</w:t>
            </w:r>
            <w:r w:rsidR="0030397D"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.</w:t>
            </w:r>
          </w:p>
        </w:tc>
        <w:tc>
          <w:tcPr>
            <w:tcW w:w="2172" w:type="dxa"/>
          </w:tcPr>
          <w:p w:rsidR="0030397D" w:rsidRPr="0030397D" w:rsidRDefault="0030397D" w:rsidP="0030397D">
            <w:pPr>
              <w:spacing w:before="86" w:line="292" w:lineRule="auto"/>
              <w:ind w:right="521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Обобщение и</w:t>
            </w:r>
            <w:r w:rsidRPr="0030397D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закрепление</w:t>
            </w:r>
            <w:r w:rsidRPr="0030397D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знаний</w:t>
            </w:r>
            <w:r w:rsidRPr="0030397D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по</w:t>
            </w:r>
            <w:r w:rsidRPr="0030397D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теме</w:t>
            </w:r>
          </w:p>
          <w:p w:rsidR="0030397D" w:rsidRPr="0030397D" w:rsidRDefault="0030397D" w:rsidP="0030397D">
            <w:pPr>
              <w:spacing w:line="292" w:lineRule="auto"/>
              <w:ind w:right="19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«Числа от 1 до 10.</w:t>
            </w:r>
            <w:r w:rsidRPr="0030397D">
              <w:rPr>
                <w:rFonts w:ascii="Times New Roman" w:eastAsia="Times New Roman" w:hAnsi="Times New Roman" w:cs="Times New Roman"/>
                <w:spacing w:val="-58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Сложение и</w:t>
            </w:r>
            <w:r w:rsidRPr="0030397D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вычитание».</w:t>
            </w:r>
            <w:r w:rsidRPr="0030397D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Тест</w:t>
            </w:r>
          </w:p>
          <w:p w:rsidR="0030397D" w:rsidRPr="0030397D" w:rsidRDefault="0030397D" w:rsidP="00E61D86">
            <w:pPr>
              <w:spacing w:line="292" w:lineRule="auto"/>
              <w:ind w:right="19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732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1</w:t>
            </w:r>
          </w:p>
        </w:tc>
        <w:tc>
          <w:tcPr>
            <w:tcW w:w="1620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0</w:t>
            </w:r>
          </w:p>
        </w:tc>
        <w:tc>
          <w:tcPr>
            <w:tcW w:w="1668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1</w:t>
            </w:r>
          </w:p>
        </w:tc>
        <w:tc>
          <w:tcPr>
            <w:tcW w:w="1236" w:type="dxa"/>
          </w:tcPr>
          <w:p w:rsidR="0030397D" w:rsidRPr="0030397D" w:rsidRDefault="00192896" w:rsidP="0030397D">
            <w:pPr>
              <w:spacing w:before="86"/>
              <w:ind w:right="60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25.01.2023</w:t>
            </w:r>
          </w:p>
        </w:tc>
        <w:tc>
          <w:tcPr>
            <w:tcW w:w="2656" w:type="dxa"/>
          </w:tcPr>
          <w:p w:rsidR="0030397D" w:rsidRPr="0030397D" w:rsidRDefault="00192896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Практическая</w:t>
            </w:r>
            <w:r w:rsidRPr="0030397D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работа;</w:t>
            </w: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="0030397D"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Тестирование;</w:t>
            </w:r>
          </w:p>
        </w:tc>
      </w:tr>
    </w:tbl>
    <w:p w:rsidR="0030397D" w:rsidRPr="0030397D" w:rsidRDefault="0030397D" w:rsidP="0030397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lang w:val="ru-RU"/>
        </w:rPr>
        <w:sectPr w:rsidR="0030397D" w:rsidRPr="0030397D" w:rsidSect="005B299F">
          <w:pgSz w:w="11900" w:h="16840"/>
          <w:pgMar w:top="560" w:right="560" w:bottom="280" w:left="560" w:header="720" w:footer="720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20"/>
        </w:sectPr>
      </w:pPr>
    </w:p>
    <w:tbl>
      <w:tblPr>
        <w:tblStyle w:val="TableNormal1"/>
        <w:tblW w:w="0" w:type="auto"/>
        <w:tblInd w:w="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689"/>
        <w:gridCol w:w="2172"/>
        <w:gridCol w:w="732"/>
        <w:gridCol w:w="1620"/>
        <w:gridCol w:w="1668"/>
        <w:gridCol w:w="1236"/>
        <w:gridCol w:w="2656"/>
      </w:tblGrid>
      <w:tr w:rsidR="0030397D" w:rsidRPr="0030397D" w:rsidTr="004D53FF">
        <w:trPr>
          <w:trHeight w:val="1149"/>
        </w:trPr>
        <w:tc>
          <w:tcPr>
            <w:tcW w:w="689" w:type="dxa"/>
          </w:tcPr>
          <w:p w:rsidR="0030397D" w:rsidRPr="0030397D" w:rsidRDefault="004A4B3C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lastRenderedPageBreak/>
              <w:t>94</w:t>
            </w:r>
            <w:r w:rsidR="0030397D"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.</w:t>
            </w:r>
          </w:p>
        </w:tc>
        <w:tc>
          <w:tcPr>
            <w:tcW w:w="2172" w:type="dxa"/>
          </w:tcPr>
          <w:p w:rsidR="0030397D" w:rsidRPr="0030397D" w:rsidRDefault="0030397D" w:rsidP="0030397D">
            <w:pPr>
              <w:spacing w:before="86" w:line="292" w:lineRule="auto"/>
              <w:ind w:right="74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Связь между</w:t>
            </w:r>
            <w:r w:rsidRPr="0030397D">
              <w:rPr>
                <w:rFonts w:ascii="Times New Roman" w:eastAsia="Times New Roman" w:hAnsi="Times New Roman" w:cs="Times New Roman"/>
                <w:spacing w:val="-58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суммой и</w:t>
            </w:r>
            <w:r w:rsidRPr="0030397D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слагаемыми.</w:t>
            </w:r>
          </w:p>
        </w:tc>
        <w:tc>
          <w:tcPr>
            <w:tcW w:w="732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1</w:t>
            </w:r>
          </w:p>
        </w:tc>
        <w:tc>
          <w:tcPr>
            <w:tcW w:w="1620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0</w:t>
            </w:r>
          </w:p>
        </w:tc>
        <w:tc>
          <w:tcPr>
            <w:tcW w:w="1668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1</w:t>
            </w:r>
          </w:p>
        </w:tc>
        <w:tc>
          <w:tcPr>
            <w:tcW w:w="1236" w:type="dxa"/>
          </w:tcPr>
          <w:p w:rsidR="0030397D" w:rsidRPr="0030397D" w:rsidRDefault="00192896" w:rsidP="0030397D">
            <w:pPr>
              <w:spacing w:before="86"/>
              <w:ind w:right="60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26.01</w:t>
            </w:r>
            <w:r w:rsidR="0030397D"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.2023</w:t>
            </w:r>
          </w:p>
        </w:tc>
        <w:tc>
          <w:tcPr>
            <w:tcW w:w="2656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Практическая</w:t>
            </w:r>
            <w:r w:rsidRPr="0030397D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работа;</w:t>
            </w:r>
          </w:p>
        </w:tc>
      </w:tr>
      <w:tr w:rsidR="0030397D" w:rsidRPr="0030397D" w:rsidTr="004D53FF">
        <w:trPr>
          <w:trHeight w:val="1149"/>
        </w:trPr>
        <w:tc>
          <w:tcPr>
            <w:tcW w:w="689" w:type="dxa"/>
          </w:tcPr>
          <w:p w:rsidR="0030397D" w:rsidRPr="0030397D" w:rsidRDefault="004A4B3C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95</w:t>
            </w:r>
            <w:r w:rsidR="0030397D"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.</w:t>
            </w:r>
          </w:p>
        </w:tc>
        <w:tc>
          <w:tcPr>
            <w:tcW w:w="2172" w:type="dxa"/>
          </w:tcPr>
          <w:p w:rsidR="0030397D" w:rsidRPr="0030397D" w:rsidRDefault="0030397D" w:rsidP="0030397D">
            <w:pPr>
              <w:spacing w:before="86" w:line="292" w:lineRule="auto"/>
              <w:ind w:right="74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Связь между</w:t>
            </w:r>
            <w:r w:rsidRPr="0030397D">
              <w:rPr>
                <w:rFonts w:ascii="Times New Roman" w:eastAsia="Times New Roman" w:hAnsi="Times New Roman" w:cs="Times New Roman"/>
                <w:spacing w:val="-58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суммой и</w:t>
            </w:r>
            <w:r w:rsidRPr="0030397D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слагаемыми.</w:t>
            </w:r>
          </w:p>
        </w:tc>
        <w:tc>
          <w:tcPr>
            <w:tcW w:w="732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1</w:t>
            </w:r>
          </w:p>
        </w:tc>
        <w:tc>
          <w:tcPr>
            <w:tcW w:w="1620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0</w:t>
            </w:r>
          </w:p>
        </w:tc>
        <w:tc>
          <w:tcPr>
            <w:tcW w:w="1668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1</w:t>
            </w:r>
          </w:p>
        </w:tc>
        <w:tc>
          <w:tcPr>
            <w:tcW w:w="1236" w:type="dxa"/>
          </w:tcPr>
          <w:p w:rsidR="0030397D" w:rsidRPr="0030397D" w:rsidRDefault="00192896" w:rsidP="0030397D">
            <w:pPr>
              <w:spacing w:before="86"/>
              <w:ind w:right="60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27.01</w:t>
            </w:r>
            <w:r w:rsidR="0030397D"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.2023</w:t>
            </w:r>
          </w:p>
        </w:tc>
        <w:tc>
          <w:tcPr>
            <w:tcW w:w="2656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Устный</w:t>
            </w:r>
            <w:r w:rsidRPr="0030397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опрос;</w:t>
            </w:r>
          </w:p>
        </w:tc>
      </w:tr>
      <w:tr w:rsidR="0030397D" w:rsidRPr="0030397D" w:rsidTr="004D53FF">
        <w:trPr>
          <w:trHeight w:val="1149"/>
        </w:trPr>
        <w:tc>
          <w:tcPr>
            <w:tcW w:w="689" w:type="dxa"/>
          </w:tcPr>
          <w:p w:rsidR="0030397D" w:rsidRPr="0030397D" w:rsidRDefault="004A4B3C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96, 97</w:t>
            </w:r>
            <w:r w:rsidR="0030397D"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.</w:t>
            </w:r>
          </w:p>
        </w:tc>
        <w:tc>
          <w:tcPr>
            <w:tcW w:w="2172" w:type="dxa"/>
          </w:tcPr>
          <w:p w:rsidR="0030397D" w:rsidRPr="0030397D" w:rsidRDefault="0030397D" w:rsidP="0030397D">
            <w:pPr>
              <w:spacing w:before="86" w:line="292" w:lineRule="auto"/>
              <w:ind w:right="36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Решение задач и</w:t>
            </w:r>
            <w:r w:rsidRPr="0030397D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выражений.</w:t>
            </w:r>
          </w:p>
          <w:p w:rsidR="0030397D" w:rsidRPr="0030397D" w:rsidRDefault="0030397D" w:rsidP="0030397D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Закрепление.</w:t>
            </w:r>
          </w:p>
        </w:tc>
        <w:tc>
          <w:tcPr>
            <w:tcW w:w="732" w:type="dxa"/>
          </w:tcPr>
          <w:p w:rsidR="0030397D" w:rsidRPr="0030397D" w:rsidRDefault="00192896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2</w:t>
            </w:r>
          </w:p>
        </w:tc>
        <w:tc>
          <w:tcPr>
            <w:tcW w:w="1620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0</w:t>
            </w:r>
          </w:p>
        </w:tc>
        <w:tc>
          <w:tcPr>
            <w:tcW w:w="1668" w:type="dxa"/>
          </w:tcPr>
          <w:p w:rsidR="0030397D" w:rsidRPr="0030397D" w:rsidRDefault="00192896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2</w:t>
            </w:r>
          </w:p>
        </w:tc>
        <w:tc>
          <w:tcPr>
            <w:tcW w:w="1236" w:type="dxa"/>
          </w:tcPr>
          <w:p w:rsidR="0030397D" w:rsidRDefault="00192896" w:rsidP="0030397D">
            <w:pPr>
              <w:spacing w:before="86"/>
              <w:ind w:right="60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30.01</w:t>
            </w:r>
            <w:r w:rsidR="0030397D"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.2023</w:t>
            </w:r>
          </w:p>
          <w:p w:rsidR="00192896" w:rsidRPr="0030397D" w:rsidRDefault="00192896" w:rsidP="0030397D">
            <w:pPr>
              <w:spacing w:before="86"/>
              <w:ind w:right="60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31.03.2023</w:t>
            </w:r>
          </w:p>
        </w:tc>
        <w:tc>
          <w:tcPr>
            <w:tcW w:w="2656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Практическая</w:t>
            </w:r>
            <w:r w:rsidRPr="0030397D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работа;</w:t>
            </w:r>
          </w:p>
        </w:tc>
      </w:tr>
      <w:tr w:rsidR="0030397D" w:rsidRPr="0030397D" w:rsidTr="004D53FF">
        <w:trPr>
          <w:trHeight w:val="813"/>
        </w:trPr>
        <w:tc>
          <w:tcPr>
            <w:tcW w:w="689" w:type="dxa"/>
          </w:tcPr>
          <w:p w:rsidR="0030397D" w:rsidRPr="0030397D" w:rsidRDefault="004A4B3C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98</w:t>
            </w:r>
            <w:r w:rsidR="0030397D"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.</w:t>
            </w:r>
          </w:p>
        </w:tc>
        <w:tc>
          <w:tcPr>
            <w:tcW w:w="2172" w:type="dxa"/>
          </w:tcPr>
          <w:p w:rsidR="0030397D" w:rsidRPr="0030397D" w:rsidRDefault="0030397D" w:rsidP="0030397D">
            <w:pPr>
              <w:spacing w:before="86" w:line="292" w:lineRule="auto"/>
              <w:ind w:right="461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Название чисел</w:t>
            </w:r>
            <w:r w:rsidRPr="0030397D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>при</w:t>
            </w:r>
            <w:r w:rsidRPr="0030397D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>вычитании.</w:t>
            </w:r>
          </w:p>
        </w:tc>
        <w:tc>
          <w:tcPr>
            <w:tcW w:w="732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1</w:t>
            </w:r>
          </w:p>
        </w:tc>
        <w:tc>
          <w:tcPr>
            <w:tcW w:w="1620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0</w:t>
            </w:r>
          </w:p>
        </w:tc>
        <w:tc>
          <w:tcPr>
            <w:tcW w:w="1668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1</w:t>
            </w:r>
          </w:p>
        </w:tc>
        <w:tc>
          <w:tcPr>
            <w:tcW w:w="1236" w:type="dxa"/>
          </w:tcPr>
          <w:p w:rsidR="0030397D" w:rsidRPr="0030397D" w:rsidRDefault="00192896" w:rsidP="0030397D">
            <w:pPr>
              <w:spacing w:before="86"/>
              <w:ind w:right="60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01</w:t>
            </w:r>
            <w:r w:rsidR="0030397D"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.02.2023</w:t>
            </w:r>
          </w:p>
        </w:tc>
        <w:tc>
          <w:tcPr>
            <w:tcW w:w="2656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Практическая</w:t>
            </w:r>
            <w:r w:rsidRPr="0030397D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работа;</w:t>
            </w:r>
          </w:p>
        </w:tc>
      </w:tr>
      <w:tr w:rsidR="0030397D" w:rsidRPr="0030397D" w:rsidTr="004D53FF">
        <w:trPr>
          <w:trHeight w:val="813"/>
        </w:trPr>
        <w:tc>
          <w:tcPr>
            <w:tcW w:w="689" w:type="dxa"/>
          </w:tcPr>
          <w:p w:rsidR="0030397D" w:rsidRPr="0030397D" w:rsidRDefault="004A4B3C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99</w:t>
            </w:r>
            <w:r w:rsidR="0030397D"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.</w:t>
            </w:r>
          </w:p>
        </w:tc>
        <w:tc>
          <w:tcPr>
            <w:tcW w:w="2172" w:type="dxa"/>
          </w:tcPr>
          <w:p w:rsidR="0030397D" w:rsidRPr="0030397D" w:rsidRDefault="0030397D" w:rsidP="0030397D">
            <w:pPr>
              <w:spacing w:before="86" w:line="292" w:lineRule="auto"/>
              <w:ind w:right="632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Вычитание из</w:t>
            </w:r>
            <w:r w:rsidRPr="0030397D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чисел</w:t>
            </w:r>
            <w:r w:rsidRPr="0030397D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6,7.</w:t>
            </w:r>
          </w:p>
        </w:tc>
        <w:tc>
          <w:tcPr>
            <w:tcW w:w="732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1</w:t>
            </w:r>
          </w:p>
        </w:tc>
        <w:tc>
          <w:tcPr>
            <w:tcW w:w="1620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0</w:t>
            </w:r>
          </w:p>
        </w:tc>
        <w:tc>
          <w:tcPr>
            <w:tcW w:w="1668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1</w:t>
            </w:r>
          </w:p>
        </w:tc>
        <w:tc>
          <w:tcPr>
            <w:tcW w:w="1236" w:type="dxa"/>
          </w:tcPr>
          <w:p w:rsidR="0030397D" w:rsidRPr="0030397D" w:rsidRDefault="00192896" w:rsidP="0030397D">
            <w:pPr>
              <w:spacing w:before="86"/>
              <w:ind w:right="60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02</w:t>
            </w:r>
            <w:r w:rsidR="0030397D"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.02.2023</w:t>
            </w:r>
          </w:p>
        </w:tc>
        <w:tc>
          <w:tcPr>
            <w:tcW w:w="2656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Практическая</w:t>
            </w:r>
            <w:r w:rsidRPr="0030397D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работа;</w:t>
            </w:r>
          </w:p>
        </w:tc>
      </w:tr>
      <w:tr w:rsidR="0030397D" w:rsidRPr="0030397D" w:rsidTr="004D53FF">
        <w:trPr>
          <w:trHeight w:val="1485"/>
        </w:trPr>
        <w:tc>
          <w:tcPr>
            <w:tcW w:w="689" w:type="dxa"/>
          </w:tcPr>
          <w:p w:rsidR="0030397D" w:rsidRPr="0030397D" w:rsidRDefault="004A4B3C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100</w:t>
            </w:r>
            <w:r w:rsidR="0030397D"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.</w:t>
            </w:r>
          </w:p>
        </w:tc>
        <w:tc>
          <w:tcPr>
            <w:tcW w:w="2172" w:type="dxa"/>
          </w:tcPr>
          <w:p w:rsidR="0030397D" w:rsidRPr="0030397D" w:rsidRDefault="0030397D" w:rsidP="0030397D">
            <w:pPr>
              <w:spacing w:before="86" w:line="292" w:lineRule="auto"/>
              <w:ind w:right="36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Вычитание из</w:t>
            </w:r>
            <w:r w:rsidRPr="0030397D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чисел 6,7. Связь</w:t>
            </w:r>
            <w:r w:rsidRPr="0030397D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между суммой и</w:t>
            </w:r>
            <w:r w:rsidRPr="0030397D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слагаемыми.</w:t>
            </w:r>
          </w:p>
        </w:tc>
        <w:tc>
          <w:tcPr>
            <w:tcW w:w="732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1</w:t>
            </w:r>
          </w:p>
        </w:tc>
        <w:tc>
          <w:tcPr>
            <w:tcW w:w="1620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0</w:t>
            </w:r>
          </w:p>
        </w:tc>
        <w:tc>
          <w:tcPr>
            <w:tcW w:w="1668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1</w:t>
            </w:r>
          </w:p>
        </w:tc>
        <w:tc>
          <w:tcPr>
            <w:tcW w:w="1236" w:type="dxa"/>
          </w:tcPr>
          <w:p w:rsidR="0030397D" w:rsidRPr="0030397D" w:rsidRDefault="00192896" w:rsidP="0030397D">
            <w:pPr>
              <w:spacing w:before="86"/>
              <w:ind w:right="60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03</w:t>
            </w:r>
            <w:r w:rsidR="0030397D"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.02.2023</w:t>
            </w:r>
          </w:p>
        </w:tc>
        <w:tc>
          <w:tcPr>
            <w:tcW w:w="2656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Устный</w:t>
            </w:r>
            <w:r w:rsidRPr="0030397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опрос;</w:t>
            </w:r>
          </w:p>
        </w:tc>
      </w:tr>
      <w:tr w:rsidR="0030397D" w:rsidRPr="0030397D" w:rsidTr="004D53FF">
        <w:trPr>
          <w:trHeight w:val="813"/>
        </w:trPr>
        <w:tc>
          <w:tcPr>
            <w:tcW w:w="689" w:type="dxa"/>
          </w:tcPr>
          <w:p w:rsidR="0030397D" w:rsidRPr="0030397D" w:rsidRDefault="004A4B3C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101</w:t>
            </w:r>
            <w:r w:rsidR="0030397D"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.</w:t>
            </w:r>
          </w:p>
        </w:tc>
        <w:tc>
          <w:tcPr>
            <w:tcW w:w="2172" w:type="dxa"/>
          </w:tcPr>
          <w:p w:rsidR="0030397D" w:rsidRPr="0030397D" w:rsidRDefault="0030397D" w:rsidP="0030397D">
            <w:pPr>
              <w:spacing w:before="86" w:line="292" w:lineRule="auto"/>
              <w:ind w:right="632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Вычитание из</w:t>
            </w:r>
            <w:r w:rsidRPr="0030397D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чисел</w:t>
            </w:r>
            <w:r w:rsidRPr="0030397D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8,9.</w:t>
            </w:r>
          </w:p>
        </w:tc>
        <w:tc>
          <w:tcPr>
            <w:tcW w:w="732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1</w:t>
            </w:r>
          </w:p>
        </w:tc>
        <w:tc>
          <w:tcPr>
            <w:tcW w:w="1620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0</w:t>
            </w:r>
          </w:p>
        </w:tc>
        <w:tc>
          <w:tcPr>
            <w:tcW w:w="1668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1</w:t>
            </w:r>
          </w:p>
        </w:tc>
        <w:tc>
          <w:tcPr>
            <w:tcW w:w="1236" w:type="dxa"/>
          </w:tcPr>
          <w:p w:rsidR="0030397D" w:rsidRPr="0030397D" w:rsidRDefault="004A4B3C" w:rsidP="0030397D">
            <w:pPr>
              <w:spacing w:before="86"/>
              <w:ind w:right="60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13</w:t>
            </w:r>
            <w:r w:rsidR="0030397D"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.02.2023</w:t>
            </w:r>
          </w:p>
        </w:tc>
        <w:tc>
          <w:tcPr>
            <w:tcW w:w="2656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Практическая</w:t>
            </w:r>
            <w:r w:rsidRPr="0030397D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работа;</w:t>
            </w:r>
          </w:p>
        </w:tc>
      </w:tr>
      <w:tr w:rsidR="0030397D" w:rsidRPr="0030397D" w:rsidTr="004D53FF">
        <w:trPr>
          <w:trHeight w:val="1149"/>
        </w:trPr>
        <w:tc>
          <w:tcPr>
            <w:tcW w:w="689" w:type="dxa"/>
          </w:tcPr>
          <w:p w:rsidR="0030397D" w:rsidRPr="0030397D" w:rsidRDefault="004A4B3C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102</w:t>
            </w:r>
            <w:r w:rsidR="0030397D"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.</w:t>
            </w:r>
          </w:p>
        </w:tc>
        <w:tc>
          <w:tcPr>
            <w:tcW w:w="2172" w:type="dxa"/>
          </w:tcPr>
          <w:p w:rsidR="0030397D" w:rsidRPr="0030397D" w:rsidRDefault="0030397D" w:rsidP="0030397D">
            <w:pPr>
              <w:spacing w:before="86" w:line="292" w:lineRule="auto"/>
              <w:ind w:right="11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Вычитание из</w:t>
            </w:r>
            <w:r w:rsidRPr="0030397D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чисел</w:t>
            </w:r>
            <w:r w:rsidRPr="0030397D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8,9.</w:t>
            </w:r>
            <w:r w:rsidRPr="0030397D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Решение</w:t>
            </w:r>
            <w:r w:rsidRPr="0030397D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задач.</w:t>
            </w:r>
          </w:p>
        </w:tc>
        <w:tc>
          <w:tcPr>
            <w:tcW w:w="732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1</w:t>
            </w:r>
          </w:p>
        </w:tc>
        <w:tc>
          <w:tcPr>
            <w:tcW w:w="1620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0</w:t>
            </w:r>
          </w:p>
        </w:tc>
        <w:tc>
          <w:tcPr>
            <w:tcW w:w="1668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1</w:t>
            </w:r>
          </w:p>
        </w:tc>
        <w:tc>
          <w:tcPr>
            <w:tcW w:w="1236" w:type="dxa"/>
          </w:tcPr>
          <w:p w:rsidR="0030397D" w:rsidRPr="0030397D" w:rsidRDefault="004A4B3C" w:rsidP="0030397D">
            <w:pPr>
              <w:spacing w:before="86"/>
              <w:ind w:right="60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14</w:t>
            </w:r>
            <w:r w:rsidR="0030397D"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.02.2023</w:t>
            </w:r>
          </w:p>
        </w:tc>
        <w:tc>
          <w:tcPr>
            <w:tcW w:w="2656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Практическая</w:t>
            </w:r>
            <w:r w:rsidRPr="0030397D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работа;</w:t>
            </w:r>
          </w:p>
        </w:tc>
      </w:tr>
      <w:tr w:rsidR="0030397D" w:rsidRPr="0030397D" w:rsidTr="004D53FF">
        <w:trPr>
          <w:trHeight w:val="813"/>
        </w:trPr>
        <w:tc>
          <w:tcPr>
            <w:tcW w:w="689" w:type="dxa"/>
          </w:tcPr>
          <w:p w:rsidR="0030397D" w:rsidRPr="0030397D" w:rsidRDefault="004A4B3C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103</w:t>
            </w:r>
            <w:r w:rsidR="0030397D"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.</w:t>
            </w:r>
          </w:p>
        </w:tc>
        <w:tc>
          <w:tcPr>
            <w:tcW w:w="2172" w:type="dxa"/>
          </w:tcPr>
          <w:p w:rsidR="0030397D" w:rsidRPr="0030397D" w:rsidRDefault="0030397D" w:rsidP="0030397D">
            <w:pPr>
              <w:spacing w:before="86" w:line="292" w:lineRule="auto"/>
              <w:ind w:right="632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Вычитание из</w:t>
            </w:r>
            <w:r w:rsidRPr="0030397D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числа</w:t>
            </w:r>
            <w:r w:rsidRPr="0030397D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10.</w:t>
            </w:r>
          </w:p>
        </w:tc>
        <w:tc>
          <w:tcPr>
            <w:tcW w:w="732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1</w:t>
            </w:r>
          </w:p>
        </w:tc>
        <w:tc>
          <w:tcPr>
            <w:tcW w:w="1620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0</w:t>
            </w:r>
          </w:p>
        </w:tc>
        <w:tc>
          <w:tcPr>
            <w:tcW w:w="1668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1</w:t>
            </w:r>
          </w:p>
        </w:tc>
        <w:tc>
          <w:tcPr>
            <w:tcW w:w="1236" w:type="dxa"/>
          </w:tcPr>
          <w:p w:rsidR="0030397D" w:rsidRPr="0030397D" w:rsidRDefault="004A4B3C" w:rsidP="0030397D">
            <w:pPr>
              <w:spacing w:before="86"/>
              <w:ind w:right="60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15</w:t>
            </w:r>
            <w:r w:rsidR="0030397D"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.02.2023</w:t>
            </w:r>
          </w:p>
        </w:tc>
        <w:tc>
          <w:tcPr>
            <w:tcW w:w="2656" w:type="dxa"/>
          </w:tcPr>
          <w:p w:rsidR="0030397D" w:rsidRPr="0030397D" w:rsidRDefault="0030397D" w:rsidP="0030397D">
            <w:pPr>
              <w:spacing w:before="6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Практическая</w:t>
            </w:r>
            <w:r w:rsidRPr="0030397D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работа;</w:t>
            </w:r>
          </w:p>
        </w:tc>
      </w:tr>
      <w:tr w:rsidR="0030397D" w:rsidRPr="0030397D" w:rsidTr="004D53FF">
        <w:trPr>
          <w:trHeight w:val="1485"/>
        </w:trPr>
        <w:tc>
          <w:tcPr>
            <w:tcW w:w="689" w:type="dxa"/>
          </w:tcPr>
          <w:p w:rsidR="0030397D" w:rsidRPr="0030397D" w:rsidRDefault="004A4B3C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104</w:t>
            </w:r>
            <w:r w:rsidR="0030397D"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.</w:t>
            </w:r>
          </w:p>
        </w:tc>
        <w:tc>
          <w:tcPr>
            <w:tcW w:w="2172" w:type="dxa"/>
          </w:tcPr>
          <w:p w:rsidR="0030397D" w:rsidRPr="0030397D" w:rsidRDefault="0030397D" w:rsidP="0030397D">
            <w:pPr>
              <w:spacing w:before="86" w:line="292" w:lineRule="auto"/>
              <w:ind w:right="124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Вычитание их</w:t>
            </w:r>
            <w:r w:rsidRPr="0030397D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чисел</w:t>
            </w:r>
            <w:r w:rsidRPr="0030397D">
              <w:rPr>
                <w:rFonts w:ascii="Times New Roman" w:eastAsia="Times New Roman" w:hAnsi="Times New Roman" w:cs="Times New Roman"/>
                <w:spacing w:val="-10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8,9,10.</w:t>
            </w:r>
            <w:r w:rsidRPr="0030397D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Связь</w:t>
            </w:r>
            <w:r w:rsidRPr="0030397D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сложения и</w:t>
            </w:r>
            <w:r w:rsidRPr="0030397D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вычитания.</w:t>
            </w:r>
          </w:p>
        </w:tc>
        <w:tc>
          <w:tcPr>
            <w:tcW w:w="732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1</w:t>
            </w:r>
          </w:p>
        </w:tc>
        <w:tc>
          <w:tcPr>
            <w:tcW w:w="1620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0</w:t>
            </w:r>
          </w:p>
        </w:tc>
        <w:tc>
          <w:tcPr>
            <w:tcW w:w="1668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1</w:t>
            </w:r>
          </w:p>
        </w:tc>
        <w:tc>
          <w:tcPr>
            <w:tcW w:w="1236" w:type="dxa"/>
          </w:tcPr>
          <w:p w:rsidR="0030397D" w:rsidRPr="0030397D" w:rsidRDefault="004A4B3C" w:rsidP="0030397D">
            <w:pPr>
              <w:spacing w:before="86"/>
              <w:ind w:right="60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16.02</w:t>
            </w:r>
            <w:r w:rsidR="0030397D"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.2023</w:t>
            </w:r>
          </w:p>
        </w:tc>
        <w:tc>
          <w:tcPr>
            <w:tcW w:w="2656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Практическая</w:t>
            </w:r>
            <w:r w:rsidRPr="0030397D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работа;</w:t>
            </w:r>
          </w:p>
        </w:tc>
      </w:tr>
      <w:tr w:rsidR="0030397D" w:rsidRPr="0030397D" w:rsidTr="004D53FF">
        <w:trPr>
          <w:trHeight w:val="813"/>
        </w:trPr>
        <w:tc>
          <w:tcPr>
            <w:tcW w:w="689" w:type="dxa"/>
          </w:tcPr>
          <w:p w:rsidR="0030397D" w:rsidRPr="0030397D" w:rsidRDefault="004A4B3C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105, 106</w:t>
            </w:r>
            <w:r w:rsidR="0030397D"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.</w:t>
            </w:r>
          </w:p>
        </w:tc>
        <w:tc>
          <w:tcPr>
            <w:tcW w:w="2172" w:type="dxa"/>
          </w:tcPr>
          <w:p w:rsidR="0030397D" w:rsidRPr="0030397D" w:rsidRDefault="0030397D" w:rsidP="0030397D">
            <w:pPr>
              <w:spacing w:before="86" w:line="292" w:lineRule="auto"/>
              <w:ind w:right="299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Единица массы –</w:t>
            </w:r>
            <w:r w:rsidRPr="0030397D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килограмм.</w:t>
            </w:r>
          </w:p>
        </w:tc>
        <w:tc>
          <w:tcPr>
            <w:tcW w:w="732" w:type="dxa"/>
          </w:tcPr>
          <w:p w:rsidR="0030397D" w:rsidRPr="0030397D" w:rsidRDefault="004A4B3C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2</w:t>
            </w:r>
          </w:p>
        </w:tc>
        <w:tc>
          <w:tcPr>
            <w:tcW w:w="1620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0</w:t>
            </w:r>
          </w:p>
        </w:tc>
        <w:tc>
          <w:tcPr>
            <w:tcW w:w="1668" w:type="dxa"/>
          </w:tcPr>
          <w:p w:rsidR="0030397D" w:rsidRPr="0030397D" w:rsidRDefault="004A4B3C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2</w:t>
            </w:r>
          </w:p>
        </w:tc>
        <w:tc>
          <w:tcPr>
            <w:tcW w:w="1236" w:type="dxa"/>
          </w:tcPr>
          <w:p w:rsidR="0030397D" w:rsidRDefault="004A4B3C" w:rsidP="0030397D">
            <w:pPr>
              <w:spacing w:before="86"/>
              <w:ind w:right="60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17.02</w:t>
            </w:r>
            <w:r w:rsidR="0030397D"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.2023</w:t>
            </w:r>
          </w:p>
          <w:p w:rsidR="004A4B3C" w:rsidRPr="0030397D" w:rsidRDefault="004A4B3C" w:rsidP="0030397D">
            <w:pPr>
              <w:spacing w:before="86"/>
              <w:ind w:right="60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20.02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.2023</w:t>
            </w:r>
          </w:p>
        </w:tc>
        <w:tc>
          <w:tcPr>
            <w:tcW w:w="2656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Практическая</w:t>
            </w:r>
            <w:r w:rsidRPr="0030397D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работа;</w:t>
            </w:r>
          </w:p>
        </w:tc>
      </w:tr>
      <w:tr w:rsidR="0030397D" w:rsidRPr="0030397D" w:rsidTr="004D53FF">
        <w:trPr>
          <w:trHeight w:val="1149"/>
        </w:trPr>
        <w:tc>
          <w:tcPr>
            <w:tcW w:w="689" w:type="dxa"/>
          </w:tcPr>
          <w:p w:rsidR="0030397D" w:rsidRPr="0030397D" w:rsidRDefault="004A4B3C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107</w:t>
            </w:r>
            <w:r w:rsidR="0030397D"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.</w:t>
            </w:r>
          </w:p>
        </w:tc>
        <w:tc>
          <w:tcPr>
            <w:tcW w:w="2172" w:type="dxa"/>
          </w:tcPr>
          <w:p w:rsidR="0030397D" w:rsidRPr="0030397D" w:rsidRDefault="0030397D" w:rsidP="0030397D">
            <w:pPr>
              <w:spacing w:before="86" w:line="292" w:lineRule="auto"/>
              <w:ind w:right="569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Единица</w:t>
            </w:r>
            <w:r w:rsidRPr="0030397D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вместимости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–</w:t>
            </w:r>
            <w:r w:rsidRPr="0030397D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литр.</w:t>
            </w:r>
          </w:p>
        </w:tc>
        <w:tc>
          <w:tcPr>
            <w:tcW w:w="732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1</w:t>
            </w:r>
          </w:p>
        </w:tc>
        <w:tc>
          <w:tcPr>
            <w:tcW w:w="1620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0</w:t>
            </w:r>
          </w:p>
        </w:tc>
        <w:tc>
          <w:tcPr>
            <w:tcW w:w="1668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1</w:t>
            </w:r>
          </w:p>
        </w:tc>
        <w:tc>
          <w:tcPr>
            <w:tcW w:w="1236" w:type="dxa"/>
          </w:tcPr>
          <w:p w:rsidR="0030397D" w:rsidRDefault="004A4B3C" w:rsidP="0030397D">
            <w:pPr>
              <w:spacing w:before="86"/>
              <w:ind w:right="60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21.02.2023</w:t>
            </w:r>
          </w:p>
          <w:p w:rsidR="004A4B3C" w:rsidRPr="0030397D" w:rsidRDefault="004A4B3C" w:rsidP="0030397D">
            <w:pPr>
              <w:spacing w:before="86"/>
              <w:ind w:right="60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2656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Практическая</w:t>
            </w:r>
            <w:r w:rsidRPr="0030397D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работа;</w:t>
            </w:r>
          </w:p>
        </w:tc>
      </w:tr>
      <w:tr w:rsidR="0030397D" w:rsidRPr="0030397D" w:rsidTr="004D53FF">
        <w:trPr>
          <w:trHeight w:val="1821"/>
        </w:trPr>
        <w:tc>
          <w:tcPr>
            <w:tcW w:w="689" w:type="dxa"/>
          </w:tcPr>
          <w:p w:rsidR="0030397D" w:rsidRPr="0030397D" w:rsidRDefault="004A4B3C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108, 109</w:t>
            </w:r>
            <w:r w:rsidR="0030397D"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.</w:t>
            </w:r>
          </w:p>
        </w:tc>
        <w:tc>
          <w:tcPr>
            <w:tcW w:w="2172" w:type="dxa"/>
          </w:tcPr>
          <w:p w:rsidR="0030397D" w:rsidRPr="0030397D" w:rsidRDefault="0030397D" w:rsidP="0030397D">
            <w:pPr>
              <w:spacing w:before="86" w:line="292" w:lineRule="auto"/>
              <w:ind w:right="51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Закрепление</w:t>
            </w:r>
            <w:r w:rsidRPr="0030397D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знаний</w:t>
            </w:r>
            <w:r w:rsidRPr="0030397D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по</w:t>
            </w:r>
            <w:r w:rsidRPr="0030397D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теме</w:t>
            </w:r>
          </w:p>
          <w:p w:rsidR="0030397D" w:rsidRPr="0030397D" w:rsidRDefault="0030397D" w:rsidP="0030397D">
            <w:pPr>
              <w:spacing w:line="292" w:lineRule="auto"/>
              <w:ind w:right="24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«Сложение и</w:t>
            </w:r>
            <w:r w:rsidRPr="0030397D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вычитание чисел</w:t>
            </w:r>
            <w:r w:rsidRPr="0030397D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первого</w:t>
            </w:r>
            <w:r w:rsidRPr="0030397D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десятка».</w:t>
            </w:r>
          </w:p>
        </w:tc>
        <w:tc>
          <w:tcPr>
            <w:tcW w:w="732" w:type="dxa"/>
          </w:tcPr>
          <w:p w:rsidR="0030397D" w:rsidRPr="0030397D" w:rsidRDefault="004A4B3C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2</w:t>
            </w:r>
          </w:p>
        </w:tc>
        <w:tc>
          <w:tcPr>
            <w:tcW w:w="1620" w:type="dxa"/>
          </w:tcPr>
          <w:p w:rsidR="0030397D" w:rsidRPr="0030397D" w:rsidRDefault="004A4B3C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1</w:t>
            </w:r>
          </w:p>
        </w:tc>
        <w:tc>
          <w:tcPr>
            <w:tcW w:w="1668" w:type="dxa"/>
          </w:tcPr>
          <w:p w:rsidR="0030397D" w:rsidRPr="0030397D" w:rsidRDefault="004A4B3C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1</w:t>
            </w:r>
          </w:p>
        </w:tc>
        <w:tc>
          <w:tcPr>
            <w:tcW w:w="1236" w:type="dxa"/>
          </w:tcPr>
          <w:p w:rsidR="0030397D" w:rsidRDefault="004A4B3C" w:rsidP="004A4B3C">
            <w:pPr>
              <w:spacing w:before="86"/>
              <w:ind w:right="60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22.01.2023</w:t>
            </w:r>
          </w:p>
          <w:p w:rsidR="004A4B3C" w:rsidRPr="0030397D" w:rsidRDefault="004A4B3C" w:rsidP="004A4B3C">
            <w:pPr>
              <w:spacing w:before="86"/>
              <w:ind w:right="60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27.02.2023</w:t>
            </w:r>
          </w:p>
        </w:tc>
        <w:tc>
          <w:tcPr>
            <w:tcW w:w="2656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Практическая</w:t>
            </w:r>
            <w:r w:rsidRPr="0030397D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работа;</w:t>
            </w:r>
            <w:r w:rsidR="004A4B3C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проверочная работа</w:t>
            </w:r>
          </w:p>
        </w:tc>
      </w:tr>
    </w:tbl>
    <w:p w:rsidR="0030397D" w:rsidRPr="0030397D" w:rsidRDefault="0030397D" w:rsidP="0030397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lang w:val="ru-RU"/>
        </w:rPr>
        <w:sectPr w:rsidR="0030397D" w:rsidRPr="0030397D" w:rsidSect="005B299F">
          <w:pgSz w:w="11900" w:h="16840"/>
          <w:pgMar w:top="560" w:right="560" w:bottom="280" w:left="560" w:header="720" w:footer="720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20"/>
        </w:sectPr>
      </w:pPr>
    </w:p>
    <w:tbl>
      <w:tblPr>
        <w:tblStyle w:val="TableNormal1"/>
        <w:tblW w:w="0" w:type="auto"/>
        <w:tblInd w:w="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689"/>
        <w:gridCol w:w="2172"/>
        <w:gridCol w:w="732"/>
        <w:gridCol w:w="1620"/>
        <w:gridCol w:w="1668"/>
        <w:gridCol w:w="1236"/>
        <w:gridCol w:w="2656"/>
      </w:tblGrid>
      <w:tr w:rsidR="0030397D" w:rsidRPr="0030397D" w:rsidTr="004D53FF">
        <w:trPr>
          <w:trHeight w:val="2829"/>
        </w:trPr>
        <w:tc>
          <w:tcPr>
            <w:tcW w:w="689" w:type="dxa"/>
          </w:tcPr>
          <w:p w:rsidR="0030397D" w:rsidRPr="0030397D" w:rsidRDefault="004A4B3C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lastRenderedPageBreak/>
              <w:t>110</w:t>
            </w:r>
            <w:r w:rsidR="0030397D"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.</w:t>
            </w:r>
          </w:p>
        </w:tc>
        <w:tc>
          <w:tcPr>
            <w:tcW w:w="2172" w:type="dxa"/>
          </w:tcPr>
          <w:p w:rsidR="0030397D" w:rsidRPr="0030397D" w:rsidRDefault="0030397D" w:rsidP="0030397D">
            <w:pPr>
              <w:spacing w:before="86" w:line="292" w:lineRule="auto"/>
              <w:ind w:right="521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Закрепление</w:t>
            </w:r>
            <w:r w:rsidRPr="0030397D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знаний</w:t>
            </w:r>
            <w:r w:rsidRPr="0030397D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по</w:t>
            </w:r>
            <w:r w:rsidRPr="0030397D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теме</w:t>
            </w:r>
          </w:p>
          <w:p w:rsidR="0030397D" w:rsidRPr="0030397D" w:rsidRDefault="0030397D" w:rsidP="0030397D">
            <w:pPr>
              <w:spacing w:line="292" w:lineRule="auto"/>
              <w:ind w:right="192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«Сложение и</w:t>
            </w:r>
            <w:r w:rsidRPr="0030397D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вычитание чисел</w:t>
            </w:r>
            <w:r w:rsidRPr="0030397D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первого десятка».</w:t>
            </w:r>
            <w:r w:rsidRPr="0030397D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Тест «Сложение и</w:t>
            </w:r>
            <w:r w:rsidRPr="0030397D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вычитание чисел</w:t>
            </w:r>
            <w:r w:rsidRPr="0030397D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первого</w:t>
            </w:r>
            <w:r w:rsidRPr="0030397D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десятка».</w:t>
            </w:r>
          </w:p>
        </w:tc>
        <w:tc>
          <w:tcPr>
            <w:tcW w:w="732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1</w:t>
            </w:r>
          </w:p>
        </w:tc>
        <w:tc>
          <w:tcPr>
            <w:tcW w:w="1620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0</w:t>
            </w:r>
          </w:p>
        </w:tc>
        <w:tc>
          <w:tcPr>
            <w:tcW w:w="1668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1</w:t>
            </w:r>
          </w:p>
        </w:tc>
        <w:tc>
          <w:tcPr>
            <w:tcW w:w="1236" w:type="dxa"/>
          </w:tcPr>
          <w:p w:rsidR="0030397D" w:rsidRPr="0030397D" w:rsidRDefault="004A4B3C" w:rsidP="0030397D">
            <w:pPr>
              <w:spacing w:before="86"/>
              <w:ind w:right="60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28.02</w:t>
            </w:r>
            <w:r w:rsidR="0030397D"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.2023</w:t>
            </w:r>
          </w:p>
        </w:tc>
        <w:tc>
          <w:tcPr>
            <w:tcW w:w="2656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Тестирование;</w:t>
            </w:r>
          </w:p>
        </w:tc>
      </w:tr>
      <w:tr w:rsidR="0030397D" w:rsidRPr="0030397D" w:rsidTr="004D53FF">
        <w:trPr>
          <w:trHeight w:val="1821"/>
        </w:trPr>
        <w:tc>
          <w:tcPr>
            <w:tcW w:w="689" w:type="dxa"/>
          </w:tcPr>
          <w:p w:rsidR="0030397D" w:rsidRPr="0030397D" w:rsidRDefault="004A4B3C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111</w:t>
            </w:r>
            <w:r w:rsidR="0030397D"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.</w:t>
            </w:r>
          </w:p>
        </w:tc>
        <w:tc>
          <w:tcPr>
            <w:tcW w:w="2172" w:type="dxa"/>
          </w:tcPr>
          <w:p w:rsidR="004A4B3C" w:rsidRDefault="0030397D" w:rsidP="0030397D">
            <w:pPr>
              <w:spacing w:before="86" w:line="292" w:lineRule="auto"/>
              <w:ind w:right="308"/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Контрольная</w:t>
            </w:r>
            <w:r w:rsidRPr="0030397D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работа</w:t>
            </w:r>
            <w:r w:rsidRPr="0030397D">
              <w:rPr>
                <w:rFonts w:ascii="Times New Roman" w:eastAsia="Times New Roman" w:hAnsi="Times New Roman" w:cs="Times New Roman"/>
                <w:spacing w:val="2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по</w:t>
            </w:r>
            <w:r w:rsidRPr="0030397D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теме</w:t>
            </w:r>
            <w:r w:rsidRPr="0030397D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</w:p>
          <w:p w:rsidR="0030397D" w:rsidRPr="0030397D" w:rsidRDefault="0030397D" w:rsidP="0030397D">
            <w:pPr>
              <w:spacing w:before="86" w:line="292" w:lineRule="auto"/>
              <w:ind w:right="30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«Сложение и</w:t>
            </w:r>
            <w:r w:rsidRPr="0030397D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вычитание чисел</w:t>
            </w:r>
            <w:r w:rsidRPr="0030397D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первого</w:t>
            </w:r>
            <w:r w:rsidRPr="0030397D">
              <w:rPr>
                <w:rFonts w:ascii="Times New Roman" w:eastAsia="Times New Roman" w:hAnsi="Times New Roman" w:cs="Times New Roman"/>
                <w:spacing w:val="-8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десятка»</w:t>
            </w:r>
          </w:p>
        </w:tc>
        <w:tc>
          <w:tcPr>
            <w:tcW w:w="732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1</w:t>
            </w:r>
          </w:p>
        </w:tc>
        <w:tc>
          <w:tcPr>
            <w:tcW w:w="1620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1</w:t>
            </w:r>
          </w:p>
        </w:tc>
        <w:tc>
          <w:tcPr>
            <w:tcW w:w="1668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0</w:t>
            </w:r>
          </w:p>
        </w:tc>
        <w:tc>
          <w:tcPr>
            <w:tcW w:w="1236" w:type="dxa"/>
          </w:tcPr>
          <w:p w:rsidR="0030397D" w:rsidRPr="0030397D" w:rsidRDefault="004A4B3C" w:rsidP="0030397D">
            <w:pPr>
              <w:spacing w:before="86"/>
              <w:ind w:right="60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01</w:t>
            </w:r>
            <w:r w:rsidR="0030397D"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.03.2023</w:t>
            </w:r>
          </w:p>
        </w:tc>
        <w:tc>
          <w:tcPr>
            <w:tcW w:w="2656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Контрольная</w:t>
            </w:r>
            <w:r w:rsidRPr="0030397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работа;</w:t>
            </w:r>
          </w:p>
        </w:tc>
      </w:tr>
      <w:tr w:rsidR="0030397D" w:rsidRPr="0030397D" w:rsidTr="004D53FF">
        <w:trPr>
          <w:trHeight w:val="1485"/>
        </w:trPr>
        <w:tc>
          <w:tcPr>
            <w:tcW w:w="689" w:type="dxa"/>
          </w:tcPr>
          <w:p w:rsidR="0030397D" w:rsidRPr="0030397D" w:rsidRDefault="004A4B3C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112</w:t>
            </w:r>
            <w:r w:rsidR="0030397D"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.</w:t>
            </w:r>
          </w:p>
        </w:tc>
        <w:tc>
          <w:tcPr>
            <w:tcW w:w="2172" w:type="dxa"/>
          </w:tcPr>
          <w:p w:rsidR="0030397D" w:rsidRPr="0030397D" w:rsidRDefault="0030397D" w:rsidP="0030397D">
            <w:pPr>
              <w:spacing w:before="86" w:line="292" w:lineRule="auto"/>
              <w:ind w:right="14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Работа над</w:t>
            </w:r>
            <w:r w:rsidRPr="0030397D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ошибками. Устная</w:t>
            </w:r>
            <w:r w:rsidRPr="0030397D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нумерация чисел в</w:t>
            </w:r>
            <w:r w:rsidRPr="0030397D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пределах</w:t>
            </w:r>
            <w:r w:rsidRPr="0030397D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20.</w:t>
            </w:r>
          </w:p>
        </w:tc>
        <w:tc>
          <w:tcPr>
            <w:tcW w:w="732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1</w:t>
            </w:r>
          </w:p>
        </w:tc>
        <w:tc>
          <w:tcPr>
            <w:tcW w:w="1620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0</w:t>
            </w:r>
          </w:p>
        </w:tc>
        <w:tc>
          <w:tcPr>
            <w:tcW w:w="1668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1</w:t>
            </w:r>
          </w:p>
        </w:tc>
        <w:tc>
          <w:tcPr>
            <w:tcW w:w="1236" w:type="dxa"/>
          </w:tcPr>
          <w:p w:rsidR="0030397D" w:rsidRPr="0030397D" w:rsidRDefault="004A4B3C" w:rsidP="0030397D">
            <w:pPr>
              <w:spacing w:before="86"/>
              <w:ind w:right="60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02</w:t>
            </w:r>
            <w:r w:rsidR="0030397D"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.03.2023</w:t>
            </w:r>
          </w:p>
        </w:tc>
        <w:tc>
          <w:tcPr>
            <w:tcW w:w="2656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Работа</w:t>
            </w:r>
            <w:r w:rsidRPr="0030397D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над</w:t>
            </w:r>
            <w:r w:rsidRPr="0030397D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ошибками;</w:t>
            </w:r>
          </w:p>
        </w:tc>
      </w:tr>
      <w:tr w:rsidR="0030397D" w:rsidRPr="0030397D" w:rsidTr="004D53FF">
        <w:trPr>
          <w:trHeight w:val="1149"/>
        </w:trPr>
        <w:tc>
          <w:tcPr>
            <w:tcW w:w="689" w:type="dxa"/>
          </w:tcPr>
          <w:p w:rsidR="0030397D" w:rsidRPr="0030397D" w:rsidRDefault="004A4B3C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113</w:t>
            </w:r>
            <w:r w:rsidR="0030397D"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.</w:t>
            </w:r>
          </w:p>
        </w:tc>
        <w:tc>
          <w:tcPr>
            <w:tcW w:w="2172" w:type="dxa"/>
          </w:tcPr>
          <w:p w:rsidR="0030397D" w:rsidRPr="0030397D" w:rsidRDefault="0030397D" w:rsidP="0030397D">
            <w:pPr>
              <w:spacing w:before="86" w:line="292" w:lineRule="auto"/>
              <w:ind w:right="31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Письменная</w:t>
            </w:r>
            <w:r w:rsidRPr="0030397D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нумерация чисел</w:t>
            </w:r>
            <w:r w:rsidRPr="0030397D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от</w:t>
            </w:r>
            <w:r w:rsidRPr="0030397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11 до 20.</w:t>
            </w:r>
          </w:p>
        </w:tc>
        <w:tc>
          <w:tcPr>
            <w:tcW w:w="732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1</w:t>
            </w:r>
          </w:p>
        </w:tc>
        <w:tc>
          <w:tcPr>
            <w:tcW w:w="1620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0</w:t>
            </w:r>
          </w:p>
        </w:tc>
        <w:tc>
          <w:tcPr>
            <w:tcW w:w="1668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1</w:t>
            </w:r>
          </w:p>
        </w:tc>
        <w:tc>
          <w:tcPr>
            <w:tcW w:w="1236" w:type="dxa"/>
          </w:tcPr>
          <w:p w:rsidR="0030397D" w:rsidRPr="0030397D" w:rsidRDefault="004A4B3C" w:rsidP="0030397D">
            <w:pPr>
              <w:spacing w:before="86"/>
              <w:ind w:right="60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03</w:t>
            </w:r>
            <w:r w:rsidR="0030397D"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.03.2023</w:t>
            </w:r>
          </w:p>
        </w:tc>
        <w:tc>
          <w:tcPr>
            <w:tcW w:w="2656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Практическая</w:t>
            </w:r>
            <w:r w:rsidRPr="0030397D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работа;</w:t>
            </w:r>
          </w:p>
        </w:tc>
      </w:tr>
      <w:tr w:rsidR="0030397D" w:rsidRPr="0030397D" w:rsidTr="004D53FF">
        <w:trPr>
          <w:trHeight w:val="813"/>
        </w:trPr>
        <w:tc>
          <w:tcPr>
            <w:tcW w:w="689" w:type="dxa"/>
          </w:tcPr>
          <w:p w:rsidR="0030397D" w:rsidRPr="0030397D" w:rsidRDefault="004A4B3C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114</w:t>
            </w:r>
            <w:r w:rsidR="0030397D"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.</w:t>
            </w:r>
          </w:p>
        </w:tc>
        <w:tc>
          <w:tcPr>
            <w:tcW w:w="2172" w:type="dxa"/>
          </w:tcPr>
          <w:p w:rsidR="0030397D" w:rsidRPr="0030397D" w:rsidRDefault="0030397D" w:rsidP="0030397D">
            <w:pPr>
              <w:spacing w:before="86" w:line="292" w:lineRule="auto"/>
              <w:ind w:right="272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Единица длины –</w:t>
            </w:r>
            <w:r w:rsidRPr="0030397D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дециметр.</w:t>
            </w:r>
          </w:p>
        </w:tc>
        <w:tc>
          <w:tcPr>
            <w:tcW w:w="732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1</w:t>
            </w:r>
          </w:p>
        </w:tc>
        <w:tc>
          <w:tcPr>
            <w:tcW w:w="1620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0</w:t>
            </w:r>
          </w:p>
        </w:tc>
        <w:tc>
          <w:tcPr>
            <w:tcW w:w="1668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1</w:t>
            </w:r>
          </w:p>
        </w:tc>
        <w:tc>
          <w:tcPr>
            <w:tcW w:w="1236" w:type="dxa"/>
          </w:tcPr>
          <w:p w:rsidR="0030397D" w:rsidRPr="0030397D" w:rsidRDefault="00D35AEA" w:rsidP="0030397D">
            <w:pPr>
              <w:spacing w:before="86"/>
              <w:ind w:right="60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0</w:t>
            </w:r>
            <w:r w:rsidR="0030397D"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6.03.2023</w:t>
            </w:r>
          </w:p>
        </w:tc>
        <w:tc>
          <w:tcPr>
            <w:tcW w:w="2656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Практическая</w:t>
            </w:r>
            <w:r w:rsidRPr="0030397D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работа;</w:t>
            </w:r>
          </w:p>
        </w:tc>
      </w:tr>
      <w:tr w:rsidR="0030397D" w:rsidRPr="0030397D" w:rsidTr="004D53FF">
        <w:trPr>
          <w:trHeight w:val="1821"/>
        </w:trPr>
        <w:tc>
          <w:tcPr>
            <w:tcW w:w="689" w:type="dxa"/>
          </w:tcPr>
          <w:p w:rsidR="0030397D" w:rsidRPr="0030397D" w:rsidRDefault="004A4B3C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115</w:t>
            </w:r>
            <w:r w:rsidR="0030397D"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.</w:t>
            </w:r>
          </w:p>
        </w:tc>
        <w:tc>
          <w:tcPr>
            <w:tcW w:w="2172" w:type="dxa"/>
          </w:tcPr>
          <w:p w:rsidR="0030397D" w:rsidRPr="0030397D" w:rsidRDefault="0030397D" w:rsidP="0030397D">
            <w:pPr>
              <w:spacing w:before="86" w:line="292" w:lineRule="auto"/>
              <w:ind w:right="44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Сложение и</w:t>
            </w:r>
            <w:r w:rsidRPr="0030397D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вычитание</w:t>
            </w:r>
            <w:r w:rsidRPr="0030397D">
              <w:rPr>
                <w:rFonts w:ascii="Times New Roman" w:eastAsia="Times New Roman" w:hAnsi="Times New Roman" w:cs="Times New Roman"/>
                <w:spacing w:val="4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в</w:t>
            </w:r>
            <w:r w:rsidRPr="0030397D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пределах 20 без</w:t>
            </w:r>
            <w:r w:rsidRPr="0030397D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перехода через</w:t>
            </w:r>
            <w:r w:rsidRPr="0030397D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десяток.</w:t>
            </w:r>
          </w:p>
        </w:tc>
        <w:tc>
          <w:tcPr>
            <w:tcW w:w="732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1</w:t>
            </w:r>
          </w:p>
        </w:tc>
        <w:tc>
          <w:tcPr>
            <w:tcW w:w="1620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0</w:t>
            </w:r>
          </w:p>
        </w:tc>
        <w:tc>
          <w:tcPr>
            <w:tcW w:w="1668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1</w:t>
            </w:r>
          </w:p>
        </w:tc>
        <w:tc>
          <w:tcPr>
            <w:tcW w:w="1236" w:type="dxa"/>
          </w:tcPr>
          <w:p w:rsidR="0030397D" w:rsidRPr="0030397D" w:rsidRDefault="00D35AEA" w:rsidP="0030397D">
            <w:pPr>
              <w:spacing w:before="86"/>
              <w:ind w:right="60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07</w:t>
            </w:r>
            <w:r w:rsidR="0030397D"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.03.2023</w:t>
            </w:r>
          </w:p>
        </w:tc>
        <w:tc>
          <w:tcPr>
            <w:tcW w:w="2656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Практическая</w:t>
            </w:r>
            <w:r w:rsidRPr="0030397D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работа;</w:t>
            </w:r>
          </w:p>
        </w:tc>
      </w:tr>
      <w:tr w:rsidR="0030397D" w:rsidRPr="0030397D" w:rsidTr="004D53FF">
        <w:trPr>
          <w:trHeight w:val="1149"/>
        </w:trPr>
        <w:tc>
          <w:tcPr>
            <w:tcW w:w="689" w:type="dxa"/>
          </w:tcPr>
          <w:p w:rsidR="0030397D" w:rsidRPr="0030397D" w:rsidRDefault="004A4B3C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116</w:t>
            </w:r>
            <w:r w:rsidR="0030397D"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.</w:t>
            </w:r>
          </w:p>
        </w:tc>
        <w:tc>
          <w:tcPr>
            <w:tcW w:w="2172" w:type="dxa"/>
          </w:tcPr>
          <w:p w:rsidR="0030397D" w:rsidRPr="0030397D" w:rsidRDefault="0030397D" w:rsidP="0030397D">
            <w:pPr>
              <w:spacing w:before="86" w:line="292" w:lineRule="auto"/>
              <w:ind w:right="14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Сложение и</w:t>
            </w:r>
            <w:r w:rsidRPr="0030397D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вычитание чисел в</w:t>
            </w:r>
            <w:r w:rsidRPr="0030397D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пределах</w:t>
            </w:r>
            <w:r w:rsidRPr="0030397D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20.</w:t>
            </w:r>
          </w:p>
        </w:tc>
        <w:tc>
          <w:tcPr>
            <w:tcW w:w="732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1</w:t>
            </w:r>
          </w:p>
        </w:tc>
        <w:tc>
          <w:tcPr>
            <w:tcW w:w="1620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0</w:t>
            </w:r>
          </w:p>
        </w:tc>
        <w:tc>
          <w:tcPr>
            <w:tcW w:w="1668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1</w:t>
            </w:r>
          </w:p>
        </w:tc>
        <w:tc>
          <w:tcPr>
            <w:tcW w:w="1236" w:type="dxa"/>
          </w:tcPr>
          <w:p w:rsidR="0030397D" w:rsidRPr="0030397D" w:rsidRDefault="00D35AEA" w:rsidP="0030397D">
            <w:pPr>
              <w:spacing w:before="86"/>
              <w:ind w:right="60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09</w:t>
            </w:r>
            <w:r w:rsidR="0030397D"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.03.2023</w:t>
            </w:r>
          </w:p>
        </w:tc>
        <w:tc>
          <w:tcPr>
            <w:tcW w:w="2656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Устный</w:t>
            </w:r>
            <w:r w:rsidRPr="0030397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опрос;</w:t>
            </w:r>
          </w:p>
        </w:tc>
      </w:tr>
      <w:tr w:rsidR="0030397D" w:rsidRPr="0030397D" w:rsidTr="004D53FF">
        <w:trPr>
          <w:trHeight w:val="813"/>
        </w:trPr>
        <w:tc>
          <w:tcPr>
            <w:tcW w:w="689" w:type="dxa"/>
          </w:tcPr>
          <w:p w:rsidR="0030397D" w:rsidRPr="0030397D" w:rsidRDefault="004A4B3C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117</w:t>
            </w:r>
            <w:r w:rsidR="0030397D"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.</w:t>
            </w:r>
          </w:p>
        </w:tc>
        <w:tc>
          <w:tcPr>
            <w:tcW w:w="2172" w:type="dxa"/>
          </w:tcPr>
          <w:p w:rsidR="0030397D" w:rsidRPr="0030397D" w:rsidRDefault="0030397D" w:rsidP="0030397D">
            <w:pPr>
              <w:spacing w:before="86" w:line="292" w:lineRule="auto"/>
              <w:ind w:right="784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>Закрепление</w:t>
            </w:r>
            <w:r w:rsidRPr="0030397D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знаний.</w:t>
            </w:r>
          </w:p>
        </w:tc>
        <w:tc>
          <w:tcPr>
            <w:tcW w:w="732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1</w:t>
            </w:r>
          </w:p>
        </w:tc>
        <w:tc>
          <w:tcPr>
            <w:tcW w:w="1620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0</w:t>
            </w:r>
          </w:p>
        </w:tc>
        <w:tc>
          <w:tcPr>
            <w:tcW w:w="1668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1</w:t>
            </w:r>
          </w:p>
        </w:tc>
        <w:tc>
          <w:tcPr>
            <w:tcW w:w="1236" w:type="dxa"/>
          </w:tcPr>
          <w:p w:rsidR="0030397D" w:rsidRPr="0030397D" w:rsidRDefault="00D35AEA" w:rsidP="0030397D">
            <w:pPr>
              <w:spacing w:before="86"/>
              <w:ind w:right="60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10</w:t>
            </w:r>
            <w:r w:rsidR="0030397D"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.03.2023</w:t>
            </w:r>
          </w:p>
        </w:tc>
        <w:tc>
          <w:tcPr>
            <w:tcW w:w="2656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Практическая</w:t>
            </w:r>
            <w:r w:rsidRPr="0030397D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работа;</w:t>
            </w:r>
          </w:p>
        </w:tc>
      </w:tr>
      <w:tr w:rsidR="0030397D" w:rsidRPr="0030397D" w:rsidTr="004D53FF">
        <w:trPr>
          <w:trHeight w:val="1485"/>
        </w:trPr>
        <w:tc>
          <w:tcPr>
            <w:tcW w:w="689" w:type="dxa"/>
          </w:tcPr>
          <w:p w:rsidR="0030397D" w:rsidRPr="0030397D" w:rsidRDefault="004A4B3C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118</w:t>
            </w:r>
            <w:r w:rsidR="0030397D"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.</w:t>
            </w:r>
          </w:p>
        </w:tc>
        <w:tc>
          <w:tcPr>
            <w:tcW w:w="2172" w:type="dxa"/>
          </w:tcPr>
          <w:p w:rsidR="0030397D" w:rsidRPr="0030397D" w:rsidRDefault="0030397D" w:rsidP="0030397D">
            <w:pPr>
              <w:spacing w:before="86" w:line="292" w:lineRule="auto"/>
              <w:ind w:right="16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Проверочная</w:t>
            </w:r>
            <w:r w:rsidRPr="0030397D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работа «Сложение</w:t>
            </w:r>
            <w:r w:rsidRPr="0030397D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и вычитание в</w:t>
            </w:r>
            <w:r w:rsidRPr="0030397D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пределах</w:t>
            </w:r>
            <w:r w:rsidRPr="0030397D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20»</w:t>
            </w:r>
          </w:p>
        </w:tc>
        <w:tc>
          <w:tcPr>
            <w:tcW w:w="732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1</w:t>
            </w:r>
          </w:p>
        </w:tc>
        <w:tc>
          <w:tcPr>
            <w:tcW w:w="1620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1</w:t>
            </w:r>
          </w:p>
        </w:tc>
        <w:tc>
          <w:tcPr>
            <w:tcW w:w="1668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0</w:t>
            </w:r>
          </w:p>
        </w:tc>
        <w:tc>
          <w:tcPr>
            <w:tcW w:w="1236" w:type="dxa"/>
          </w:tcPr>
          <w:p w:rsidR="0030397D" w:rsidRPr="0030397D" w:rsidRDefault="00D35AEA" w:rsidP="0030397D">
            <w:pPr>
              <w:spacing w:before="86"/>
              <w:ind w:right="60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1</w:t>
            </w:r>
            <w:r w:rsidR="0030397D"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3.03.2023</w:t>
            </w:r>
          </w:p>
        </w:tc>
        <w:tc>
          <w:tcPr>
            <w:tcW w:w="2656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Проверочная</w:t>
            </w:r>
            <w:r w:rsidRPr="0030397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работа;</w:t>
            </w:r>
          </w:p>
        </w:tc>
      </w:tr>
    </w:tbl>
    <w:p w:rsidR="0030397D" w:rsidRPr="0030397D" w:rsidRDefault="0030397D" w:rsidP="0030397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lang w:val="ru-RU"/>
        </w:rPr>
        <w:sectPr w:rsidR="0030397D" w:rsidRPr="0030397D" w:rsidSect="005B299F">
          <w:pgSz w:w="11900" w:h="16840"/>
          <w:pgMar w:top="560" w:right="560" w:bottom="280" w:left="560" w:header="720" w:footer="720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20"/>
        </w:sectPr>
      </w:pPr>
    </w:p>
    <w:tbl>
      <w:tblPr>
        <w:tblStyle w:val="TableNormal1"/>
        <w:tblW w:w="0" w:type="auto"/>
        <w:tblInd w:w="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689"/>
        <w:gridCol w:w="2172"/>
        <w:gridCol w:w="732"/>
        <w:gridCol w:w="1620"/>
        <w:gridCol w:w="1668"/>
        <w:gridCol w:w="1236"/>
        <w:gridCol w:w="2656"/>
      </w:tblGrid>
      <w:tr w:rsidR="0030397D" w:rsidRPr="0030397D" w:rsidTr="004D53FF">
        <w:trPr>
          <w:trHeight w:val="3165"/>
        </w:trPr>
        <w:tc>
          <w:tcPr>
            <w:tcW w:w="689" w:type="dxa"/>
          </w:tcPr>
          <w:p w:rsidR="0030397D" w:rsidRPr="0030397D" w:rsidRDefault="004A4B3C" w:rsidP="0030397D">
            <w:pPr>
              <w:spacing w:before="86"/>
              <w:ind w:right="44"/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lastRenderedPageBreak/>
              <w:t>119</w:t>
            </w:r>
            <w:r w:rsidR="0030397D"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.</w:t>
            </w:r>
          </w:p>
        </w:tc>
        <w:tc>
          <w:tcPr>
            <w:tcW w:w="2172" w:type="dxa"/>
          </w:tcPr>
          <w:p w:rsidR="0030397D" w:rsidRPr="0030397D" w:rsidRDefault="0030397D" w:rsidP="0030397D">
            <w:pPr>
              <w:spacing w:before="86" w:line="292" w:lineRule="auto"/>
              <w:ind w:right="36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Решение задач и</w:t>
            </w:r>
            <w:r w:rsidRPr="0030397D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выражений.</w:t>
            </w:r>
          </w:p>
          <w:p w:rsidR="0030397D" w:rsidRPr="0030397D" w:rsidRDefault="0030397D" w:rsidP="0030397D">
            <w:pPr>
              <w:spacing w:line="292" w:lineRule="auto"/>
              <w:ind w:right="292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Знакомство с</w:t>
            </w:r>
            <w:r w:rsidRPr="0030397D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краткой записью</w:t>
            </w:r>
            <w:r w:rsidRPr="0030397D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задач. Сравнение</w:t>
            </w:r>
            <w:r w:rsidRPr="0030397D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именованных</w:t>
            </w:r>
            <w:r w:rsidRPr="0030397D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чисел.</w:t>
            </w:r>
          </w:p>
        </w:tc>
        <w:tc>
          <w:tcPr>
            <w:tcW w:w="732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1</w:t>
            </w:r>
          </w:p>
        </w:tc>
        <w:tc>
          <w:tcPr>
            <w:tcW w:w="1620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0</w:t>
            </w:r>
          </w:p>
        </w:tc>
        <w:tc>
          <w:tcPr>
            <w:tcW w:w="1668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1</w:t>
            </w:r>
          </w:p>
        </w:tc>
        <w:tc>
          <w:tcPr>
            <w:tcW w:w="1236" w:type="dxa"/>
          </w:tcPr>
          <w:p w:rsidR="0030397D" w:rsidRPr="0030397D" w:rsidRDefault="00D35AEA" w:rsidP="0030397D">
            <w:pPr>
              <w:spacing w:before="86"/>
              <w:ind w:right="60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14.03</w:t>
            </w:r>
            <w:r w:rsidR="0030397D"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.2023</w:t>
            </w:r>
          </w:p>
        </w:tc>
        <w:tc>
          <w:tcPr>
            <w:tcW w:w="2656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Работа</w:t>
            </w:r>
            <w:r w:rsidRPr="0030397D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над</w:t>
            </w:r>
            <w:r w:rsidRPr="0030397D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ошибками;</w:t>
            </w:r>
          </w:p>
        </w:tc>
      </w:tr>
      <w:tr w:rsidR="0030397D" w:rsidRPr="0030397D" w:rsidTr="004D53FF">
        <w:trPr>
          <w:trHeight w:val="1821"/>
        </w:trPr>
        <w:tc>
          <w:tcPr>
            <w:tcW w:w="689" w:type="dxa"/>
          </w:tcPr>
          <w:p w:rsidR="0030397D" w:rsidRPr="0030397D" w:rsidRDefault="004A4B3C" w:rsidP="0030397D">
            <w:pPr>
              <w:spacing w:before="86"/>
              <w:ind w:right="44"/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120</w:t>
            </w:r>
            <w:r w:rsidR="0030397D"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.</w:t>
            </w:r>
          </w:p>
        </w:tc>
        <w:tc>
          <w:tcPr>
            <w:tcW w:w="2172" w:type="dxa"/>
          </w:tcPr>
          <w:p w:rsidR="0030397D" w:rsidRPr="0030397D" w:rsidRDefault="0030397D" w:rsidP="0030397D">
            <w:pPr>
              <w:spacing w:before="86" w:line="292" w:lineRule="auto"/>
              <w:ind w:right="84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Решение задач и</w:t>
            </w:r>
            <w:r w:rsidRPr="0030397D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выражений.</w:t>
            </w:r>
            <w:r w:rsidRPr="0030397D">
              <w:rPr>
                <w:rFonts w:ascii="Times New Roman" w:eastAsia="Times New Roman" w:hAnsi="Times New Roman" w:cs="Times New Roman"/>
                <w:spacing w:val="5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Тест</w:t>
            </w:r>
            <w:r w:rsidRPr="0030397D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по теме «Сложение</w:t>
            </w:r>
            <w:r w:rsidRPr="0030397D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и вычитание в</w:t>
            </w:r>
            <w:r w:rsidRPr="0030397D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пределах</w:t>
            </w:r>
            <w:r w:rsidRPr="0030397D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20».</w:t>
            </w:r>
          </w:p>
        </w:tc>
        <w:tc>
          <w:tcPr>
            <w:tcW w:w="732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1</w:t>
            </w:r>
          </w:p>
        </w:tc>
        <w:tc>
          <w:tcPr>
            <w:tcW w:w="1620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0</w:t>
            </w:r>
          </w:p>
        </w:tc>
        <w:tc>
          <w:tcPr>
            <w:tcW w:w="1668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1</w:t>
            </w:r>
          </w:p>
        </w:tc>
        <w:tc>
          <w:tcPr>
            <w:tcW w:w="1236" w:type="dxa"/>
          </w:tcPr>
          <w:p w:rsidR="0030397D" w:rsidRPr="0030397D" w:rsidRDefault="00D35AEA" w:rsidP="0030397D">
            <w:pPr>
              <w:spacing w:before="86"/>
              <w:ind w:right="60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15.03</w:t>
            </w:r>
            <w:r w:rsidR="0030397D"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.2023</w:t>
            </w:r>
          </w:p>
        </w:tc>
        <w:tc>
          <w:tcPr>
            <w:tcW w:w="2656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Тестирование;</w:t>
            </w:r>
          </w:p>
        </w:tc>
      </w:tr>
      <w:tr w:rsidR="0030397D" w:rsidRPr="0030397D" w:rsidTr="004D53FF">
        <w:trPr>
          <w:trHeight w:val="1149"/>
        </w:trPr>
        <w:tc>
          <w:tcPr>
            <w:tcW w:w="689" w:type="dxa"/>
          </w:tcPr>
          <w:p w:rsidR="0030397D" w:rsidRPr="0030397D" w:rsidRDefault="00D35AEA" w:rsidP="0030397D">
            <w:pPr>
              <w:spacing w:before="86"/>
              <w:ind w:right="44"/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121</w:t>
            </w:r>
            <w:r w:rsidR="0030397D"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.</w:t>
            </w:r>
          </w:p>
        </w:tc>
        <w:tc>
          <w:tcPr>
            <w:tcW w:w="2172" w:type="dxa"/>
          </w:tcPr>
          <w:p w:rsidR="0030397D" w:rsidRPr="0030397D" w:rsidRDefault="0030397D" w:rsidP="0030397D">
            <w:pPr>
              <w:spacing w:before="86" w:line="292" w:lineRule="auto"/>
              <w:ind w:right="70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Знакомство с</w:t>
            </w:r>
            <w:r w:rsidRPr="0030397D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составными</w:t>
            </w:r>
            <w:r w:rsidRPr="0030397D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задачами.</w:t>
            </w:r>
          </w:p>
        </w:tc>
        <w:tc>
          <w:tcPr>
            <w:tcW w:w="732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1</w:t>
            </w:r>
          </w:p>
        </w:tc>
        <w:tc>
          <w:tcPr>
            <w:tcW w:w="1620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0</w:t>
            </w:r>
          </w:p>
        </w:tc>
        <w:tc>
          <w:tcPr>
            <w:tcW w:w="1668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1</w:t>
            </w:r>
          </w:p>
        </w:tc>
        <w:tc>
          <w:tcPr>
            <w:tcW w:w="1236" w:type="dxa"/>
          </w:tcPr>
          <w:p w:rsidR="0030397D" w:rsidRPr="0030397D" w:rsidRDefault="00D35AEA" w:rsidP="0030397D">
            <w:pPr>
              <w:spacing w:before="86"/>
              <w:ind w:right="60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16.03</w:t>
            </w:r>
            <w:r w:rsidR="0030397D"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.2023</w:t>
            </w:r>
          </w:p>
        </w:tc>
        <w:tc>
          <w:tcPr>
            <w:tcW w:w="2656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Практическая</w:t>
            </w:r>
            <w:r w:rsidRPr="0030397D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работа;</w:t>
            </w:r>
          </w:p>
        </w:tc>
      </w:tr>
      <w:tr w:rsidR="0030397D" w:rsidRPr="0030397D" w:rsidTr="004D53FF">
        <w:trPr>
          <w:trHeight w:val="477"/>
        </w:trPr>
        <w:tc>
          <w:tcPr>
            <w:tcW w:w="689" w:type="dxa"/>
          </w:tcPr>
          <w:p w:rsidR="0030397D" w:rsidRPr="0030397D" w:rsidRDefault="00D35AEA" w:rsidP="0030397D">
            <w:pPr>
              <w:spacing w:before="86"/>
              <w:ind w:right="44"/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122</w:t>
            </w:r>
            <w:r w:rsidR="0030397D"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.</w:t>
            </w:r>
          </w:p>
        </w:tc>
        <w:tc>
          <w:tcPr>
            <w:tcW w:w="2172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Составные</w:t>
            </w:r>
            <w:r w:rsidRPr="0030397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задачи.</w:t>
            </w:r>
          </w:p>
        </w:tc>
        <w:tc>
          <w:tcPr>
            <w:tcW w:w="732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1</w:t>
            </w:r>
          </w:p>
        </w:tc>
        <w:tc>
          <w:tcPr>
            <w:tcW w:w="1620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0</w:t>
            </w:r>
          </w:p>
        </w:tc>
        <w:tc>
          <w:tcPr>
            <w:tcW w:w="1668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1</w:t>
            </w:r>
          </w:p>
        </w:tc>
        <w:tc>
          <w:tcPr>
            <w:tcW w:w="1236" w:type="dxa"/>
          </w:tcPr>
          <w:p w:rsidR="0030397D" w:rsidRPr="0030397D" w:rsidRDefault="00D35AEA" w:rsidP="0030397D">
            <w:pPr>
              <w:spacing w:before="86"/>
              <w:ind w:right="60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17.03</w:t>
            </w:r>
            <w:r w:rsidR="0030397D"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.2023</w:t>
            </w:r>
          </w:p>
        </w:tc>
        <w:tc>
          <w:tcPr>
            <w:tcW w:w="2656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Практическая</w:t>
            </w:r>
            <w:r w:rsidRPr="0030397D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работа;</w:t>
            </w:r>
          </w:p>
        </w:tc>
      </w:tr>
      <w:tr w:rsidR="0030397D" w:rsidRPr="0030397D" w:rsidTr="004D53FF">
        <w:trPr>
          <w:trHeight w:val="1485"/>
        </w:trPr>
        <w:tc>
          <w:tcPr>
            <w:tcW w:w="689" w:type="dxa"/>
          </w:tcPr>
          <w:p w:rsidR="0030397D" w:rsidRPr="0030397D" w:rsidRDefault="00D35AEA" w:rsidP="0030397D">
            <w:pPr>
              <w:spacing w:before="86"/>
              <w:ind w:right="44"/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123, 124</w:t>
            </w:r>
            <w:r w:rsidR="0030397D"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.</w:t>
            </w:r>
          </w:p>
        </w:tc>
        <w:tc>
          <w:tcPr>
            <w:tcW w:w="2172" w:type="dxa"/>
          </w:tcPr>
          <w:p w:rsidR="0030397D" w:rsidRPr="0030397D" w:rsidRDefault="0030397D" w:rsidP="0030397D">
            <w:pPr>
              <w:spacing w:before="86" w:line="292" w:lineRule="auto"/>
              <w:ind w:right="6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Сложение</w:t>
            </w:r>
            <w:r w:rsidRPr="0030397D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однозначных чисел</w:t>
            </w:r>
            <w:r w:rsidRPr="0030397D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с переходом через</w:t>
            </w:r>
            <w:r w:rsidRPr="0030397D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десяток.</w:t>
            </w:r>
          </w:p>
        </w:tc>
        <w:tc>
          <w:tcPr>
            <w:tcW w:w="732" w:type="dxa"/>
          </w:tcPr>
          <w:p w:rsidR="0030397D" w:rsidRPr="0030397D" w:rsidRDefault="00D35AEA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2</w:t>
            </w:r>
          </w:p>
        </w:tc>
        <w:tc>
          <w:tcPr>
            <w:tcW w:w="1620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0</w:t>
            </w:r>
          </w:p>
        </w:tc>
        <w:tc>
          <w:tcPr>
            <w:tcW w:w="1668" w:type="dxa"/>
          </w:tcPr>
          <w:p w:rsidR="0030397D" w:rsidRPr="0030397D" w:rsidRDefault="00D35AEA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2</w:t>
            </w:r>
          </w:p>
        </w:tc>
        <w:tc>
          <w:tcPr>
            <w:tcW w:w="1236" w:type="dxa"/>
          </w:tcPr>
          <w:p w:rsidR="0030397D" w:rsidRDefault="00D35AEA" w:rsidP="0030397D">
            <w:pPr>
              <w:spacing w:before="86"/>
              <w:ind w:right="60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30.03</w:t>
            </w:r>
            <w:r w:rsidR="0030397D"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.2023</w:t>
            </w:r>
          </w:p>
          <w:p w:rsidR="00D35AEA" w:rsidRPr="0030397D" w:rsidRDefault="00D35AEA" w:rsidP="0030397D">
            <w:pPr>
              <w:spacing w:before="86"/>
              <w:ind w:right="60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31.03.2023</w:t>
            </w:r>
          </w:p>
        </w:tc>
        <w:tc>
          <w:tcPr>
            <w:tcW w:w="2656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Практическая</w:t>
            </w:r>
            <w:r w:rsidRPr="0030397D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работа;</w:t>
            </w:r>
          </w:p>
        </w:tc>
      </w:tr>
      <w:tr w:rsidR="0030397D" w:rsidRPr="0030397D" w:rsidTr="004D53FF">
        <w:trPr>
          <w:trHeight w:val="813"/>
        </w:trPr>
        <w:tc>
          <w:tcPr>
            <w:tcW w:w="689" w:type="dxa"/>
          </w:tcPr>
          <w:p w:rsidR="0030397D" w:rsidRPr="0030397D" w:rsidRDefault="00D35AEA" w:rsidP="0030397D">
            <w:pPr>
              <w:spacing w:before="86"/>
              <w:ind w:right="44"/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12</w:t>
            </w:r>
            <w:r w:rsidR="0030397D"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5.</w:t>
            </w:r>
          </w:p>
        </w:tc>
        <w:tc>
          <w:tcPr>
            <w:tcW w:w="2172" w:type="dxa"/>
          </w:tcPr>
          <w:p w:rsidR="0030397D" w:rsidRPr="0030397D" w:rsidRDefault="0030397D" w:rsidP="0030397D">
            <w:pPr>
              <w:spacing w:before="86" w:line="292" w:lineRule="auto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Сложение</w:t>
            </w:r>
            <w:r w:rsidRPr="0030397D">
              <w:rPr>
                <w:rFonts w:ascii="Times New Roman" w:eastAsia="Times New Roman" w:hAnsi="Times New Roman" w:cs="Times New Roman"/>
                <w:spacing w:val="7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вида</w:t>
            </w:r>
            <w:r w:rsidRPr="0030397D">
              <w:rPr>
                <w:rFonts w:ascii="Times New Roman" w:eastAsia="Times New Roman" w:hAnsi="Times New Roman" w:cs="Times New Roman"/>
                <w:spacing w:val="8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□</w:t>
            </w:r>
            <w:r w:rsidRPr="0030397D">
              <w:rPr>
                <w:rFonts w:ascii="Times New Roman" w:eastAsia="Times New Roman" w:hAnsi="Times New Roman" w:cs="Times New Roman"/>
                <w:spacing w:val="7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+</w:t>
            </w:r>
            <w:r w:rsidRPr="0030397D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24"/>
                <w:lang w:val="ru-RU"/>
              </w:rPr>
              <w:t>2,</w:t>
            </w:r>
            <w:r w:rsidRPr="0030397D">
              <w:rPr>
                <w:rFonts w:ascii="Times New Roman" w:eastAsia="Times New Roman" w:hAnsi="Times New Roman" w:cs="Times New Roman"/>
                <w:spacing w:val="-3"/>
                <w:w w:val="105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24"/>
                <w:lang w:val="ru-RU"/>
              </w:rPr>
              <w:t>□</w:t>
            </w:r>
            <w:r w:rsidRPr="0030397D">
              <w:rPr>
                <w:rFonts w:ascii="Times New Roman" w:eastAsia="Times New Roman" w:hAnsi="Times New Roman" w:cs="Times New Roman"/>
                <w:spacing w:val="-4"/>
                <w:w w:val="105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24"/>
                <w:lang w:val="ru-RU"/>
              </w:rPr>
              <w:t>+</w:t>
            </w:r>
            <w:r w:rsidRPr="0030397D">
              <w:rPr>
                <w:rFonts w:ascii="Times New Roman" w:eastAsia="Times New Roman" w:hAnsi="Times New Roman" w:cs="Times New Roman"/>
                <w:spacing w:val="-3"/>
                <w:w w:val="105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24"/>
                <w:lang w:val="ru-RU"/>
              </w:rPr>
              <w:t>3.</w:t>
            </w:r>
          </w:p>
        </w:tc>
        <w:tc>
          <w:tcPr>
            <w:tcW w:w="732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1</w:t>
            </w:r>
          </w:p>
        </w:tc>
        <w:tc>
          <w:tcPr>
            <w:tcW w:w="1620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0</w:t>
            </w:r>
          </w:p>
        </w:tc>
        <w:tc>
          <w:tcPr>
            <w:tcW w:w="1668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1</w:t>
            </w:r>
          </w:p>
        </w:tc>
        <w:tc>
          <w:tcPr>
            <w:tcW w:w="1236" w:type="dxa"/>
          </w:tcPr>
          <w:p w:rsidR="0030397D" w:rsidRPr="0030397D" w:rsidRDefault="00D35AEA" w:rsidP="0030397D">
            <w:pPr>
              <w:spacing w:before="86"/>
              <w:ind w:right="60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03</w:t>
            </w:r>
            <w:r w:rsidR="0030397D"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.04.2023</w:t>
            </w:r>
          </w:p>
        </w:tc>
        <w:tc>
          <w:tcPr>
            <w:tcW w:w="2656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Устный</w:t>
            </w:r>
            <w:r w:rsidRPr="0030397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опрос;</w:t>
            </w:r>
          </w:p>
        </w:tc>
      </w:tr>
      <w:tr w:rsidR="0030397D" w:rsidRPr="0030397D" w:rsidTr="004D53FF">
        <w:trPr>
          <w:trHeight w:val="813"/>
        </w:trPr>
        <w:tc>
          <w:tcPr>
            <w:tcW w:w="689" w:type="dxa"/>
          </w:tcPr>
          <w:p w:rsidR="0030397D" w:rsidRPr="0030397D" w:rsidRDefault="00D35AEA" w:rsidP="0030397D">
            <w:pPr>
              <w:spacing w:before="86"/>
              <w:ind w:right="44"/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12</w:t>
            </w:r>
            <w:r w:rsidR="0030397D"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6.</w:t>
            </w:r>
          </w:p>
        </w:tc>
        <w:tc>
          <w:tcPr>
            <w:tcW w:w="2172" w:type="dxa"/>
          </w:tcPr>
          <w:p w:rsidR="0030397D" w:rsidRPr="0030397D" w:rsidRDefault="0030397D" w:rsidP="0030397D">
            <w:pPr>
              <w:spacing w:before="86" w:line="292" w:lineRule="auto"/>
              <w:ind w:right="6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Сложение</w:t>
            </w:r>
            <w:r w:rsidRPr="0030397D">
              <w:rPr>
                <w:rFonts w:ascii="Times New Roman" w:eastAsia="Times New Roman" w:hAnsi="Times New Roman" w:cs="Times New Roman"/>
                <w:spacing w:val="6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вида</w:t>
            </w:r>
            <w:r w:rsidRPr="0030397D">
              <w:rPr>
                <w:rFonts w:ascii="Times New Roman" w:eastAsia="Times New Roman" w:hAnsi="Times New Roman" w:cs="Times New Roman"/>
                <w:spacing w:val="12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□</w:t>
            </w:r>
            <w:r w:rsidRPr="0030397D">
              <w:rPr>
                <w:rFonts w:ascii="Times New Roman" w:eastAsia="Times New Roman" w:hAnsi="Times New Roman" w:cs="Times New Roman"/>
                <w:spacing w:val="10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+</w:t>
            </w:r>
            <w:r w:rsidRPr="0030397D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24"/>
                <w:lang w:val="ru-RU"/>
              </w:rPr>
              <w:t>4.</w:t>
            </w:r>
          </w:p>
        </w:tc>
        <w:tc>
          <w:tcPr>
            <w:tcW w:w="732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1</w:t>
            </w:r>
          </w:p>
        </w:tc>
        <w:tc>
          <w:tcPr>
            <w:tcW w:w="1620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0</w:t>
            </w:r>
          </w:p>
        </w:tc>
        <w:tc>
          <w:tcPr>
            <w:tcW w:w="1668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1</w:t>
            </w:r>
          </w:p>
        </w:tc>
        <w:tc>
          <w:tcPr>
            <w:tcW w:w="1236" w:type="dxa"/>
          </w:tcPr>
          <w:p w:rsidR="0030397D" w:rsidRPr="0030397D" w:rsidRDefault="00D35AEA" w:rsidP="0030397D">
            <w:pPr>
              <w:spacing w:before="86"/>
              <w:ind w:right="60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04</w:t>
            </w:r>
            <w:r w:rsidR="0030397D"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.04.2023</w:t>
            </w:r>
          </w:p>
        </w:tc>
        <w:tc>
          <w:tcPr>
            <w:tcW w:w="2656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Практическая</w:t>
            </w:r>
            <w:r w:rsidRPr="0030397D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работа;</w:t>
            </w:r>
          </w:p>
        </w:tc>
      </w:tr>
      <w:tr w:rsidR="0030397D" w:rsidRPr="0030397D" w:rsidTr="004D53FF">
        <w:trPr>
          <w:trHeight w:val="813"/>
        </w:trPr>
        <w:tc>
          <w:tcPr>
            <w:tcW w:w="689" w:type="dxa"/>
          </w:tcPr>
          <w:p w:rsidR="0030397D" w:rsidRPr="0030397D" w:rsidRDefault="00D35AEA" w:rsidP="0030397D">
            <w:pPr>
              <w:spacing w:before="86"/>
              <w:ind w:right="44"/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12</w:t>
            </w:r>
            <w:r w:rsidR="0030397D"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7.</w:t>
            </w:r>
          </w:p>
        </w:tc>
        <w:tc>
          <w:tcPr>
            <w:tcW w:w="2172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Сложение</w:t>
            </w:r>
            <w:r w:rsidRPr="0030397D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вида</w:t>
            </w:r>
          </w:p>
          <w:p w:rsidR="0030397D" w:rsidRPr="0030397D" w:rsidRDefault="0030397D" w:rsidP="0030397D">
            <w:pPr>
              <w:spacing w:before="6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10"/>
                <w:sz w:val="24"/>
                <w:lang w:val="ru-RU"/>
              </w:rPr>
              <w:t>□</w:t>
            </w:r>
            <w:r w:rsidRPr="0030397D">
              <w:rPr>
                <w:rFonts w:ascii="Times New Roman" w:eastAsia="Times New Roman" w:hAnsi="Times New Roman" w:cs="Times New Roman"/>
                <w:spacing w:val="-9"/>
                <w:w w:val="110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10"/>
                <w:sz w:val="24"/>
                <w:lang w:val="ru-RU"/>
              </w:rPr>
              <w:t>+</w:t>
            </w:r>
            <w:r w:rsidRPr="0030397D">
              <w:rPr>
                <w:rFonts w:ascii="Times New Roman" w:eastAsia="Times New Roman" w:hAnsi="Times New Roman" w:cs="Times New Roman"/>
                <w:spacing w:val="-8"/>
                <w:w w:val="110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10"/>
                <w:sz w:val="24"/>
                <w:lang w:val="ru-RU"/>
              </w:rPr>
              <w:t>5.</w:t>
            </w:r>
          </w:p>
        </w:tc>
        <w:tc>
          <w:tcPr>
            <w:tcW w:w="732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1</w:t>
            </w:r>
          </w:p>
        </w:tc>
        <w:tc>
          <w:tcPr>
            <w:tcW w:w="1620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0</w:t>
            </w:r>
          </w:p>
        </w:tc>
        <w:tc>
          <w:tcPr>
            <w:tcW w:w="1668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1</w:t>
            </w:r>
          </w:p>
        </w:tc>
        <w:tc>
          <w:tcPr>
            <w:tcW w:w="1236" w:type="dxa"/>
          </w:tcPr>
          <w:p w:rsidR="0030397D" w:rsidRPr="0030397D" w:rsidRDefault="00D35AEA" w:rsidP="0030397D">
            <w:pPr>
              <w:spacing w:before="86"/>
              <w:ind w:right="60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05</w:t>
            </w:r>
            <w:r w:rsidR="0030397D"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.04.2023</w:t>
            </w:r>
          </w:p>
        </w:tc>
        <w:tc>
          <w:tcPr>
            <w:tcW w:w="2656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Практическая</w:t>
            </w:r>
            <w:r w:rsidRPr="0030397D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работа;</w:t>
            </w:r>
          </w:p>
        </w:tc>
      </w:tr>
      <w:tr w:rsidR="0030397D" w:rsidRPr="0030397D" w:rsidTr="004D53FF">
        <w:trPr>
          <w:trHeight w:val="1485"/>
        </w:trPr>
        <w:tc>
          <w:tcPr>
            <w:tcW w:w="689" w:type="dxa"/>
          </w:tcPr>
          <w:p w:rsidR="0030397D" w:rsidRPr="0030397D" w:rsidRDefault="00D35AEA" w:rsidP="0030397D">
            <w:pPr>
              <w:spacing w:before="86"/>
              <w:ind w:right="44"/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12</w:t>
            </w:r>
            <w:r w:rsidR="0030397D"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8</w:t>
            </w: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, 129</w:t>
            </w:r>
            <w:r w:rsidR="0030397D"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.</w:t>
            </w:r>
          </w:p>
        </w:tc>
        <w:tc>
          <w:tcPr>
            <w:tcW w:w="2172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pacing w:val="-1"/>
                <w:w w:val="105"/>
                <w:sz w:val="24"/>
                <w:lang w:val="ru-RU"/>
              </w:rPr>
              <w:t>Сложение</w:t>
            </w:r>
            <w:r w:rsidRPr="0030397D">
              <w:rPr>
                <w:rFonts w:ascii="Times New Roman" w:eastAsia="Times New Roman" w:hAnsi="Times New Roman" w:cs="Times New Roman"/>
                <w:spacing w:val="-14"/>
                <w:w w:val="105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24"/>
                <w:lang w:val="ru-RU"/>
              </w:rPr>
              <w:t>вида</w:t>
            </w:r>
            <w:r w:rsidRPr="0030397D">
              <w:rPr>
                <w:rFonts w:ascii="Times New Roman" w:eastAsia="Times New Roman" w:hAnsi="Times New Roman" w:cs="Times New Roman"/>
                <w:spacing w:val="-14"/>
                <w:w w:val="105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24"/>
                <w:lang w:val="ru-RU"/>
              </w:rPr>
              <w:t>□</w:t>
            </w:r>
            <w:r w:rsidRPr="0030397D">
              <w:rPr>
                <w:rFonts w:ascii="Times New Roman" w:eastAsia="Times New Roman" w:hAnsi="Times New Roman" w:cs="Times New Roman"/>
                <w:spacing w:val="-14"/>
                <w:w w:val="105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24"/>
                <w:lang w:val="ru-RU"/>
              </w:rPr>
              <w:t>+</w:t>
            </w:r>
          </w:p>
          <w:p w:rsidR="0030397D" w:rsidRPr="0030397D" w:rsidRDefault="0030397D" w:rsidP="0030397D">
            <w:pPr>
              <w:spacing w:before="60" w:line="292" w:lineRule="auto"/>
              <w:ind w:right="16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6. Проверочная</w:t>
            </w:r>
            <w:r w:rsidRPr="0030397D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работа «Сложение</w:t>
            </w:r>
            <w:r w:rsidRPr="0030397D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чисел».</w:t>
            </w:r>
          </w:p>
        </w:tc>
        <w:tc>
          <w:tcPr>
            <w:tcW w:w="732" w:type="dxa"/>
          </w:tcPr>
          <w:p w:rsidR="0030397D" w:rsidRPr="0030397D" w:rsidRDefault="00D35AEA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2</w:t>
            </w:r>
          </w:p>
        </w:tc>
        <w:tc>
          <w:tcPr>
            <w:tcW w:w="1620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1</w:t>
            </w:r>
          </w:p>
        </w:tc>
        <w:tc>
          <w:tcPr>
            <w:tcW w:w="1668" w:type="dxa"/>
          </w:tcPr>
          <w:p w:rsidR="0030397D" w:rsidRPr="0030397D" w:rsidRDefault="00D35AEA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1</w:t>
            </w:r>
          </w:p>
        </w:tc>
        <w:tc>
          <w:tcPr>
            <w:tcW w:w="1236" w:type="dxa"/>
          </w:tcPr>
          <w:p w:rsidR="0030397D" w:rsidRDefault="00D35AEA" w:rsidP="0030397D">
            <w:pPr>
              <w:spacing w:before="86"/>
              <w:ind w:right="60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06</w:t>
            </w:r>
            <w:r w:rsidR="0030397D"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.04.2023</w:t>
            </w:r>
          </w:p>
          <w:p w:rsidR="00D35AEA" w:rsidRPr="0030397D" w:rsidRDefault="00D35AEA" w:rsidP="0030397D">
            <w:pPr>
              <w:spacing w:before="86"/>
              <w:ind w:right="60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07.04.2023</w:t>
            </w:r>
          </w:p>
        </w:tc>
        <w:tc>
          <w:tcPr>
            <w:tcW w:w="2656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Проверочная</w:t>
            </w:r>
            <w:r w:rsidRPr="0030397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работа;</w:t>
            </w:r>
          </w:p>
        </w:tc>
      </w:tr>
      <w:tr w:rsidR="0030397D" w:rsidRPr="0030397D" w:rsidTr="004D53FF">
        <w:trPr>
          <w:trHeight w:val="813"/>
        </w:trPr>
        <w:tc>
          <w:tcPr>
            <w:tcW w:w="689" w:type="dxa"/>
          </w:tcPr>
          <w:p w:rsidR="0030397D" w:rsidRPr="0030397D" w:rsidRDefault="00D35AEA" w:rsidP="0030397D">
            <w:pPr>
              <w:spacing w:before="86"/>
              <w:ind w:right="44"/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130</w:t>
            </w:r>
            <w:r w:rsidR="0030397D"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.</w:t>
            </w:r>
          </w:p>
        </w:tc>
        <w:tc>
          <w:tcPr>
            <w:tcW w:w="2172" w:type="dxa"/>
          </w:tcPr>
          <w:p w:rsidR="0030397D" w:rsidRPr="0030397D" w:rsidRDefault="0030397D" w:rsidP="0030397D">
            <w:pPr>
              <w:spacing w:before="86" w:line="292" w:lineRule="auto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Сложение</w:t>
            </w:r>
            <w:r w:rsidRPr="0030397D">
              <w:rPr>
                <w:rFonts w:ascii="Times New Roman" w:eastAsia="Times New Roman" w:hAnsi="Times New Roman" w:cs="Times New Roman"/>
                <w:spacing w:val="7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вида</w:t>
            </w:r>
            <w:r w:rsidRPr="0030397D">
              <w:rPr>
                <w:rFonts w:ascii="Times New Roman" w:eastAsia="Times New Roman" w:hAnsi="Times New Roman" w:cs="Times New Roman"/>
                <w:spacing w:val="8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□</w:t>
            </w:r>
            <w:r w:rsidRPr="0030397D">
              <w:rPr>
                <w:rFonts w:ascii="Times New Roman" w:eastAsia="Times New Roman" w:hAnsi="Times New Roman" w:cs="Times New Roman"/>
                <w:spacing w:val="7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+</w:t>
            </w:r>
            <w:r w:rsidRPr="0030397D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24"/>
                <w:lang w:val="ru-RU"/>
              </w:rPr>
              <w:t>7.</w:t>
            </w:r>
          </w:p>
        </w:tc>
        <w:tc>
          <w:tcPr>
            <w:tcW w:w="732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1</w:t>
            </w:r>
          </w:p>
        </w:tc>
        <w:tc>
          <w:tcPr>
            <w:tcW w:w="1620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0</w:t>
            </w:r>
          </w:p>
        </w:tc>
        <w:tc>
          <w:tcPr>
            <w:tcW w:w="1668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1</w:t>
            </w:r>
          </w:p>
        </w:tc>
        <w:tc>
          <w:tcPr>
            <w:tcW w:w="1236" w:type="dxa"/>
          </w:tcPr>
          <w:p w:rsidR="0030397D" w:rsidRPr="0030397D" w:rsidRDefault="00D35AEA" w:rsidP="0030397D">
            <w:pPr>
              <w:spacing w:before="86"/>
              <w:ind w:right="60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10</w:t>
            </w:r>
            <w:r w:rsidR="0030397D"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.04.2023</w:t>
            </w:r>
          </w:p>
        </w:tc>
        <w:tc>
          <w:tcPr>
            <w:tcW w:w="2656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Практическая</w:t>
            </w:r>
            <w:r w:rsidRPr="0030397D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работа;</w:t>
            </w:r>
          </w:p>
        </w:tc>
      </w:tr>
      <w:tr w:rsidR="0030397D" w:rsidRPr="0030397D" w:rsidTr="004D53FF">
        <w:trPr>
          <w:trHeight w:val="813"/>
        </w:trPr>
        <w:tc>
          <w:tcPr>
            <w:tcW w:w="689" w:type="dxa"/>
          </w:tcPr>
          <w:p w:rsidR="0030397D" w:rsidRPr="0030397D" w:rsidRDefault="00D35AEA" w:rsidP="0030397D">
            <w:pPr>
              <w:spacing w:before="86"/>
              <w:ind w:right="44"/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131</w:t>
            </w:r>
            <w:r w:rsidR="0030397D"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.</w:t>
            </w:r>
          </w:p>
        </w:tc>
        <w:tc>
          <w:tcPr>
            <w:tcW w:w="2172" w:type="dxa"/>
          </w:tcPr>
          <w:p w:rsidR="0030397D" w:rsidRPr="0030397D" w:rsidRDefault="0030397D" w:rsidP="0030397D">
            <w:pPr>
              <w:spacing w:before="86" w:line="292" w:lineRule="auto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Сложение</w:t>
            </w:r>
            <w:r w:rsidRPr="0030397D">
              <w:rPr>
                <w:rFonts w:ascii="Times New Roman" w:eastAsia="Times New Roman" w:hAnsi="Times New Roman" w:cs="Times New Roman"/>
                <w:spacing w:val="7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вида</w:t>
            </w:r>
            <w:r w:rsidRPr="0030397D">
              <w:rPr>
                <w:rFonts w:ascii="Times New Roman" w:eastAsia="Times New Roman" w:hAnsi="Times New Roman" w:cs="Times New Roman"/>
                <w:spacing w:val="8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□</w:t>
            </w:r>
            <w:r w:rsidRPr="0030397D">
              <w:rPr>
                <w:rFonts w:ascii="Times New Roman" w:eastAsia="Times New Roman" w:hAnsi="Times New Roman" w:cs="Times New Roman"/>
                <w:spacing w:val="7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+</w:t>
            </w:r>
            <w:r w:rsidRPr="0030397D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05"/>
                <w:sz w:val="24"/>
                <w:lang w:val="ru-RU"/>
              </w:rPr>
              <w:t>7.</w:t>
            </w:r>
          </w:p>
        </w:tc>
        <w:tc>
          <w:tcPr>
            <w:tcW w:w="732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1</w:t>
            </w:r>
          </w:p>
        </w:tc>
        <w:tc>
          <w:tcPr>
            <w:tcW w:w="1620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0</w:t>
            </w:r>
          </w:p>
        </w:tc>
        <w:tc>
          <w:tcPr>
            <w:tcW w:w="1668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1</w:t>
            </w:r>
          </w:p>
        </w:tc>
        <w:tc>
          <w:tcPr>
            <w:tcW w:w="1236" w:type="dxa"/>
          </w:tcPr>
          <w:p w:rsidR="0030397D" w:rsidRPr="0030397D" w:rsidRDefault="00D35AEA" w:rsidP="0030397D">
            <w:pPr>
              <w:spacing w:before="86"/>
              <w:ind w:right="60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11</w:t>
            </w:r>
            <w:r w:rsidR="0030397D"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.04.2023</w:t>
            </w:r>
          </w:p>
        </w:tc>
        <w:tc>
          <w:tcPr>
            <w:tcW w:w="2656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Устный</w:t>
            </w:r>
            <w:r w:rsidRPr="0030397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опрос;</w:t>
            </w:r>
          </w:p>
        </w:tc>
      </w:tr>
      <w:tr w:rsidR="0030397D" w:rsidRPr="0030397D" w:rsidTr="004D53FF">
        <w:trPr>
          <w:trHeight w:val="813"/>
        </w:trPr>
        <w:tc>
          <w:tcPr>
            <w:tcW w:w="689" w:type="dxa"/>
          </w:tcPr>
          <w:p w:rsidR="0030397D" w:rsidRPr="0030397D" w:rsidRDefault="00D35AEA" w:rsidP="0030397D">
            <w:pPr>
              <w:spacing w:before="86"/>
              <w:ind w:right="44"/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132</w:t>
            </w:r>
            <w:r w:rsidR="0030397D"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.</w:t>
            </w:r>
          </w:p>
        </w:tc>
        <w:tc>
          <w:tcPr>
            <w:tcW w:w="2172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Сложение</w:t>
            </w:r>
            <w:r w:rsidRPr="0030397D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вида</w:t>
            </w:r>
          </w:p>
          <w:p w:rsidR="0030397D" w:rsidRPr="0030397D" w:rsidRDefault="0030397D" w:rsidP="0030397D">
            <w:pPr>
              <w:spacing w:before="6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w w:val="110"/>
                <w:sz w:val="24"/>
                <w:lang w:val="ru-RU"/>
              </w:rPr>
              <w:t>□</w:t>
            </w:r>
            <w:r w:rsidRPr="0030397D">
              <w:rPr>
                <w:rFonts w:ascii="Times New Roman" w:eastAsia="Times New Roman" w:hAnsi="Times New Roman" w:cs="Times New Roman"/>
                <w:spacing w:val="-9"/>
                <w:w w:val="110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10"/>
                <w:sz w:val="24"/>
                <w:lang w:val="ru-RU"/>
              </w:rPr>
              <w:t>+</w:t>
            </w:r>
            <w:r w:rsidRPr="0030397D">
              <w:rPr>
                <w:rFonts w:ascii="Times New Roman" w:eastAsia="Times New Roman" w:hAnsi="Times New Roman" w:cs="Times New Roman"/>
                <w:spacing w:val="-8"/>
                <w:w w:val="110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10"/>
                <w:sz w:val="24"/>
                <w:lang w:val="ru-RU"/>
              </w:rPr>
              <w:t>8,</w:t>
            </w:r>
            <w:r w:rsidRPr="0030397D">
              <w:rPr>
                <w:rFonts w:ascii="Times New Roman" w:eastAsia="Times New Roman" w:hAnsi="Times New Roman" w:cs="Times New Roman"/>
                <w:spacing w:val="-8"/>
                <w:w w:val="110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10"/>
                <w:sz w:val="24"/>
                <w:lang w:val="ru-RU"/>
              </w:rPr>
              <w:t>□</w:t>
            </w:r>
            <w:r w:rsidRPr="0030397D">
              <w:rPr>
                <w:rFonts w:ascii="Times New Roman" w:eastAsia="Times New Roman" w:hAnsi="Times New Roman" w:cs="Times New Roman"/>
                <w:spacing w:val="-8"/>
                <w:w w:val="110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10"/>
                <w:sz w:val="24"/>
                <w:lang w:val="ru-RU"/>
              </w:rPr>
              <w:t>+</w:t>
            </w:r>
            <w:r w:rsidRPr="0030397D">
              <w:rPr>
                <w:rFonts w:ascii="Times New Roman" w:eastAsia="Times New Roman" w:hAnsi="Times New Roman" w:cs="Times New Roman"/>
                <w:spacing w:val="-8"/>
                <w:w w:val="110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w w:val="110"/>
                <w:sz w:val="24"/>
                <w:lang w:val="ru-RU"/>
              </w:rPr>
              <w:t>9.</w:t>
            </w:r>
          </w:p>
        </w:tc>
        <w:tc>
          <w:tcPr>
            <w:tcW w:w="732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1</w:t>
            </w:r>
          </w:p>
        </w:tc>
        <w:tc>
          <w:tcPr>
            <w:tcW w:w="1620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0</w:t>
            </w:r>
          </w:p>
        </w:tc>
        <w:tc>
          <w:tcPr>
            <w:tcW w:w="1668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1</w:t>
            </w:r>
          </w:p>
        </w:tc>
        <w:tc>
          <w:tcPr>
            <w:tcW w:w="1236" w:type="dxa"/>
          </w:tcPr>
          <w:p w:rsidR="0030397D" w:rsidRPr="0030397D" w:rsidRDefault="00D35AEA" w:rsidP="0030397D">
            <w:pPr>
              <w:spacing w:before="86"/>
              <w:ind w:right="60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12</w:t>
            </w:r>
            <w:r w:rsidR="0030397D"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.04.2023</w:t>
            </w:r>
          </w:p>
        </w:tc>
        <w:tc>
          <w:tcPr>
            <w:tcW w:w="2656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Практическая</w:t>
            </w:r>
            <w:r w:rsidRPr="0030397D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работа;</w:t>
            </w:r>
          </w:p>
        </w:tc>
      </w:tr>
    </w:tbl>
    <w:p w:rsidR="0030397D" w:rsidRPr="0030397D" w:rsidRDefault="0030397D" w:rsidP="0030397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lang w:val="ru-RU"/>
        </w:rPr>
        <w:sectPr w:rsidR="0030397D" w:rsidRPr="0030397D" w:rsidSect="005B299F">
          <w:pgSz w:w="11900" w:h="16840"/>
          <w:pgMar w:top="560" w:right="560" w:bottom="280" w:left="560" w:header="720" w:footer="720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20"/>
        </w:sectPr>
      </w:pPr>
    </w:p>
    <w:tbl>
      <w:tblPr>
        <w:tblStyle w:val="TableNormal1"/>
        <w:tblW w:w="0" w:type="auto"/>
        <w:tblInd w:w="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689"/>
        <w:gridCol w:w="2172"/>
        <w:gridCol w:w="732"/>
        <w:gridCol w:w="1620"/>
        <w:gridCol w:w="1668"/>
        <w:gridCol w:w="1236"/>
        <w:gridCol w:w="2656"/>
      </w:tblGrid>
      <w:tr w:rsidR="0030397D" w:rsidRPr="0068099F" w:rsidTr="004D53FF">
        <w:trPr>
          <w:trHeight w:val="1485"/>
        </w:trPr>
        <w:tc>
          <w:tcPr>
            <w:tcW w:w="689" w:type="dxa"/>
          </w:tcPr>
          <w:p w:rsidR="0030397D" w:rsidRPr="0030397D" w:rsidRDefault="00D35AEA" w:rsidP="0030397D">
            <w:pPr>
              <w:spacing w:before="86"/>
              <w:ind w:right="44"/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lastRenderedPageBreak/>
              <w:t>133</w:t>
            </w:r>
            <w:r w:rsidR="0030397D"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.</w:t>
            </w:r>
          </w:p>
        </w:tc>
        <w:tc>
          <w:tcPr>
            <w:tcW w:w="2172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Таблица</w:t>
            </w:r>
            <w:r w:rsidRPr="0030397D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сложения</w:t>
            </w:r>
          </w:p>
        </w:tc>
        <w:tc>
          <w:tcPr>
            <w:tcW w:w="732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1</w:t>
            </w:r>
          </w:p>
        </w:tc>
        <w:tc>
          <w:tcPr>
            <w:tcW w:w="1620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0</w:t>
            </w:r>
          </w:p>
        </w:tc>
        <w:tc>
          <w:tcPr>
            <w:tcW w:w="1668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1</w:t>
            </w:r>
          </w:p>
        </w:tc>
        <w:tc>
          <w:tcPr>
            <w:tcW w:w="1236" w:type="dxa"/>
          </w:tcPr>
          <w:p w:rsidR="0030397D" w:rsidRPr="0030397D" w:rsidRDefault="00D35AEA" w:rsidP="0030397D">
            <w:pPr>
              <w:spacing w:before="86"/>
              <w:ind w:right="60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13</w:t>
            </w:r>
            <w:r w:rsidR="0030397D"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.04.2023</w:t>
            </w:r>
          </w:p>
        </w:tc>
        <w:tc>
          <w:tcPr>
            <w:tcW w:w="2656" w:type="dxa"/>
          </w:tcPr>
          <w:p w:rsidR="0030397D" w:rsidRPr="0030397D" w:rsidRDefault="0030397D" w:rsidP="0030397D">
            <w:pPr>
              <w:spacing w:before="86" w:line="292" w:lineRule="auto"/>
              <w:ind w:right="782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Самооценка с</w:t>
            </w:r>
            <w:r w:rsidRPr="0030397D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>использованием</w:t>
            </w:r>
          </w:p>
          <w:p w:rsidR="0030397D" w:rsidRPr="0030397D" w:rsidRDefault="0030397D" w:rsidP="0030397D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«Оценочного</w:t>
            </w:r>
            <w:r w:rsidRPr="0030397D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листа»;</w:t>
            </w:r>
          </w:p>
          <w:p w:rsidR="0030397D" w:rsidRPr="0030397D" w:rsidRDefault="0030397D" w:rsidP="0030397D">
            <w:pPr>
              <w:spacing w:before="6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</w:p>
        </w:tc>
      </w:tr>
      <w:tr w:rsidR="0030397D" w:rsidRPr="0030397D" w:rsidTr="004D53FF">
        <w:trPr>
          <w:trHeight w:val="813"/>
        </w:trPr>
        <w:tc>
          <w:tcPr>
            <w:tcW w:w="689" w:type="dxa"/>
          </w:tcPr>
          <w:p w:rsidR="0030397D" w:rsidRPr="0030397D" w:rsidRDefault="00D35AEA" w:rsidP="0030397D">
            <w:pPr>
              <w:spacing w:before="86"/>
              <w:ind w:right="44"/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134</w:t>
            </w:r>
            <w:r w:rsidR="0030397D"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.</w:t>
            </w:r>
          </w:p>
        </w:tc>
        <w:tc>
          <w:tcPr>
            <w:tcW w:w="2172" w:type="dxa"/>
          </w:tcPr>
          <w:p w:rsidR="0030397D" w:rsidRPr="0030397D" w:rsidRDefault="0030397D" w:rsidP="0030397D">
            <w:pPr>
              <w:spacing w:before="86" w:line="292" w:lineRule="auto"/>
              <w:ind w:right="36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Решение задач и</w:t>
            </w:r>
            <w:r w:rsidRPr="0030397D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выражений.</w:t>
            </w:r>
          </w:p>
        </w:tc>
        <w:tc>
          <w:tcPr>
            <w:tcW w:w="732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1</w:t>
            </w:r>
          </w:p>
        </w:tc>
        <w:tc>
          <w:tcPr>
            <w:tcW w:w="1620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0</w:t>
            </w:r>
          </w:p>
        </w:tc>
        <w:tc>
          <w:tcPr>
            <w:tcW w:w="1668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1</w:t>
            </w:r>
          </w:p>
        </w:tc>
        <w:tc>
          <w:tcPr>
            <w:tcW w:w="1236" w:type="dxa"/>
          </w:tcPr>
          <w:p w:rsidR="0030397D" w:rsidRPr="00D138AD" w:rsidRDefault="00D35AEA" w:rsidP="0030397D">
            <w:pPr>
              <w:spacing w:before="86"/>
              <w:ind w:right="60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D138AD">
              <w:rPr>
                <w:rFonts w:ascii="Times New Roman" w:eastAsia="Times New Roman" w:hAnsi="Times New Roman" w:cs="Times New Roman"/>
                <w:sz w:val="24"/>
                <w:lang w:val="ru-RU"/>
              </w:rPr>
              <w:t>14</w:t>
            </w:r>
            <w:r w:rsidR="0030397D" w:rsidRPr="00D138AD">
              <w:rPr>
                <w:rFonts w:ascii="Times New Roman" w:eastAsia="Times New Roman" w:hAnsi="Times New Roman" w:cs="Times New Roman"/>
                <w:sz w:val="24"/>
                <w:lang w:val="ru-RU"/>
              </w:rPr>
              <w:t>.04.2023</w:t>
            </w:r>
          </w:p>
        </w:tc>
        <w:tc>
          <w:tcPr>
            <w:tcW w:w="2656" w:type="dxa"/>
          </w:tcPr>
          <w:p w:rsidR="0030397D" w:rsidRPr="00D138A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D138AD">
              <w:rPr>
                <w:rFonts w:ascii="Times New Roman" w:eastAsia="Times New Roman" w:hAnsi="Times New Roman" w:cs="Times New Roman"/>
                <w:sz w:val="24"/>
                <w:lang w:val="ru-RU"/>
              </w:rPr>
              <w:t>Практическая</w:t>
            </w:r>
            <w:r w:rsidRPr="00D138AD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D138AD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работа;</w:t>
            </w:r>
          </w:p>
        </w:tc>
      </w:tr>
      <w:tr w:rsidR="0030397D" w:rsidRPr="0030397D" w:rsidTr="004D53FF">
        <w:trPr>
          <w:trHeight w:val="2157"/>
        </w:trPr>
        <w:tc>
          <w:tcPr>
            <w:tcW w:w="689" w:type="dxa"/>
          </w:tcPr>
          <w:p w:rsidR="0030397D" w:rsidRPr="0030397D" w:rsidRDefault="00D35AEA" w:rsidP="0030397D">
            <w:pPr>
              <w:spacing w:before="86"/>
              <w:ind w:right="44"/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135</w:t>
            </w:r>
            <w:r w:rsidR="0030397D"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.</w:t>
            </w:r>
          </w:p>
        </w:tc>
        <w:tc>
          <w:tcPr>
            <w:tcW w:w="2172" w:type="dxa"/>
          </w:tcPr>
          <w:p w:rsidR="0030397D" w:rsidRPr="0030397D" w:rsidRDefault="0030397D" w:rsidP="0030397D">
            <w:pPr>
              <w:spacing w:before="86" w:line="292" w:lineRule="auto"/>
              <w:ind w:right="51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Закрепление</w:t>
            </w:r>
            <w:r w:rsidRPr="0030397D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знаний</w:t>
            </w:r>
            <w:r w:rsidRPr="0030397D">
              <w:rPr>
                <w:rFonts w:ascii="Times New Roman" w:eastAsia="Times New Roman" w:hAnsi="Times New Roman" w:cs="Times New Roman"/>
                <w:spacing w:val="-3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по</w:t>
            </w:r>
            <w:r w:rsidRPr="0030397D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теме</w:t>
            </w:r>
          </w:p>
          <w:p w:rsidR="0030397D" w:rsidRPr="0030397D" w:rsidRDefault="0030397D" w:rsidP="0030397D">
            <w:pPr>
              <w:spacing w:line="292" w:lineRule="auto"/>
              <w:ind w:right="6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«Табличное</w:t>
            </w:r>
            <w:r w:rsidRPr="0030397D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сложение». Тест по</w:t>
            </w:r>
            <w:r w:rsidRPr="0030397D">
              <w:rPr>
                <w:rFonts w:ascii="Times New Roman" w:eastAsia="Times New Roman" w:hAnsi="Times New Roman" w:cs="Times New Roman"/>
                <w:spacing w:val="-58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теме «Табличное</w:t>
            </w:r>
            <w:r w:rsidRPr="0030397D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сложение».</w:t>
            </w:r>
          </w:p>
        </w:tc>
        <w:tc>
          <w:tcPr>
            <w:tcW w:w="732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1</w:t>
            </w:r>
          </w:p>
        </w:tc>
        <w:tc>
          <w:tcPr>
            <w:tcW w:w="1620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0</w:t>
            </w:r>
          </w:p>
        </w:tc>
        <w:tc>
          <w:tcPr>
            <w:tcW w:w="1668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1</w:t>
            </w:r>
          </w:p>
        </w:tc>
        <w:tc>
          <w:tcPr>
            <w:tcW w:w="1236" w:type="dxa"/>
          </w:tcPr>
          <w:p w:rsidR="0030397D" w:rsidRPr="0030397D" w:rsidRDefault="00D138AD" w:rsidP="0030397D">
            <w:pPr>
              <w:spacing w:before="86"/>
              <w:ind w:right="60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17</w:t>
            </w:r>
            <w:r w:rsidR="0030397D"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.04.2023</w:t>
            </w:r>
          </w:p>
        </w:tc>
        <w:tc>
          <w:tcPr>
            <w:tcW w:w="2656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Тестирование;</w:t>
            </w:r>
          </w:p>
        </w:tc>
      </w:tr>
      <w:tr w:rsidR="0030397D" w:rsidRPr="0030397D" w:rsidTr="004D53FF">
        <w:trPr>
          <w:trHeight w:val="1149"/>
        </w:trPr>
        <w:tc>
          <w:tcPr>
            <w:tcW w:w="689" w:type="dxa"/>
          </w:tcPr>
          <w:p w:rsidR="0030397D" w:rsidRPr="0030397D" w:rsidRDefault="00D138AD" w:rsidP="0030397D">
            <w:pPr>
              <w:spacing w:before="86"/>
              <w:ind w:right="44"/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136, 137</w:t>
            </w:r>
            <w:r w:rsidR="0030397D"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.</w:t>
            </w:r>
          </w:p>
        </w:tc>
        <w:tc>
          <w:tcPr>
            <w:tcW w:w="2172" w:type="dxa"/>
          </w:tcPr>
          <w:p w:rsidR="0030397D" w:rsidRPr="0030397D" w:rsidRDefault="0030397D" w:rsidP="0030397D">
            <w:pPr>
              <w:spacing w:before="86" w:line="292" w:lineRule="auto"/>
              <w:ind w:right="51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Приём вычитания с</w:t>
            </w:r>
            <w:r w:rsidRPr="0030397D">
              <w:rPr>
                <w:rFonts w:ascii="Times New Roman" w:eastAsia="Times New Roman" w:hAnsi="Times New Roman" w:cs="Times New Roman"/>
                <w:spacing w:val="-58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переходом через</w:t>
            </w:r>
            <w:r w:rsidRPr="0030397D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десяток.</w:t>
            </w:r>
          </w:p>
        </w:tc>
        <w:tc>
          <w:tcPr>
            <w:tcW w:w="732" w:type="dxa"/>
          </w:tcPr>
          <w:p w:rsidR="0030397D" w:rsidRPr="0030397D" w:rsidRDefault="00D138A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2</w:t>
            </w:r>
          </w:p>
        </w:tc>
        <w:tc>
          <w:tcPr>
            <w:tcW w:w="1620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0</w:t>
            </w:r>
          </w:p>
        </w:tc>
        <w:tc>
          <w:tcPr>
            <w:tcW w:w="1668" w:type="dxa"/>
          </w:tcPr>
          <w:p w:rsidR="0030397D" w:rsidRPr="0030397D" w:rsidRDefault="00D138A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2</w:t>
            </w:r>
          </w:p>
        </w:tc>
        <w:tc>
          <w:tcPr>
            <w:tcW w:w="1236" w:type="dxa"/>
          </w:tcPr>
          <w:p w:rsidR="0030397D" w:rsidRDefault="00D138AD" w:rsidP="0030397D">
            <w:pPr>
              <w:spacing w:before="86"/>
              <w:ind w:right="60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18.</w:t>
            </w:r>
            <w:r w:rsidR="0030397D"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04.2023</w:t>
            </w:r>
          </w:p>
          <w:p w:rsidR="00D138AD" w:rsidRPr="0030397D" w:rsidRDefault="00D138AD" w:rsidP="0030397D">
            <w:pPr>
              <w:spacing w:before="86"/>
              <w:ind w:right="60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19.04.2023</w:t>
            </w:r>
          </w:p>
        </w:tc>
        <w:tc>
          <w:tcPr>
            <w:tcW w:w="2656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Практическая</w:t>
            </w:r>
            <w:r w:rsidRPr="0030397D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работа;</w:t>
            </w:r>
          </w:p>
        </w:tc>
      </w:tr>
      <w:tr w:rsidR="0030397D" w:rsidRPr="0030397D" w:rsidTr="004D53FF">
        <w:trPr>
          <w:trHeight w:val="813"/>
        </w:trPr>
        <w:tc>
          <w:tcPr>
            <w:tcW w:w="689" w:type="dxa"/>
          </w:tcPr>
          <w:p w:rsidR="0030397D" w:rsidRPr="0030397D" w:rsidRDefault="00D138AD" w:rsidP="0030397D">
            <w:pPr>
              <w:spacing w:before="86"/>
              <w:ind w:right="44"/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138</w:t>
            </w:r>
            <w:r w:rsidR="0030397D"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.</w:t>
            </w:r>
          </w:p>
        </w:tc>
        <w:tc>
          <w:tcPr>
            <w:tcW w:w="2172" w:type="dxa"/>
          </w:tcPr>
          <w:p w:rsidR="0030397D" w:rsidRPr="0030397D" w:rsidRDefault="0030397D" w:rsidP="0030397D">
            <w:pPr>
              <w:spacing w:before="86" w:line="292" w:lineRule="auto"/>
              <w:ind w:right="38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Вычитание вида</w:t>
            </w:r>
            <w:r w:rsidRPr="0030397D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11</w:t>
            </w:r>
            <w:r w:rsidRPr="0030397D">
              <w:rPr>
                <w:rFonts w:ascii="Times New Roman" w:eastAsia="Times New Roman" w:hAnsi="Times New Roman" w:cs="Times New Roman"/>
                <w:spacing w:val="2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–</w:t>
            </w:r>
            <w:r w:rsidRPr="0030397D">
              <w:rPr>
                <w:rFonts w:ascii="Times New Roman" w:eastAsia="Times New Roman" w:hAnsi="Times New Roman" w:cs="Times New Roman"/>
                <w:spacing w:val="2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□.</w:t>
            </w:r>
          </w:p>
        </w:tc>
        <w:tc>
          <w:tcPr>
            <w:tcW w:w="732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1</w:t>
            </w:r>
          </w:p>
        </w:tc>
        <w:tc>
          <w:tcPr>
            <w:tcW w:w="1620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0</w:t>
            </w:r>
          </w:p>
        </w:tc>
        <w:tc>
          <w:tcPr>
            <w:tcW w:w="1668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1</w:t>
            </w:r>
          </w:p>
        </w:tc>
        <w:tc>
          <w:tcPr>
            <w:tcW w:w="1236" w:type="dxa"/>
          </w:tcPr>
          <w:p w:rsidR="0030397D" w:rsidRPr="0030397D" w:rsidRDefault="00D138AD" w:rsidP="0030397D">
            <w:pPr>
              <w:spacing w:before="86"/>
              <w:ind w:right="60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20.04</w:t>
            </w:r>
            <w:r w:rsidR="0030397D"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.2023</w:t>
            </w:r>
          </w:p>
        </w:tc>
        <w:tc>
          <w:tcPr>
            <w:tcW w:w="2656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Практическая</w:t>
            </w:r>
            <w:r w:rsidRPr="0030397D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работа;</w:t>
            </w:r>
          </w:p>
        </w:tc>
      </w:tr>
      <w:tr w:rsidR="0030397D" w:rsidRPr="0030397D" w:rsidTr="004D53FF">
        <w:trPr>
          <w:trHeight w:val="813"/>
        </w:trPr>
        <w:tc>
          <w:tcPr>
            <w:tcW w:w="689" w:type="dxa"/>
          </w:tcPr>
          <w:p w:rsidR="0030397D" w:rsidRPr="0030397D" w:rsidRDefault="00D138AD" w:rsidP="0030397D">
            <w:pPr>
              <w:spacing w:before="86"/>
              <w:ind w:right="44"/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139</w:t>
            </w:r>
            <w:r w:rsidR="0030397D"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.</w:t>
            </w:r>
          </w:p>
        </w:tc>
        <w:tc>
          <w:tcPr>
            <w:tcW w:w="2172" w:type="dxa"/>
          </w:tcPr>
          <w:p w:rsidR="0030397D" w:rsidRPr="0030397D" w:rsidRDefault="0030397D" w:rsidP="0030397D">
            <w:pPr>
              <w:spacing w:before="86" w:line="292" w:lineRule="auto"/>
              <w:ind w:right="38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Вычитание вида</w:t>
            </w:r>
            <w:r w:rsidRPr="0030397D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12</w:t>
            </w:r>
            <w:r w:rsidRPr="0030397D">
              <w:rPr>
                <w:rFonts w:ascii="Times New Roman" w:eastAsia="Times New Roman" w:hAnsi="Times New Roman" w:cs="Times New Roman"/>
                <w:spacing w:val="2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–</w:t>
            </w:r>
            <w:r w:rsidRPr="0030397D">
              <w:rPr>
                <w:rFonts w:ascii="Times New Roman" w:eastAsia="Times New Roman" w:hAnsi="Times New Roman" w:cs="Times New Roman"/>
                <w:spacing w:val="2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□.</w:t>
            </w:r>
          </w:p>
        </w:tc>
        <w:tc>
          <w:tcPr>
            <w:tcW w:w="732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1</w:t>
            </w:r>
          </w:p>
        </w:tc>
        <w:tc>
          <w:tcPr>
            <w:tcW w:w="1620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0</w:t>
            </w:r>
          </w:p>
        </w:tc>
        <w:tc>
          <w:tcPr>
            <w:tcW w:w="1668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1</w:t>
            </w:r>
          </w:p>
        </w:tc>
        <w:tc>
          <w:tcPr>
            <w:tcW w:w="1236" w:type="dxa"/>
          </w:tcPr>
          <w:p w:rsidR="0030397D" w:rsidRPr="0030397D" w:rsidRDefault="00D138AD" w:rsidP="0030397D">
            <w:pPr>
              <w:spacing w:before="86"/>
              <w:ind w:right="60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21.04</w:t>
            </w:r>
            <w:r w:rsidR="0030397D"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.2023</w:t>
            </w:r>
          </w:p>
        </w:tc>
        <w:tc>
          <w:tcPr>
            <w:tcW w:w="2656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Практическая</w:t>
            </w:r>
            <w:r w:rsidRPr="0030397D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работа;</w:t>
            </w:r>
          </w:p>
        </w:tc>
      </w:tr>
      <w:tr w:rsidR="0030397D" w:rsidRPr="0030397D" w:rsidTr="004D53FF">
        <w:trPr>
          <w:trHeight w:val="813"/>
        </w:trPr>
        <w:tc>
          <w:tcPr>
            <w:tcW w:w="689" w:type="dxa"/>
          </w:tcPr>
          <w:p w:rsidR="0030397D" w:rsidRPr="0030397D" w:rsidRDefault="00D138AD" w:rsidP="0030397D">
            <w:pPr>
              <w:spacing w:before="86"/>
              <w:ind w:right="44"/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140</w:t>
            </w:r>
            <w:r w:rsidR="0030397D"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.</w:t>
            </w:r>
          </w:p>
        </w:tc>
        <w:tc>
          <w:tcPr>
            <w:tcW w:w="2172" w:type="dxa"/>
          </w:tcPr>
          <w:p w:rsidR="0030397D" w:rsidRPr="0030397D" w:rsidRDefault="0030397D" w:rsidP="0030397D">
            <w:pPr>
              <w:spacing w:before="86" w:line="292" w:lineRule="auto"/>
              <w:ind w:right="38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Вычитание вида</w:t>
            </w:r>
            <w:r w:rsidRPr="0030397D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13</w:t>
            </w:r>
            <w:r w:rsidRPr="0030397D">
              <w:rPr>
                <w:rFonts w:ascii="Times New Roman" w:eastAsia="Times New Roman" w:hAnsi="Times New Roman" w:cs="Times New Roman"/>
                <w:spacing w:val="2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–</w:t>
            </w:r>
            <w:r w:rsidRPr="0030397D">
              <w:rPr>
                <w:rFonts w:ascii="Times New Roman" w:eastAsia="Times New Roman" w:hAnsi="Times New Roman" w:cs="Times New Roman"/>
                <w:spacing w:val="2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□.</w:t>
            </w:r>
          </w:p>
        </w:tc>
        <w:tc>
          <w:tcPr>
            <w:tcW w:w="732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1</w:t>
            </w:r>
          </w:p>
        </w:tc>
        <w:tc>
          <w:tcPr>
            <w:tcW w:w="1620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0</w:t>
            </w:r>
          </w:p>
        </w:tc>
        <w:tc>
          <w:tcPr>
            <w:tcW w:w="1668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1</w:t>
            </w:r>
          </w:p>
        </w:tc>
        <w:tc>
          <w:tcPr>
            <w:tcW w:w="1236" w:type="dxa"/>
          </w:tcPr>
          <w:p w:rsidR="0030397D" w:rsidRPr="0030397D" w:rsidRDefault="00D138AD" w:rsidP="0030397D">
            <w:pPr>
              <w:spacing w:before="86"/>
              <w:ind w:right="60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24.04</w:t>
            </w:r>
            <w:r w:rsidR="0030397D"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.2023</w:t>
            </w:r>
          </w:p>
        </w:tc>
        <w:tc>
          <w:tcPr>
            <w:tcW w:w="2656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Практическая</w:t>
            </w:r>
            <w:r w:rsidRPr="0030397D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работа;</w:t>
            </w:r>
          </w:p>
        </w:tc>
      </w:tr>
      <w:tr w:rsidR="0030397D" w:rsidRPr="0030397D" w:rsidTr="004D53FF">
        <w:trPr>
          <w:trHeight w:val="813"/>
        </w:trPr>
        <w:tc>
          <w:tcPr>
            <w:tcW w:w="689" w:type="dxa"/>
          </w:tcPr>
          <w:p w:rsidR="0030397D" w:rsidRPr="0030397D" w:rsidRDefault="00D138AD" w:rsidP="0030397D">
            <w:pPr>
              <w:spacing w:before="86"/>
              <w:ind w:right="44"/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141</w:t>
            </w:r>
            <w:r w:rsidR="0030397D"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.</w:t>
            </w:r>
          </w:p>
        </w:tc>
        <w:tc>
          <w:tcPr>
            <w:tcW w:w="2172" w:type="dxa"/>
          </w:tcPr>
          <w:p w:rsidR="0030397D" w:rsidRPr="0030397D" w:rsidRDefault="0030397D" w:rsidP="0030397D">
            <w:pPr>
              <w:spacing w:before="86" w:line="292" w:lineRule="auto"/>
              <w:ind w:right="333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Вычитание</w:t>
            </w:r>
            <w:r w:rsidRPr="0030397D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вида</w:t>
            </w:r>
            <w:r w:rsidRPr="0030397D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14</w:t>
            </w:r>
            <w:r w:rsidRPr="0030397D">
              <w:rPr>
                <w:rFonts w:ascii="Times New Roman" w:eastAsia="Times New Roman" w:hAnsi="Times New Roman" w:cs="Times New Roman"/>
                <w:spacing w:val="2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–</w:t>
            </w:r>
            <w:r w:rsidRPr="0030397D">
              <w:rPr>
                <w:rFonts w:ascii="Times New Roman" w:eastAsia="Times New Roman" w:hAnsi="Times New Roman" w:cs="Times New Roman"/>
                <w:spacing w:val="2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□.</w:t>
            </w:r>
          </w:p>
        </w:tc>
        <w:tc>
          <w:tcPr>
            <w:tcW w:w="732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1</w:t>
            </w:r>
          </w:p>
        </w:tc>
        <w:tc>
          <w:tcPr>
            <w:tcW w:w="1620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0</w:t>
            </w:r>
          </w:p>
        </w:tc>
        <w:tc>
          <w:tcPr>
            <w:tcW w:w="1668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1</w:t>
            </w:r>
          </w:p>
        </w:tc>
        <w:tc>
          <w:tcPr>
            <w:tcW w:w="1236" w:type="dxa"/>
          </w:tcPr>
          <w:p w:rsidR="0030397D" w:rsidRPr="0030397D" w:rsidRDefault="00D138AD" w:rsidP="0030397D">
            <w:pPr>
              <w:spacing w:before="86"/>
              <w:ind w:right="60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25.04</w:t>
            </w:r>
            <w:r w:rsidR="0030397D"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.2023</w:t>
            </w:r>
          </w:p>
        </w:tc>
        <w:tc>
          <w:tcPr>
            <w:tcW w:w="2656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Практическая</w:t>
            </w:r>
            <w:r w:rsidRPr="0030397D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работа;</w:t>
            </w:r>
          </w:p>
        </w:tc>
      </w:tr>
      <w:tr w:rsidR="0030397D" w:rsidRPr="005B299F" w:rsidTr="004D53FF">
        <w:trPr>
          <w:trHeight w:val="2157"/>
        </w:trPr>
        <w:tc>
          <w:tcPr>
            <w:tcW w:w="689" w:type="dxa"/>
          </w:tcPr>
          <w:p w:rsidR="0030397D" w:rsidRPr="0030397D" w:rsidRDefault="00D138AD" w:rsidP="0030397D">
            <w:pPr>
              <w:spacing w:before="86"/>
              <w:ind w:right="44"/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142</w:t>
            </w:r>
            <w:r w:rsidR="0030397D"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.</w:t>
            </w:r>
          </w:p>
        </w:tc>
        <w:tc>
          <w:tcPr>
            <w:tcW w:w="2172" w:type="dxa"/>
          </w:tcPr>
          <w:p w:rsidR="0030397D" w:rsidRPr="0030397D" w:rsidRDefault="0030397D" w:rsidP="0030397D">
            <w:pPr>
              <w:spacing w:before="86" w:line="292" w:lineRule="auto"/>
              <w:ind w:right="273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Промежуточная</w:t>
            </w:r>
            <w:r w:rsidRPr="0030397D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аттестация. КМС</w:t>
            </w:r>
            <w:r w:rsidRPr="0030397D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по оценке уровня</w:t>
            </w:r>
            <w:r w:rsidRPr="0030397D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proofErr w:type="spellStart"/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обученности</w:t>
            </w:r>
            <w:proofErr w:type="spellEnd"/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.</w:t>
            </w:r>
          </w:p>
          <w:p w:rsidR="0030397D" w:rsidRPr="0030397D" w:rsidRDefault="0030397D" w:rsidP="0030397D">
            <w:pPr>
              <w:spacing w:line="292" w:lineRule="auto"/>
              <w:ind w:right="1041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Итоговый</w:t>
            </w:r>
            <w:r w:rsidRPr="0030397D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контроль.</w:t>
            </w:r>
          </w:p>
        </w:tc>
        <w:tc>
          <w:tcPr>
            <w:tcW w:w="732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1</w:t>
            </w:r>
          </w:p>
        </w:tc>
        <w:tc>
          <w:tcPr>
            <w:tcW w:w="1620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1</w:t>
            </w:r>
          </w:p>
        </w:tc>
        <w:tc>
          <w:tcPr>
            <w:tcW w:w="1668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0</w:t>
            </w:r>
          </w:p>
        </w:tc>
        <w:tc>
          <w:tcPr>
            <w:tcW w:w="1236" w:type="dxa"/>
          </w:tcPr>
          <w:p w:rsidR="0030397D" w:rsidRPr="0030397D" w:rsidRDefault="00D138AD" w:rsidP="0030397D">
            <w:pPr>
              <w:spacing w:before="86"/>
              <w:ind w:right="60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26.04</w:t>
            </w:r>
            <w:r w:rsidR="0030397D"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.2023</w:t>
            </w:r>
          </w:p>
        </w:tc>
        <w:tc>
          <w:tcPr>
            <w:tcW w:w="2656" w:type="dxa"/>
          </w:tcPr>
          <w:p w:rsidR="0030397D" w:rsidRPr="0030397D" w:rsidRDefault="0030397D" w:rsidP="0030397D">
            <w:pPr>
              <w:spacing w:before="86" w:line="292" w:lineRule="auto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Промежуточная</w:t>
            </w:r>
            <w:r w:rsidRPr="0030397D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аттестация.</w:t>
            </w:r>
            <w:r w:rsidR="00D138AD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КМС по</w:t>
            </w:r>
            <w:r w:rsidRPr="0030397D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оценке уровня</w:t>
            </w:r>
            <w:r w:rsidRPr="0030397D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="00D138AD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 </w:t>
            </w:r>
            <w:proofErr w:type="spellStart"/>
            <w:r w:rsidRPr="0030397D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>обученности</w:t>
            </w:r>
            <w:proofErr w:type="spellEnd"/>
            <w:r w:rsidRPr="0030397D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>.</w:t>
            </w:r>
            <w:r w:rsidR="00D138AD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>Итоговый</w:t>
            </w:r>
            <w:r w:rsidRPr="0030397D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контроль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;</w:t>
            </w:r>
          </w:p>
        </w:tc>
      </w:tr>
      <w:tr w:rsidR="0030397D" w:rsidRPr="0068099F" w:rsidTr="004D53FF">
        <w:trPr>
          <w:trHeight w:val="1485"/>
        </w:trPr>
        <w:tc>
          <w:tcPr>
            <w:tcW w:w="689" w:type="dxa"/>
          </w:tcPr>
          <w:p w:rsidR="0030397D" w:rsidRPr="0030397D" w:rsidRDefault="00D138AD" w:rsidP="0030397D">
            <w:pPr>
              <w:spacing w:before="86"/>
              <w:ind w:right="44"/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143</w:t>
            </w:r>
            <w:r w:rsidR="0030397D"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.</w:t>
            </w:r>
          </w:p>
        </w:tc>
        <w:tc>
          <w:tcPr>
            <w:tcW w:w="2172" w:type="dxa"/>
          </w:tcPr>
          <w:p w:rsidR="0030397D" w:rsidRPr="0030397D" w:rsidRDefault="0030397D" w:rsidP="0030397D">
            <w:pPr>
              <w:spacing w:before="86" w:line="292" w:lineRule="auto"/>
              <w:ind w:right="333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Работа над</w:t>
            </w:r>
            <w:r w:rsidRPr="0030397D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ошибками.</w:t>
            </w:r>
            <w:r w:rsidRPr="0030397D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Вычитание</w:t>
            </w:r>
            <w:r w:rsidRPr="0030397D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вида</w:t>
            </w:r>
            <w:r w:rsidRPr="0030397D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15</w:t>
            </w:r>
            <w:r w:rsidRPr="0030397D">
              <w:rPr>
                <w:rFonts w:ascii="Times New Roman" w:eastAsia="Times New Roman" w:hAnsi="Times New Roman" w:cs="Times New Roman"/>
                <w:spacing w:val="2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–</w:t>
            </w:r>
            <w:r w:rsidRPr="0030397D">
              <w:rPr>
                <w:rFonts w:ascii="Times New Roman" w:eastAsia="Times New Roman" w:hAnsi="Times New Roman" w:cs="Times New Roman"/>
                <w:spacing w:val="2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□.</w:t>
            </w:r>
          </w:p>
        </w:tc>
        <w:tc>
          <w:tcPr>
            <w:tcW w:w="732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1</w:t>
            </w:r>
          </w:p>
        </w:tc>
        <w:tc>
          <w:tcPr>
            <w:tcW w:w="1620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0</w:t>
            </w:r>
          </w:p>
        </w:tc>
        <w:tc>
          <w:tcPr>
            <w:tcW w:w="1668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1</w:t>
            </w:r>
          </w:p>
        </w:tc>
        <w:tc>
          <w:tcPr>
            <w:tcW w:w="1236" w:type="dxa"/>
          </w:tcPr>
          <w:p w:rsidR="0030397D" w:rsidRPr="0030397D" w:rsidRDefault="00D138AD" w:rsidP="0030397D">
            <w:pPr>
              <w:spacing w:before="86"/>
              <w:ind w:right="60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27.04</w:t>
            </w:r>
            <w:r w:rsidR="0030397D"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.2023</w:t>
            </w:r>
          </w:p>
        </w:tc>
        <w:tc>
          <w:tcPr>
            <w:tcW w:w="2656" w:type="dxa"/>
          </w:tcPr>
          <w:p w:rsidR="0030397D" w:rsidRPr="0030397D" w:rsidRDefault="0030397D" w:rsidP="0030397D">
            <w:pPr>
              <w:spacing w:before="86" w:line="292" w:lineRule="auto"/>
              <w:ind w:right="782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Самооценка с</w:t>
            </w:r>
            <w:r w:rsidRPr="0030397D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>использованием</w:t>
            </w:r>
          </w:p>
          <w:p w:rsidR="0030397D" w:rsidRPr="0030397D" w:rsidRDefault="0030397D" w:rsidP="0030397D">
            <w:pPr>
              <w:spacing w:line="292" w:lineRule="auto"/>
              <w:ind w:right="84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«Оценочного листа»;</w:t>
            </w:r>
            <w:r w:rsidRPr="0030397D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Работа</w:t>
            </w:r>
            <w:r w:rsidRPr="0030397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над</w:t>
            </w:r>
            <w:r w:rsidRPr="0030397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ошибками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;</w:t>
            </w:r>
          </w:p>
        </w:tc>
      </w:tr>
      <w:tr w:rsidR="0030397D" w:rsidRPr="0030397D" w:rsidTr="004D53FF">
        <w:trPr>
          <w:trHeight w:val="813"/>
        </w:trPr>
        <w:tc>
          <w:tcPr>
            <w:tcW w:w="689" w:type="dxa"/>
          </w:tcPr>
          <w:p w:rsidR="0030397D" w:rsidRPr="0030397D" w:rsidRDefault="00D138AD" w:rsidP="0030397D">
            <w:pPr>
              <w:spacing w:before="86"/>
              <w:ind w:right="44"/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144</w:t>
            </w:r>
            <w:r w:rsidR="0030397D"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.</w:t>
            </w:r>
          </w:p>
        </w:tc>
        <w:tc>
          <w:tcPr>
            <w:tcW w:w="2172" w:type="dxa"/>
          </w:tcPr>
          <w:p w:rsidR="0030397D" w:rsidRPr="0030397D" w:rsidRDefault="0030397D" w:rsidP="0030397D">
            <w:pPr>
              <w:spacing w:before="86" w:line="292" w:lineRule="auto"/>
              <w:ind w:right="38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Вычитание вида</w:t>
            </w:r>
            <w:r w:rsidRPr="0030397D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16</w:t>
            </w:r>
            <w:r w:rsidRPr="0030397D">
              <w:rPr>
                <w:rFonts w:ascii="Times New Roman" w:eastAsia="Times New Roman" w:hAnsi="Times New Roman" w:cs="Times New Roman"/>
                <w:spacing w:val="2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–</w:t>
            </w:r>
            <w:r w:rsidRPr="0030397D">
              <w:rPr>
                <w:rFonts w:ascii="Times New Roman" w:eastAsia="Times New Roman" w:hAnsi="Times New Roman" w:cs="Times New Roman"/>
                <w:spacing w:val="2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□.</w:t>
            </w:r>
          </w:p>
        </w:tc>
        <w:tc>
          <w:tcPr>
            <w:tcW w:w="732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1</w:t>
            </w:r>
          </w:p>
        </w:tc>
        <w:tc>
          <w:tcPr>
            <w:tcW w:w="1620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0</w:t>
            </w:r>
          </w:p>
        </w:tc>
        <w:tc>
          <w:tcPr>
            <w:tcW w:w="1668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1</w:t>
            </w:r>
          </w:p>
        </w:tc>
        <w:tc>
          <w:tcPr>
            <w:tcW w:w="1236" w:type="dxa"/>
          </w:tcPr>
          <w:p w:rsidR="0030397D" w:rsidRPr="0030397D" w:rsidRDefault="00D138AD" w:rsidP="0030397D">
            <w:pPr>
              <w:spacing w:before="86"/>
              <w:ind w:right="60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28.04</w:t>
            </w:r>
            <w:r w:rsidR="0030397D"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.2023</w:t>
            </w:r>
          </w:p>
        </w:tc>
        <w:tc>
          <w:tcPr>
            <w:tcW w:w="2656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Практическая</w:t>
            </w:r>
            <w:r w:rsidRPr="0030397D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работа;</w:t>
            </w:r>
          </w:p>
        </w:tc>
      </w:tr>
      <w:tr w:rsidR="0030397D" w:rsidRPr="0030397D" w:rsidTr="004D53FF">
        <w:trPr>
          <w:trHeight w:val="813"/>
        </w:trPr>
        <w:tc>
          <w:tcPr>
            <w:tcW w:w="689" w:type="dxa"/>
          </w:tcPr>
          <w:p w:rsidR="0030397D" w:rsidRPr="0030397D" w:rsidRDefault="00D138AD" w:rsidP="0030397D">
            <w:pPr>
              <w:spacing w:before="86"/>
              <w:ind w:right="44"/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145</w:t>
            </w:r>
            <w:r w:rsidR="0030397D"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.</w:t>
            </w:r>
          </w:p>
        </w:tc>
        <w:tc>
          <w:tcPr>
            <w:tcW w:w="2172" w:type="dxa"/>
          </w:tcPr>
          <w:p w:rsidR="0030397D" w:rsidRPr="0030397D" w:rsidRDefault="0030397D" w:rsidP="0030397D">
            <w:pPr>
              <w:spacing w:before="86" w:line="292" w:lineRule="auto"/>
              <w:ind w:right="38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Вычитание вида</w:t>
            </w:r>
            <w:r w:rsidRPr="0030397D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17</w:t>
            </w:r>
            <w:r w:rsidRPr="0030397D">
              <w:rPr>
                <w:rFonts w:ascii="Times New Roman" w:eastAsia="Times New Roman" w:hAnsi="Times New Roman" w:cs="Times New Roman"/>
                <w:spacing w:val="10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–</w:t>
            </w:r>
            <w:r w:rsidRPr="0030397D">
              <w:rPr>
                <w:rFonts w:ascii="Times New Roman" w:eastAsia="Times New Roman" w:hAnsi="Times New Roman" w:cs="Times New Roman"/>
                <w:spacing w:val="10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□,</w:t>
            </w:r>
            <w:r w:rsidRPr="0030397D">
              <w:rPr>
                <w:rFonts w:ascii="Times New Roman" w:eastAsia="Times New Roman" w:hAnsi="Times New Roman" w:cs="Times New Roman"/>
                <w:spacing w:val="11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18</w:t>
            </w:r>
            <w:r w:rsidRPr="0030397D">
              <w:rPr>
                <w:rFonts w:ascii="Times New Roman" w:eastAsia="Times New Roman" w:hAnsi="Times New Roman" w:cs="Times New Roman"/>
                <w:spacing w:val="10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–</w:t>
            </w:r>
            <w:r w:rsidRPr="0030397D">
              <w:rPr>
                <w:rFonts w:ascii="Times New Roman" w:eastAsia="Times New Roman" w:hAnsi="Times New Roman" w:cs="Times New Roman"/>
                <w:spacing w:val="11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□.</w:t>
            </w:r>
          </w:p>
        </w:tc>
        <w:tc>
          <w:tcPr>
            <w:tcW w:w="732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1</w:t>
            </w:r>
          </w:p>
        </w:tc>
        <w:tc>
          <w:tcPr>
            <w:tcW w:w="1620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0</w:t>
            </w:r>
          </w:p>
        </w:tc>
        <w:tc>
          <w:tcPr>
            <w:tcW w:w="1668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1</w:t>
            </w:r>
          </w:p>
        </w:tc>
        <w:tc>
          <w:tcPr>
            <w:tcW w:w="1236" w:type="dxa"/>
          </w:tcPr>
          <w:p w:rsidR="0030397D" w:rsidRPr="0030397D" w:rsidRDefault="00D138AD" w:rsidP="0030397D">
            <w:pPr>
              <w:spacing w:before="86"/>
              <w:ind w:right="60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02</w:t>
            </w:r>
            <w:r w:rsidR="0030397D"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.05.2023</w:t>
            </w:r>
          </w:p>
        </w:tc>
        <w:tc>
          <w:tcPr>
            <w:tcW w:w="2656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Практическая</w:t>
            </w:r>
            <w:r w:rsidRPr="0030397D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работа;</w:t>
            </w:r>
          </w:p>
        </w:tc>
      </w:tr>
      <w:tr w:rsidR="0030397D" w:rsidRPr="0030397D" w:rsidTr="004D53FF">
        <w:trPr>
          <w:trHeight w:val="813"/>
        </w:trPr>
        <w:tc>
          <w:tcPr>
            <w:tcW w:w="689" w:type="dxa"/>
          </w:tcPr>
          <w:p w:rsidR="0030397D" w:rsidRPr="0030397D" w:rsidRDefault="00D138AD" w:rsidP="0030397D">
            <w:pPr>
              <w:spacing w:before="86"/>
              <w:ind w:right="44"/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146</w:t>
            </w:r>
            <w:r w:rsidR="0030397D"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.</w:t>
            </w:r>
          </w:p>
        </w:tc>
        <w:tc>
          <w:tcPr>
            <w:tcW w:w="2172" w:type="dxa"/>
          </w:tcPr>
          <w:p w:rsidR="0030397D" w:rsidRPr="0030397D" w:rsidRDefault="0030397D" w:rsidP="0030397D">
            <w:pPr>
              <w:spacing w:before="86" w:line="292" w:lineRule="auto"/>
              <w:ind w:right="385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Вычитание вида</w:t>
            </w:r>
            <w:r w:rsidRPr="0030397D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17</w:t>
            </w:r>
            <w:r w:rsidRPr="0030397D">
              <w:rPr>
                <w:rFonts w:ascii="Times New Roman" w:eastAsia="Times New Roman" w:hAnsi="Times New Roman" w:cs="Times New Roman"/>
                <w:spacing w:val="10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–</w:t>
            </w:r>
            <w:r w:rsidRPr="0030397D">
              <w:rPr>
                <w:rFonts w:ascii="Times New Roman" w:eastAsia="Times New Roman" w:hAnsi="Times New Roman" w:cs="Times New Roman"/>
                <w:spacing w:val="10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□,</w:t>
            </w:r>
            <w:r w:rsidRPr="0030397D">
              <w:rPr>
                <w:rFonts w:ascii="Times New Roman" w:eastAsia="Times New Roman" w:hAnsi="Times New Roman" w:cs="Times New Roman"/>
                <w:spacing w:val="11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18</w:t>
            </w:r>
            <w:r w:rsidRPr="0030397D">
              <w:rPr>
                <w:rFonts w:ascii="Times New Roman" w:eastAsia="Times New Roman" w:hAnsi="Times New Roman" w:cs="Times New Roman"/>
                <w:spacing w:val="10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–</w:t>
            </w:r>
            <w:r w:rsidRPr="0030397D">
              <w:rPr>
                <w:rFonts w:ascii="Times New Roman" w:eastAsia="Times New Roman" w:hAnsi="Times New Roman" w:cs="Times New Roman"/>
                <w:spacing w:val="11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□.</w:t>
            </w:r>
          </w:p>
        </w:tc>
        <w:tc>
          <w:tcPr>
            <w:tcW w:w="732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1</w:t>
            </w:r>
          </w:p>
        </w:tc>
        <w:tc>
          <w:tcPr>
            <w:tcW w:w="1620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0</w:t>
            </w:r>
          </w:p>
        </w:tc>
        <w:tc>
          <w:tcPr>
            <w:tcW w:w="1668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1</w:t>
            </w:r>
          </w:p>
        </w:tc>
        <w:tc>
          <w:tcPr>
            <w:tcW w:w="1236" w:type="dxa"/>
          </w:tcPr>
          <w:p w:rsidR="0030397D" w:rsidRPr="0030397D" w:rsidRDefault="00D138AD" w:rsidP="0030397D">
            <w:pPr>
              <w:spacing w:before="86"/>
              <w:ind w:right="60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03</w:t>
            </w:r>
            <w:r w:rsidR="0030397D"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.05.2023</w:t>
            </w:r>
          </w:p>
        </w:tc>
        <w:tc>
          <w:tcPr>
            <w:tcW w:w="2656" w:type="dxa"/>
          </w:tcPr>
          <w:p w:rsidR="0030397D" w:rsidRPr="0030397D" w:rsidRDefault="0030397D" w:rsidP="0030397D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Устный</w:t>
            </w:r>
            <w:r w:rsidRPr="0030397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опрос;</w:t>
            </w:r>
          </w:p>
        </w:tc>
      </w:tr>
    </w:tbl>
    <w:p w:rsidR="0030397D" w:rsidRPr="0030397D" w:rsidRDefault="0030397D" w:rsidP="0030397D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lang w:val="ru-RU"/>
        </w:rPr>
        <w:sectPr w:rsidR="0030397D" w:rsidRPr="0030397D" w:rsidSect="00D138AD">
          <w:pgSz w:w="11900" w:h="16840"/>
          <w:pgMar w:top="560" w:right="560" w:bottom="426" w:left="560" w:header="720" w:footer="720" w:gutter="0"/>
          <w:pgBorders w:offsetFrom="page">
            <w:top w:val="triple" w:sz="4" w:space="24" w:color="auto"/>
            <w:left w:val="triple" w:sz="4" w:space="24" w:color="auto"/>
            <w:bottom w:val="triple" w:sz="4" w:space="24" w:color="auto"/>
            <w:right w:val="triple" w:sz="4" w:space="24" w:color="auto"/>
          </w:pgBorders>
          <w:cols w:space="720"/>
        </w:sectPr>
      </w:pPr>
    </w:p>
    <w:tbl>
      <w:tblPr>
        <w:tblStyle w:val="TableNormal1"/>
        <w:tblpPr w:leftFromText="180" w:rightFromText="180" w:horzAnchor="margin" w:tblpX="-126" w:tblpY="390"/>
        <w:tblW w:w="1078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702"/>
        <w:gridCol w:w="2172"/>
        <w:gridCol w:w="732"/>
        <w:gridCol w:w="1620"/>
        <w:gridCol w:w="1668"/>
        <w:gridCol w:w="1236"/>
        <w:gridCol w:w="2651"/>
      </w:tblGrid>
      <w:tr w:rsidR="0030397D" w:rsidRPr="0030397D" w:rsidTr="004D53FF">
        <w:trPr>
          <w:trHeight w:val="2493"/>
        </w:trPr>
        <w:tc>
          <w:tcPr>
            <w:tcW w:w="702" w:type="dxa"/>
          </w:tcPr>
          <w:p w:rsidR="0030397D" w:rsidRPr="0030397D" w:rsidRDefault="00132322" w:rsidP="004D53FF">
            <w:pPr>
              <w:spacing w:before="86"/>
              <w:ind w:right="44"/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lastRenderedPageBreak/>
              <w:t>147, 148</w:t>
            </w:r>
            <w:r w:rsidR="0030397D"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.</w:t>
            </w:r>
          </w:p>
        </w:tc>
        <w:tc>
          <w:tcPr>
            <w:tcW w:w="2172" w:type="dxa"/>
          </w:tcPr>
          <w:p w:rsidR="0030397D" w:rsidRPr="0030397D" w:rsidRDefault="0030397D" w:rsidP="004D53FF">
            <w:pPr>
              <w:spacing w:before="86" w:line="292" w:lineRule="auto"/>
              <w:ind w:right="784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>Закрепление</w:t>
            </w:r>
            <w:r w:rsidRPr="0030397D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знаний.</w:t>
            </w:r>
          </w:p>
          <w:p w:rsidR="0030397D" w:rsidRPr="0030397D" w:rsidRDefault="0030397D" w:rsidP="004D53FF">
            <w:pPr>
              <w:spacing w:line="292" w:lineRule="auto"/>
              <w:ind w:right="55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Проверочная</w:t>
            </w:r>
            <w:r w:rsidRPr="0030397D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работа</w:t>
            </w:r>
            <w:r w:rsidRPr="0030397D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по</w:t>
            </w:r>
            <w:r w:rsidRPr="0030397D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теме</w:t>
            </w:r>
          </w:p>
          <w:p w:rsidR="0030397D" w:rsidRPr="0030397D" w:rsidRDefault="0030397D" w:rsidP="004D53FF">
            <w:pPr>
              <w:spacing w:line="292" w:lineRule="auto"/>
              <w:ind w:right="799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«Табличное</w:t>
            </w:r>
            <w:r w:rsidRPr="0030397D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сложение и</w:t>
            </w:r>
            <w:r w:rsidRPr="0030397D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вычитание».</w:t>
            </w:r>
          </w:p>
        </w:tc>
        <w:tc>
          <w:tcPr>
            <w:tcW w:w="732" w:type="dxa"/>
          </w:tcPr>
          <w:p w:rsidR="0030397D" w:rsidRPr="0030397D" w:rsidRDefault="00D138AD" w:rsidP="004D53FF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2</w:t>
            </w:r>
          </w:p>
        </w:tc>
        <w:tc>
          <w:tcPr>
            <w:tcW w:w="1620" w:type="dxa"/>
          </w:tcPr>
          <w:p w:rsidR="0030397D" w:rsidRPr="0030397D" w:rsidRDefault="0030397D" w:rsidP="004D53FF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1</w:t>
            </w:r>
          </w:p>
        </w:tc>
        <w:tc>
          <w:tcPr>
            <w:tcW w:w="1668" w:type="dxa"/>
          </w:tcPr>
          <w:p w:rsidR="0030397D" w:rsidRPr="0030397D" w:rsidRDefault="00D138AD" w:rsidP="004D53FF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1</w:t>
            </w:r>
          </w:p>
        </w:tc>
        <w:tc>
          <w:tcPr>
            <w:tcW w:w="1236" w:type="dxa"/>
          </w:tcPr>
          <w:p w:rsidR="0030397D" w:rsidRDefault="00D138AD" w:rsidP="004D53FF">
            <w:pPr>
              <w:spacing w:before="86"/>
              <w:ind w:right="60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04</w:t>
            </w:r>
            <w:r w:rsidR="0030397D"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.05.2023</w:t>
            </w:r>
          </w:p>
          <w:p w:rsidR="00D138AD" w:rsidRPr="0030397D" w:rsidRDefault="00D138AD" w:rsidP="004D53FF">
            <w:pPr>
              <w:spacing w:before="86"/>
              <w:ind w:right="60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05.05.2023</w:t>
            </w:r>
          </w:p>
        </w:tc>
        <w:tc>
          <w:tcPr>
            <w:tcW w:w="2651" w:type="dxa"/>
          </w:tcPr>
          <w:p w:rsidR="0030397D" w:rsidRPr="0030397D" w:rsidRDefault="0030397D" w:rsidP="004D53FF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Проверочная</w:t>
            </w:r>
            <w:r w:rsidRPr="0030397D">
              <w:rPr>
                <w:rFonts w:ascii="Times New Roman" w:eastAsia="Times New Roman" w:hAnsi="Times New Roman" w:cs="Times New Roman"/>
                <w:spacing w:val="-5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работа;</w:t>
            </w:r>
            <w:r w:rsidR="00D138AD"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Практическая</w:t>
            </w:r>
            <w:r w:rsidR="00D138AD" w:rsidRPr="0030397D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="00D138AD"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работа;</w:t>
            </w:r>
          </w:p>
        </w:tc>
      </w:tr>
      <w:tr w:rsidR="0030397D" w:rsidRPr="005B299F" w:rsidTr="004D53FF">
        <w:trPr>
          <w:trHeight w:val="813"/>
        </w:trPr>
        <w:tc>
          <w:tcPr>
            <w:tcW w:w="702" w:type="dxa"/>
          </w:tcPr>
          <w:p w:rsidR="0030397D" w:rsidRPr="0030397D" w:rsidRDefault="00132322" w:rsidP="004D53FF">
            <w:pPr>
              <w:spacing w:before="86"/>
              <w:ind w:right="44"/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149, 150</w:t>
            </w:r>
            <w:r w:rsidR="0030397D"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.</w:t>
            </w:r>
          </w:p>
        </w:tc>
        <w:tc>
          <w:tcPr>
            <w:tcW w:w="2172" w:type="dxa"/>
          </w:tcPr>
          <w:p w:rsidR="0030397D" w:rsidRPr="0030397D" w:rsidRDefault="0030397D" w:rsidP="004D53FF">
            <w:pPr>
              <w:spacing w:before="86" w:line="292" w:lineRule="auto"/>
              <w:ind w:right="784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>Закрепление</w:t>
            </w:r>
            <w:r w:rsidRPr="0030397D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знаний.</w:t>
            </w:r>
          </w:p>
        </w:tc>
        <w:tc>
          <w:tcPr>
            <w:tcW w:w="732" w:type="dxa"/>
          </w:tcPr>
          <w:p w:rsidR="0030397D" w:rsidRPr="0030397D" w:rsidRDefault="00D138AD" w:rsidP="004D53FF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2</w:t>
            </w:r>
          </w:p>
        </w:tc>
        <w:tc>
          <w:tcPr>
            <w:tcW w:w="1620" w:type="dxa"/>
          </w:tcPr>
          <w:p w:rsidR="0030397D" w:rsidRPr="0030397D" w:rsidRDefault="0030397D" w:rsidP="004D53FF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0</w:t>
            </w:r>
          </w:p>
        </w:tc>
        <w:tc>
          <w:tcPr>
            <w:tcW w:w="1668" w:type="dxa"/>
          </w:tcPr>
          <w:p w:rsidR="0030397D" w:rsidRPr="0030397D" w:rsidRDefault="00D138AD" w:rsidP="004D53FF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2</w:t>
            </w:r>
          </w:p>
        </w:tc>
        <w:tc>
          <w:tcPr>
            <w:tcW w:w="1236" w:type="dxa"/>
          </w:tcPr>
          <w:p w:rsidR="0030397D" w:rsidRDefault="00D138AD" w:rsidP="004D53FF">
            <w:pPr>
              <w:spacing w:before="86"/>
              <w:ind w:right="60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10</w:t>
            </w:r>
            <w:r w:rsidR="0030397D"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.05.2023</w:t>
            </w:r>
          </w:p>
          <w:p w:rsidR="00D138AD" w:rsidRPr="0030397D" w:rsidRDefault="00D138AD" w:rsidP="004D53FF">
            <w:pPr>
              <w:spacing w:before="86"/>
              <w:ind w:right="60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11.05.2023</w:t>
            </w:r>
          </w:p>
        </w:tc>
        <w:tc>
          <w:tcPr>
            <w:tcW w:w="2651" w:type="dxa"/>
          </w:tcPr>
          <w:p w:rsidR="0030397D" w:rsidRPr="0030397D" w:rsidRDefault="0030397D" w:rsidP="004D53FF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Устный</w:t>
            </w:r>
            <w:r w:rsidRPr="0030397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опрос;</w:t>
            </w:r>
          </w:p>
          <w:p w:rsidR="0030397D" w:rsidRPr="0030397D" w:rsidRDefault="00D138AD" w:rsidP="004D53FF">
            <w:pPr>
              <w:spacing w:before="6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Практическая</w:t>
            </w:r>
            <w:r w:rsidRPr="0030397D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работа;</w:t>
            </w:r>
          </w:p>
        </w:tc>
      </w:tr>
      <w:tr w:rsidR="0030397D" w:rsidRPr="0030397D" w:rsidTr="004D53FF">
        <w:trPr>
          <w:trHeight w:val="2157"/>
        </w:trPr>
        <w:tc>
          <w:tcPr>
            <w:tcW w:w="702" w:type="dxa"/>
          </w:tcPr>
          <w:p w:rsidR="0030397D" w:rsidRPr="0030397D" w:rsidRDefault="00132322" w:rsidP="004D53FF">
            <w:pPr>
              <w:spacing w:before="86"/>
              <w:ind w:right="44"/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151</w:t>
            </w:r>
            <w:r w:rsidR="0030397D"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.</w:t>
            </w:r>
          </w:p>
        </w:tc>
        <w:tc>
          <w:tcPr>
            <w:tcW w:w="2172" w:type="dxa"/>
          </w:tcPr>
          <w:p w:rsidR="0030397D" w:rsidRPr="0030397D" w:rsidRDefault="0030397D" w:rsidP="004D53FF">
            <w:pPr>
              <w:spacing w:before="86" w:line="292" w:lineRule="auto"/>
              <w:ind w:right="14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Закрепление и</w:t>
            </w:r>
            <w:r w:rsidRPr="0030397D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обобщение знаний</w:t>
            </w:r>
            <w:r w:rsidRPr="0030397D">
              <w:rPr>
                <w:rFonts w:ascii="Times New Roman" w:eastAsia="Times New Roman" w:hAnsi="Times New Roman" w:cs="Times New Roman"/>
                <w:spacing w:val="-58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по</w:t>
            </w:r>
            <w:r w:rsidRPr="0030397D">
              <w:rPr>
                <w:rFonts w:ascii="Times New Roman" w:eastAsia="Times New Roman" w:hAnsi="Times New Roman" w:cs="Times New Roman"/>
                <w:spacing w:val="-1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теме</w:t>
            </w:r>
          </w:p>
          <w:p w:rsidR="0030397D" w:rsidRPr="0030397D" w:rsidRDefault="0030397D" w:rsidP="004D53FF">
            <w:pPr>
              <w:spacing w:line="292" w:lineRule="auto"/>
              <w:ind w:right="799"/>
              <w:jc w:val="both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«Табличное</w:t>
            </w:r>
            <w:r w:rsidRPr="0030397D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сложение и</w:t>
            </w:r>
            <w:r w:rsidRPr="0030397D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вычитание».</w:t>
            </w:r>
          </w:p>
        </w:tc>
        <w:tc>
          <w:tcPr>
            <w:tcW w:w="732" w:type="dxa"/>
          </w:tcPr>
          <w:p w:rsidR="0030397D" w:rsidRPr="0030397D" w:rsidRDefault="0030397D" w:rsidP="004D53FF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1</w:t>
            </w:r>
          </w:p>
        </w:tc>
        <w:tc>
          <w:tcPr>
            <w:tcW w:w="1620" w:type="dxa"/>
          </w:tcPr>
          <w:p w:rsidR="0030397D" w:rsidRPr="0030397D" w:rsidRDefault="0030397D" w:rsidP="004D53FF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0</w:t>
            </w:r>
          </w:p>
        </w:tc>
        <w:tc>
          <w:tcPr>
            <w:tcW w:w="1668" w:type="dxa"/>
          </w:tcPr>
          <w:p w:rsidR="0030397D" w:rsidRPr="0030397D" w:rsidRDefault="0030397D" w:rsidP="004D53FF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1</w:t>
            </w:r>
          </w:p>
        </w:tc>
        <w:tc>
          <w:tcPr>
            <w:tcW w:w="1236" w:type="dxa"/>
          </w:tcPr>
          <w:p w:rsidR="0030397D" w:rsidRPr="0030397D" w:rsidRDefault="00D138AD" w:rsidP="004D53FF">
            <w:pPr>
              <w:spacing w:before="86"/>
              <w:ind w:right="60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12</w:t>
            </w:r>
            <w:r w:rsidR="0030397D"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.05.2023</w:t>
            </w:r>
          </w:p>
        </w:tc>
        <w:tc>
          <w:tcPr>
            <w:tcW w:w="2651" w:type="dxa"/>
          </w:tcPr>
          <w:p w:rsidR="0030397D" w:rsidRPr="0030397D" w:rsidRDefault="0030397D" w:rsidP="004D53FF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Практическая</w:t>
            </w:r>
            <w:r w:rsidRPr="0030397D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работа;</w:t>
            </w:r>
          </w:p>
        </w:tc>
      </w:tr>
      <w:tr w:rsidR="0030397D" w:rsidRPr="0030397D" w:rsidTr="004D53FF">
        <w:trPr>
          <w:trHeight w:val="1821"/>
        </w:trPr>
        <w:tc>
          <w:tcPr>
            <w:tcW w:w="702" w:type="dxa"/>
          </w:tcPr>
          <w:p w:rsidR="0030397D" w:rsidRPr="0030397D" w:rsidRDefault="00132322" w:rsidP="004D53FF">
            <w:pPr>
              <w:spacing w:before="86"/>
              <w:ind w:right="44"/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152</w:t>
            </w:r>
            <w:r w:rsidR="0030397D"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.</w:t>
            </w:r>
          </w:p>
        </w:tc>
        <w:tc>
          <w:tcPr>
            <w:tcW w:w="2172" w:type="dxa"/>
          </w:tcPr>
          <w:p w:rsidR="0030397D" w:rsidRPr="0030397D" w:rsidRDefault="0030397D" w:rsidP="004D53FF">
            <w:pPr>
              <w:spacing w:before="86" w:line="292" w:lineRule="auto"/>
              <w:ind w:right="6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Сложение и</w:t>
            </w:r>
            <w:r w:rsidRPr="0030397D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вычитание</w:t>
            </w:r>
            <w:r w:rsidRPr="0030397D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однозначных чисел</w:t>
            </w:r>
            <w:r w:rsidRPr="0030397D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с переходом через</w:t>
            </w:r>
            <w:r w:rsidRPr="0030397D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десяток.</w:t>
            </w:r>
          </w:p>
        </w:tc>
        <w:tc>
          <w:tcPr>
            <w:tcW w:w="732" w:type="dxa"/>
          </w:tcPr>
          <w:p w:rsidR="0030397D" w:rsidRPr="0030397D" w:rsidRDefault="0030397D" w:rsidP="004D53FF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1</w:t>
            </w:r>
          </w:p>
        </w:tc>
        <w:tc>
          <w:tcPr>
            <w:tcW w:w="1620" w:type="dxa"/>
          </w:tcPr>
          <w:p w:rsidR="0030397D" w:rsidRPr="0030397D" w:rsidRDefault="0030397D" w:rsidP="004D53FF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0</w:t>
            </w:r>
          </w:p>
        </w:tc>
        <w:tc>
          <w:tcPr>
            <w:tcW w:w="1668" w:type="dxa"/>
          </w:tcPr>
          <w:p w:rsidR="0030397D" w:rsidRPr="0030397D" w:rsidRDefault="0030397D" w:rsidP="004D53FF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1</w:t>
            </w:r>
          </w:p>
        </w:tc>
        <w:tc>
          <w:tcPr>
            <w:tcW w:w="1236" w:type="dxa"/>
          </w:tcPr>
          <w:p w:rsidR="0030397D" w:rsidRPr="0030397D" w:rsidRDefault="00132322" w:rsidP="004D53FF">
            <w:pPr>
              <w:spacing w:before="86"/>
              <w:ind w:right="60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15</w:t>
            </w:r>
            <w:r w:rsidR="0030397D"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.05.2023</w:t>
            </w:r>
          </w:p>
        </w:tc>
        <w:tc>
          <w:tcPr>
            <w:tcW w:w="2651" w:type="dxa"/>
          </w:tcPr>
          <w:p w:rsidR="0030397D" w:rsidRPr="0030397D" w:rsidRDefault="0030397D" w:rsidP="004D53FF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Практическая</w:t>
            </w:r>
            <w:r w:rsidRPr="0030397D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работа;</w:t>
            </w:r>
          </w:p>
        </w:tc>
      </w:tr>
      <w:tr w:rsidR="0030397D" w:rsidRPr="0030397D" w:rsidTr="004D53FF">
        <w:trPr>
          <w:trHeight w:val="477"/>
        </w:trPr>
        <w:tc>
          <w:tcPr>
            <w:tcW w:w="702" w:type="dxa"/>
          </w:tcPr>
          <w:p w:rsidR="0030397D" w:rsidRPr="0030397D" w:rsidRDefault="00132322" w:rsidP="004D53FF">
            <w:pPr>
              <w:spacing w:before="86"/>
              <w:ind w:right="44"/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153, 154</w:t>
            </w:r>
            <w:r w:rsidR="0030397D"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.</w:t>
            </w:r>
          </w:p>
        </w:tc>
        <w:tc>
          <w:tcPr>
            <w:tcW w:w="2172" w:type="dxa"/>
          </w:tcPr>
          <w:p w:rsidR="0030397D" w:rsidRPr="0030397D" w:rsidRDefault="0030397D" w:rsidP="004D53FF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Решение</w:t>
            </w:r>
            <w:r w:rsidRPr="0030397D">
              <w:rPr>
                <w:rFonts w:ascii="Times New Roman" w:eastAsia="Times New Roman" w:hAnsi="Times New Roman" w:cs="Times New Roman"/>
                <w:spacing w:val="-4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задач.</w:t>
            </w:r>
          </w:p>
        </w:tc>
        <w:tc>
          <w:tcPr>
            <w:tcW w:w="732" w:type="dxa"/>
          </w:tcPr>
          <w:p w:rsidR="0030397D" w:rsidRPr="0030397D" w:rsidRDefault="00132322" w:rsidP="004D53FF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2</w:t>
            </w:r>
          </w:p>
        </w:tc>
        <w:tc>
          <w:tcPr>
            <w:tcW w:w="1620" w:type="dxa"/>
          </w:tcPr>
          <w:p w:rsidR="0030397D" w:rsidRPr="0030397D" w:rsidRDefault="0030397D" w:rsidP="004D53FF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0</w:t>
            </w:r>
          </w:p>
        </w:tc>
        <w:tc>
          <w:tcPr>
            <w:tcW w:w="1668" w:type="dxa"/>
          </w:tcPr>
          <w:p w:rsidR="0030397D" w:rsidRPr="0030397D" w:rsidRDefault="00132322" w:rsidP="004D53FF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2</w:t>
            </w:r>
          </w:p>
        </w:tc>
        <w:tc>
          <w:tcPr>
            <w:tcW w:w="1236" w:type="dxa"/>
          </w:tcPr>
          <w:p w:rsidR="0030397D" w:rsidRDefault="00132322" w:rsidP="004D53FF">
            <w:pPr>
              <w:spacing w:before="86"/>
              <w:ind w:right="60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16</w:t>
            </w:r>
            <w:r w:rsidR="0030397D"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.05.2023</w:t>
            </w:r>
          </w:p>
          <w:p w:rsidR="00132322" w:rsidRPr="0030397D" w:rsidRDefault="00132322" w:rsidP="004D53FF">
            <w:pPr>
              <w:spacing w:before="86"/>
              <w:ind w:right="60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17.05.2023</w:t>
            </w:r>
          </w:p>
        </w:tc>
        <w:tc>
          <w:tcPr>
            <w:tcW w:w="2651" w:type="dxa"/>
          </w:tcPr>
          <w:p w:rsidR="0030397D" w:rsidRPr="0030397D" w:rsidRDefault="0030397D" w:rsidP="004D53FF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Практическая</w:t>
            </w:r>
            <w:r w:rsidRPr="0030397D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работа;</w:t>
            </w:r>
          </w:p>
        </w:tc>
      </w:tr>
      <w:tr w:rsidR="0030397D" w:rsidRPr="0030397D" w:rsidTr="004D53FF">
        <w:trPr>
          <w:trHeight w:val="1821"/>
        </w:trPr>
        <w:tc>
          <w:tcPr>
            <w:tcW w:w="702" w:type="dxa"/>
          </w:tcPr>
          <w:p w:rsidR="0030397D" w:rsidRPr="0030397D" w:rsidRDefault="00132322" w:rsidP="004D53FF">
            <w:pPr>
              <w:spacing w:before="86"/>
              <w:ind w:right="44"/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155, 156</w:t>
            </w:r>
            <w:r w:rsidR="0030397D"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.</w:t>
            </w:r>
          </w:p>
        </w:tc>
        <w:tc>
          <w:tcPr>
            <w:tcW w:w="2172" w:type="dxa"/>
          </w:tcPr>
          <w:p w:rsidR="0030397D" w:rsidRPr="0030397D" w:rsidRDefault="0030397D" w:rsidP="004D53FF">
            <w:pPr>
              <w:spacing w:before="86" w:line="292" w:lineRule="auto"/>
              <w:ind w:right="464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Закрепление по</w:t>
            </w:r>
            <w:r w:rsidRPr="0030397D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теме:</w:t>
            </w:r>
          </w:p>
          <w:p w:rsidR="0030397D" w:rsidRPr="0030397D" w:rsidRDefault="0030397D" w:rsidP="004D53FF">
            <w:pPr>
              <w:spacing w:line="292" w:lineRule="auto"/>
              <w:ind w:right="40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«Геометрические</w:t>
            </w:r>
            <w:r w:rsidRPr="0030397D">
              <w:rPr>
                <w:rFonts w:ascii="Times New Roman" w:eastAsia="Times New Roman" w:hAnsi="Times New Roman" w:cs="Times New Roman"/>
                <w:spacing w:val="1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фигуры. Измерение</w:t>
            </w:r>
            <w:r w:rsidRPr="0030397D">
              <w:rPr>
                <w:rFonts w:ascii="Times New Roman" w:eastAsia="Times New Roman" w:hAnsi="Times New Roman" w:cs="Times New Roman"/>
                <w:spacing w:val="-57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длины».</w:t>
            </w:r>
          </w:p>
        </w:tc>
        <w:tc>
          <w:tcPr>
            <w:tcW w:w="732" w:type="dxa"/>
          </w:tcPr>
          <w:p w:rsidR="0030397D" w:rsidRPr="0030397D" w:rsidRDefault="00132322" w:rsidP="004D53FF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2</w:t>
            </w:r>
          </w:p>
        </w:tc>
        <w:tc>
          <w:tcPr>
            <w:tcW w:w="1620" w:type="dxa"/>
          </w:tcPr>
          <w:p w:rsidR="0030397D" w:rsidRPr="0030397D" w:rsidRDefault="0030397D" w:rsidP="004D53FF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0</w:t>
            </w:r>
          </w:p>
        </w:tc>
        <w:tc>
          <w:tcPr>
            <w:tcW w:w="1668" w:type="dxa"/>
          </w:tcPr>
          <w:p w:rsidR="0030397D" w:rsidRPr="0030397D" w:rsidRDefault="00132322" w:rsidP="004D53FF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2</w:t>
            </w:r>
          </w:p>
        </w:tc>
        <w:tc>
          <w:tcPr>
            <w:tcW w:w="1236" w:type="dxa"/>
          </w:tcPr>
          <w:p w:rsidR="0030397D" w:rsidRDefault="00132322" w:rsidP="004D53FF">
            <w:pPr>
              <w:spacing w:before="86"/>
              <w:ind w:right="60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18</w:t>
            </w:r>
            <w:r w:rsidR="0030397D"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.05.2023</w:t>
            </w:r>
          </w:p>
          <w:p w:rsidR="00132322" w:rsidRPr="0030397D" w:rsidRDefault="00132322" w:rsidP="004D53FF">
            <w:pPr>
              <w:spacing w:before="86"/>
              <w:ind w:right="60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19.05.2023</w:t>
            </w:r>
          </w:p>
        </w:tc>
        <w:tc>
          <w:tcPr>
            <w:tcW w:w="2651" w:type="dxa"/>
          </w:tcPr>
          <w:p w:rsidR="0030397D" w:rsidRPr="0030397D" w:rsidRDefault="0030397D" w:rsidP="004D53FF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Практическая</w:t>
            </w:r>
            <w:r w:rsidRPr="0030397D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работа;</w:t>
            </w:r>
          </w:p>
        </w:tc>
      </w:tr>
      <w:tr w:rsidR="0030397D" w:rsidRPr="0030397D" w:rsidTr="004D53FF">
        <w:trPr>
          <w:trHeight w:val="813"/>
        </w:trPr>
        <w:tc>
          <w:tcPr>
            <w:tcW w:w="702" w:type="dxa"/>
          </w:tcPr>
          <w:p w:rsidR="0030397D" w:rsidRPr="0030397D" w:rsidRDefault="00132322" w:rsidP="004D53FF">
            <w:pPr>
              <w:spacing w:before="86"/>
              <w:ind w:right="44"/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157, 158</w:t>
            </w:r>
            <w:r w:rsidR="0030397D"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.</w:t>
            </w:r>
          </w:p>
        </w:tc>
        <w:tc>
          <w:tcPr>
            <w:tcW w:w="2172" w:type="dxa"/>
          </w:tcPr>
          <w:p w:rsidR="0030397D" w:rsidRPr="0030397D" w:rsidRDefault="0030397D" w:rsidP="004D53FF">
            <w:pPr>
              <w:spacing w:before="86" w:line="292" w:lineRule="auto"/>
              <w:ind w:right="868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Обобщение</w:t>
            </w:r>
            <w:r w:rsidRPr="0030397D">
              <w:rPr>
                <w:rFonts w:ascii="Times New Roman" w:eastAsia="Times New Roman" w:hAnsi="Times New Roman" w:cs="Times New Roman"/>
                <w:spacing w:val="-58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знаний.</w:t>
            </w:r>
          </w:p>
        </w:tc>
        <w:tc>
          <w:tcPr>
            <w:tcW w:w="732" w:type="dxa"/>
          </w:tcPr>
          <w:p w:rsidR="0030397D" w:rsidRPr="0030397D" w:rsidRDefault="00132322" w:rsidP="004D53FF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2</w:t>
            </w:r>
          </w:p>
        </w:tc>
        <w:tc>
          <w:tcPr>
            <w:tcW w:w="1620" w:type="dxa"/>
          </w:tcPr>
          <w:p w:rsidR="0030397D" w:rsidRPr="0030397D" w:rsidRDefault="0030397D" w:rsidP="004D53FF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0</w:t>
            </w:r>
          </w:p>
        </w:tc>
        <w:tc>
          <w:tcPr>
            <w:tcW w:w="1668" w:type="dxa"/>
          </w:tcPr>
          <w:p w:rsidR="0030397D" w:rsidRPr="0030397D" w:rsidRDefault="00132322" w:rsidP="004D53FF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2</w:t>
            </w:r>
          </w:p>
        </w:tc>
        <w:tc>
          <w:tcPr>
            <w:tcW w:w="1236" w:type="dxa"/>
          </w:tcPr>
          <w:p w:rsidR="0030397D" w:rsidRDefault="00132322" w:rsidP="004D53FF">
            <w:pPr>
              <w:spacing w:before="86"/>
              <w:ind w:right="60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22</w:t>
            </w:r>
            <w:r w:rsidR="0030397D"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.05.2023</w:t>
            </w:r>
          </w:p>
          <w:p w:rsidR="00132322" w:rsidRPr="0030397D" w:rsidRDefault="00132322" w:rsidP="004D53FF">
            <w:pPr>
              <w:spacing w:before="86"/>
              <w:ind w:right="60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23.05.2023</w:t>
            </w:r>
          </w:p>
        </w:tc>
        <w:tc>
          <w:tcPr>
            <w:tcW w:w="2651" w:type="dxa"/>
          </w:tcPr>
          <w:p w:rsidR="0030397D" w:rsidRPr="0030397D" w:rsidRDefault="0030397D" w:rsidP="004D53FF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Практическая</w:t>
            </w:r>
            <w:r w:rsidRPr="0030397D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работа;</w:t>
            </w:r>
          </w:p>
        </w:tc>
      </w:tr>
      <w:tr w:rsidR="0030397D" w:rsidRPr="0030397D" w:rsidTr="004D53FF">
        <w:trPr>
          <w:trHeight w:val="1149"/>
        </w:trPr>
        <w:tc>
          <w:tcPr>
            <w:tcW w:w="702" w:type="dxa"/>
          </w:tcPr>
          <w:p w:rsidR="0030397D" w:rsidRPr="0030397D" w:rsidRDefault="00132322" w:rsidP="004D53FF">
            <w:pPr>
              <w:spacing w:before="86"/>
              <w:ind w:right="44"/>
              <w:jc w:val="center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159</w:t>
            </w:r>
            <w:r w:rsidR="0030397D"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.</w:t>
            </w:r>
          </w:p>
        </w:tc>
        <w:tc>
          <w:tcPr>
            <w:tcW w:w="2172" w:type="dxa"/>
          </w:tcPr>
          <w:p w:rsidR="0030397D" w:rsidRPr="0030397D" w:rsidRDefault="0030397D" w:rsidP="004D53FF">
            <w:pPr>
              <w:spacing w:before="86" w:line="292" w:lineRule="auto"/>
              <w:ind w:right="267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Что узнали. Чему</w:t>
            </w:r>
            <w:r w:rsidRPr="0030397D">
              <w:rPr>
                <w:rFonts w:ascii="Times New Roman" w:eastAsia="Times New Roman" w:hAnsi="Times New Roman" w:cs="Times New Roman"/>
                <w:spacing w:val="-58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научились.</w:t>
            </w:r>
          </w:p>
          <w:p w:rsidR="0030397D" w:rsidRPr="0030397D" w:rsidRDefault="0030397D" w:rsidP="004D53FF">
            <w:pPr>
              <w:spacing w:line="275" w:lineRule="exac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Итоговый</w:t>
            </w:r>
            <w:r w:rsidRPr="0030397D">
              <w:rPr>
                <w:rFonts w:ascii="Times New Roman" w:eastAsia="Times New Roman" w:hAnsi="Times New Roman" w:cs="Times New Roman"/>
                <w:spacing w:val="-2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урок.</w:t>
            </w:r>
          </w:p>
        </w:tc>
        <w:tc>
          <w:tcPr>
            <w:tcW w:w="732" w:type="dxa"/>
          </w:tcPr>
          <w:p w:rsidR="0030397D" w:rsidRPr="0030397D" w:rsidRDefault="0030397D" w:rsidP="004D53FF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1</w:t>
            </w:r>
          </w:p>
        </w:tc>
        <w:tc>
          <w:tcPr>
            <w:tcW w:w="1620" w:type="dxa"/>
          </w:tcPr>
          <w:p w:rsidR="0030397D" w:rsidRPr="0030397D" w:rsidRDefault="0030397D" w:rsidP="004D53FF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0</w:t>
            </w:r>
          </w:p>
        </w:tc>
        <w:tc>
          <w:tcPr>
            <w:tcW w:w="1668" w:type="dxa"/>
          </w:tcPr>
          <w:p w:rsidR="0030397D" w:rsidRPr="0030397D" w:rsidRDefault="0030397D" w:rsidP="004D53FF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1</w:t>
            </w:r>
          </w:p>
        </w:tc>
        <w:tc>
          <w:tcPr>
            <w:tcW w:w="1236" w:type="dxa"/>
          </w:tcPr>
          <w:p w:rsidR="0030397D" w:rsidRPr="0030397D" w:rsidRDefault="00132322" w:rsidP="004D53FF">
            <w:pPr>
              <w:spacing w:before="86"/>
              <w:ind w:right="60"/>
              <w:jc w:val="right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24</w:t>
            </w:r>
            <w:r w:rsidR="0030397D"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.05.2023</w:t>
            </w:r>
          </w:p>
        </w:tc>
        <w:tc>
          <w:tcPr>
            <w:tcW w:w="2651" w:type="dxa"/>
          </w:tcPr>
          <w:p w:rsidR="0030397D" w:rsidRPr="0030397D" w:rsidRDefault="0030397D" w:rsidP="004D53FF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Практическая</w:t>
            </w:r>
            <w:r w:rsidRPr="0030397D">
              <w:rPr>
                <w:rFonts w:ascii="Times New Roman" w:eastAsia="Times New Roman" w:hAnsi="Times New Roman" w:cs="Times New Roman"/>
                <w:spacing w:val="-7"/>
                <w:sz w:val="24"/>
                <w:lang w:val="ru-RU"/>
              </w:rPr>
              <w:t xml:space="preserve"> </w:t>
            </w:r>
            <w:r w:rsidRPr="0030397D">
              <w:rPr>
                <w:rFonts w:ascii="Times New Roman" w:eastAsia="Times New Roman" w:hAnsi="Times New Roman" w:cs="Times New Roman"/>
                <w:sz w:val="24"/>
                <w:lang w:val="ru-RU"/>
              </w:rPr>
              <w:t>работа;</w:t>
            </w:r>
          </w:p>
        </w:tc>
      </w:tr>
      <w:tr w:rsidR="0030397D" w:rsidRPr="0030397D" w:rsidTr="004D53FF">
        <w:trPr>
          <w:trHeight w:val="689"/>
        </w:trPr>
        <w:tc>
          <w:tcPr>
            <w:tcW w:w="2874" w:type="dxa"/>
            <w:gridSpan w:val="2"/>
          </w:tcPr>
          <w:p w:rsidR="0030397D" w:rsidRPr="00132322" w:rsidRDefault="0030397D" w:rsidP="004D53FF">
            <w:pPr>
              <w:spacing w:before="86" w:line="292" w:lineRule="auto"/>
              <w:ind w:right="118"/>
              <w:rPr>
                <w:rFonts w:ascii="Times New Roman" w:eastAsia="Times New Roman" w:hAnsi="Times New Roman" w:cs="Times New Roman"/>
                <w:lang w:val="ru-RU"/>
              </w:rPr>
            </w:pPr>
            <w:r w:rsidRPr="00132322">
              <w:rPr>
                <w:rFonts w:ascii="Times New Roman" w:eastAsia="Times New Roman" w:hAnsi="Times New Roman" w:cs="Times New Roman"/>
                <w:lang w:val="ru-RU"/>
              </w:rPr>
              <w:t>ОБЩЕЕ КОЛИЧЕСТВО</w:t>
            </w:r>
            <w:r w:rsidRPr="00132322">
              <w:rPr>
                <w:rFonts w:ascii="Times New Roman" w:eastAsia="Times New Roman" w:hAnsi="Times New Roman" w:cs="Times New Roman"/>
                <w:spacing w:val="-58"/>
                <w:lang w:val="ru-RU"/>
              </w:rPr>
              <w:t xml:space="preserve"> </w:t>
            </w:r>
            <w:r w:rsidRPr="00132322">
              <w:rPr>
                <w:rFonts w:ascii="Times New Roman" w:eastAsia="Times New Roman" w:hAnsi="Times New Roman" w:cs="Times New Roman"/>
                <w:lang w:val="ru-RU"/>
              </w:rPr>
              <w:t>ЧАСОВ ПО</w:t>
            </w:r>
            <w:r w:rsidRPr="00132322">
              <w:rPr>
                <w:rFonts w:ascii="Times New Roman" w:eastAsia="Times New Roman" w:hAnsi="Times New Roman" w:cs="Times New Roman"/>
                <w:spacing w:val="1"/>
                <w:lang w:val="ru-RU"/>
              </w:rPr>
              <w:t xml:space="preserve"> </w:t>
            </w:r>
            <w:r w:rsidRPr="00132322">
              <w:rPr>
                <w:rFonts w:ascii="Times New Roman" w:eastAsia="Times New Roman" w:hAnsi="Times New Roman" w:cs="Times New Roman"/>
                <w:lang w:val="ru-RU"/>
              </w:rPr>
              <w:t>ПРОГРАММЕ</w:t>
            </w:r>
          </w:p>
        </w:tc>
        <w:tc>
          <w:tcPr>
            <w:tcW w:w="732" w:type="dxa"/>
          </w:tcPr>
          <w:p w:rsidR="0030397D" w:rsidRPr="0030397D" w:rsidRDefault="00E61D86" w:rsidP="004D53FF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159</w:t>
            </w:r>
          </w:p>
        </w:tc>
        <w:tc>
          <w:tcPr>
            <w:tcW w:w="1620" w:type="dxa"/>
          </w:tcPr>
          <w:p w:rsidR="0030397D" w:rsidRPr="0030397D" w:rsidRDefault="00132322" w:rsidP="004D53FF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14</w:t>
            </w:r>
          </w:p>
        </w:tc>
        <w:tc>
          <w:tcPr>
            <w:tcW w:w="5555" w:type="dxa"/>
            <w:gridSpan w:val="3"/>
          </w:tcPr>
          <w:p w:rsidR="0030397D" w:rsidRPr="0030397D" w:rsidRDefault="00132322" w:rsidP="004D53FF">
            <w:pPr>
              <w:spacing w:before="86"/>
              <w:rPr>
                <w:rFonts w:ascii="Times New Roman" w:eastAsia="Times New Roman" w:hAnsi="Times New Roman" w:cs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145</w:t>
            </w:r>
          </w:p>
        </w:tc>
      </w:tr>
    </w:tbl>
    <w:p w:rsidR="00E61D86" w:rsidRDefault="00E61D86" w:rsidP="00E61D86">
      <w:pPr>
        <w:spacing w:after="0"/>
        <w:ind w:firstLine="567"/>
        <w:rPr>
          <w:rFonts w:ascii="Times New Roman" w:eastAsia="Calibri" w:hAnsi="Times New Roman" w:cs="Times New Roman"/>
          <w:sz w:val="24"/>
          <w:szCs w:val="24"/>
          <w:lang w:val="ru-RU"/>
        </w:rPr>
      </w:pPr>
    </w:p>
    <w:p w:rsidR="00E61D86" w:rsidRPr="00E61D86" w:rsidRDefault="00E61D86" w:rsidP="00E61D86">
      <w:pPr>
        <w:spacing w:after="0"/>
        <w:ind w:firstLine="567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E61D86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СОГЛАСОВАНО                                                               </w:t>
      </w:r>
      <w:proofErr w:type="spellStart"/>
      <w:r w:rsidRPr="00E61D86">
        <w:rPr>
          <w:rFonts w:ascii="Times New Roman" w:eastAsia="Calibri" w:hAnsi="Times New Roman" w:cs="Times New Roman"/>
          <w:sz w:val="24"/>
          <w:szCs w:val="24"/>
          <w:lang w:val="ru-RU"/>
        </w:rPr>
        <w:t>СОГЛАСОВАНО</w:t>
      </w:r>
      <w:proofErr w:type="spellEnd"/>
    </w:p>
    <w:p w:rsidR="00E61D86" w:rsidRPr="00E61D86" w:rsidRDefault="00E61D86" w:rsidP="00E61D86">
      <w:pPr>
        <w:spacing w:after="0"/>
        <w:ind w:firstLine="567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E61D86">
        <w:rPr>
          <w:rFonts w:ascii="Times New Roman" w:eastAsia="Calibri" w:hAnsi="Times New Roman" w:cs="Times New Roman"/>
          <w:sz w:val="24"/>
          <w:szCs w:val="24"/>
          <w:lang w:val="ru-RU"/>
        </w:rPr>
        <w:t>Протокол заседания                                                           Заместитель директора по УВР</w:t>
      </w:r>
    </w:p>
    <w:p w:rsidR="00E61D86" w:rsidRPr="00E61D86" w:rsidRDefault="00E61D86" w:rsidP="00E61D86">
      <w:pPr>
        <w:spacing w:after="0"/>
        <w:ind w:firstLine="567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E61D86">
        <w:rPr>
          <w:rFonts w:ascii="Times New Roman" w:eastAsia="Calibri" w:hAnsi="Times New Roman" w:cs="Times New Roman"/>
          <w:sz w:val="24"/>
          <w:szCs w:val="24"/>
          <w:lang w:val="ru-RU"/>
        </w:rPr>
        <w:t>методического совета                                                        МБОУ БСОШ № 2</w:t>
      </w:r>
    </w:p>
    <w:p w:rsidR="00E61D86" w:rsidRPr="00E61D86" w:rsidRDefault="00E61D86" w:rsidP="00E61D86">
      <w:pPr>
        <w:spacing w:after="0"/>
        <w:ind w:firstLine="567"/>
        <w:rPr>
          <w:rFonts w:ascii="Times New Roman" w:eastAsia="Calibri" w:hAnsi="Times New Roman" w:cs="Times New Roman"/>
          <w:sz w:val="24"/>
          <w:szCs w:val="24"/>
          <w:lang w:val="ru-RU"/>
        </w:rPr>
      </w:pPr>
      <w:r w:rsidRPr="00E61D86">
        <w:rPr>
          <w:rFonts w:ascii="Times New Roman" w:eastAsia="Calibri" w:hAnsi="Times New Roman" w:cs="Times New Roman"/>
          <w:sz w:val="24"/>
          <w:szCs w:val="24"/>
          <w:lang w:val="ru-RU"/>
        </w:rPr>
        <w:t>МБОУ БСОШ № 2</w:t>
      </w:r>
    </w:p>
    <w:p w:rsidR="00E61D86" w:rsidRPr="00E61D86" w:rsidRDefault="00E61D86" w:rsidP="00E61D86">
      <w:pPr>
        <w:spacing w:after="0"/>
        <w:ind w:firstLine="567"/>
        <w:rPr>
          <w:rFonts w:ascii="Times New Roman" w:eastAsia="Calibri" w:hAnsi="Times New Roman" w:cs="Times New Roman"/>
          <w:sz w:val="24"/>
          <w:szCs w:val="24"/>
          <w:lang w:val="ru-RU"/>
        </w:rPr>
      </w:pPr>
      <w:r>
        <w:rPr>
          <w:rFonts w:ascii="Times New Roman" w:eastAsia="Calibri" w:hAnsi="Times New Roman" w:cs="Times New Roman"/>
          <w:sz w:val="24"/>
          <w:szCs w:val="24"/>
          <w:lang w:val="ru-RU"/>
        </w:rPr>
        <w:t>от 30 августа 2022</w:t>
      </w:r>
      <w:r w:rsidRPr="00E61D86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года № 1                                            ______________ /Титаренко И.Н./</w:t>
      </w:r>
    </w:p>
    <w:p w:rsidR="00E61D86" w:rsidRPr="00E61D86" w:rsidRDefault="00E61D86" w:rsidP="00E61D86">
      <w:pPr>
        <w:spacing w:after="0"/>
        <w:ind w:firstLine="567"/>
        <w:jc w:val="both"/>
        <w:rPr>
          <w:rFonts w:ascii="Times New Roman" w:eastAsia="Calibri" w:hAnsi="Times New Roman" w:cs="Times New Roman"/>
          <w:b/>
          <w:sz w:val="24"/>
          <w:szCs w:val="24"/>
          <w:lang w:val="ru-RU"/>
        </w:rPr>
      </w:pPr>
      <w:r w:rsidRPr="00E61D86">
        <w:rPr>
          <w:rFonts w:ascii="Times New Roman" w:eastAsia="Calibri" w:hAnsi="Times New Roman" w:cs="Times New Roman"/>
          <w:sz w:val="24"/>
          <w:szCs w:val="24"/>
          <w:lang w:val="ru-RU"/>
        </w:rPr>
        <w:t>____</w:t>
      </w:r>
      <w:r>
        <w:rPr>
          <w:rFonts w:ascii="Times New Roman" w:eastAsia="Calibri" w:hAnsi="Times New Roman" w:cs="Times New Roman"/>
          <w:sz w:val="24"/>
          <w:szCs w:val="24"/>
          <w:lang w:val="ru-RU"/>
        </w:rPr>
        <w:t>_______/Горбачева О.И</w:t>
      </w:r>
      <w:r w:rsidRPr="00E61D86">
        <w:rPr>
          <w:rFonts w:ascii="Times New Roman" w:eastAsia="Calibri" w:hAnsi="Times New Roman" w:cs="Times New Roman"/>
          <w:sz w:val="24"/>
          <w:szCs w:val="24"/>
          <w:lang w:val="ru-RU"/>
        </w:rPr>
        <w:t>./                                           __</w:t>
      </w:r>
      <w:r>
        <w:rPr>
          <w:rFonts w:ascii="Times New Roman" w:eastAsia="Calibri" w:hAnsi="Times New Roman" w:cs="Times New Roman"/>
          <w:sz w:val="24"/>
          <w:szCs w:val="24"/>
          <w:u w:val="single"/>
          <w:lang w:val="ru-RU"/>
        </w:rPr>
        <w:t>30</w:t>
      </w:r>
      <w:r w:rsidRPr="00E61D86">
        <w:rPr>
          <w:rFonts w:ascii="Times New Roman" w:eastAsia="Calibri" w:hAnsi="Times New Roman" w:cs="Times New Roman"/>
          <w:sz w:val="24"/>
          <w:szCs w:val="24"/>
          <w:u w:val="single"/>
          <w:lang w:val="ru-RU"/>
        </w:rPr>
        <w:t xml:space="preserve">       августа</w:t>
      </w:r>
      <w:r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__   2022</w:t>
      </w:r>
      <w:r w:rsidRPr="00E61D86">
        <w:rPr>
          <w:rFonts w:ascii="Times New Roman" w:eastAsia="Calibri" w:hAnsi="Times New Roman" w:cs="Times New Roman"/>
          <w:sz w:val="24"/>
          <w:szCs w:val="24"/>
          <w:lang w:val="ru-RU"/>
        </w:rPr>
        <w:t xml:space="preserve"> года</w:t>
      </w:r>
      <w:bookmarkStart w:id="0" w:name="_GoBack"/>
      <w:bookmarkEnd w:id="0"/>
    </w:p>
    <w:sectPr w:rsidR="00E61D86" w:rsidRPr="00E61D86" w:rsidSect="00FF654F">
      <w:pgSz w:w="11900" w:h="16840"/>
      <w:pgMar w:top="284" w:right="650" w:bottom="1440" w:left="666" w:header="720" w:footer="720" w:gutter="0"/>
      <w:pgBorders w:offsetFrom="page">
        <w:top w:val="triple" w:sz="4" w:space="24" w:color="auto"/>
        <w:left w:val="triple" w:sz="4" w:space="24" w:color="auto"/>
        <w:bottom w:val="triple" w:sz="4" w:space="24" w:color="auto"/>
        <w:right w:val="triple" w:sz="4" w:space="24" w:color="auto"/>
      </w:pgBorders>
      <w:cols w:space="720" w:equalWidth="0">
        <w:col w:w="10584" w:space="0"/>
      </w:cols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0CEF50D5"/>
    <w:multiLevelType w:val="hybridMultilevel"/>
    <w:tmpl w:val="D806D5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42F268C"/>
    <w:multiLevelType w:val="hybridMultilevel"/>
    <w:tmpl w:val="E3F00E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B4327EC"/>
    <w:multiLevelType w:val="hybridMultilevel"/>
    <w:tmpl w:val="9440EA6E"/>
    <w:lvl w:ilvl="0" w:tplc="41361BBE">
      <w:numFmt w:val="bullet"/>
      <w:lvlText w:val="—"/>
      <w:lvlJc w:val="left"/>
      <w:pPr>
        <w:ind w:left="526" w:hanging="36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A7AB310">
      <w:numFmt w:val="bullet"/>
      <w:lvlText w:val="•"/>
      <w:lvlJc w:val="left"/>
      <w:pPr>
        <w:ind w:left="1548" w:hanging="361"/>
      </w:pPr>
      <w:rPr>
        <w:rFonts w:hint="default"/>
        <w:lang w:val="ru-RU" w:eastAsia="en-US" w:bidi="ar-SA"/>
      </w:rPr>
    </w:lvl>
    <w:lvl w:ilvl="2" w:tplc="2410E5C8">
      <w:numFmt w:val="bullet"/>
      <w:lvlText w:val="•"/>
      <w:lvlJc w:val="left"/>
      <w:pPr>
        <w:ind w:left="2576" w:hanging="361"/>
      </w:pPr>
      <w:rPr>
        <w:rFonts w:hint="default"/>
        <w:lang w:val="ru-RU" w:eastAsia="en-US" w:bidi="ar-SA"/>
      </w:rPr>
    </w:lvl>
    <w:lvl w:ilvl="3" w:tplc="ED7A18D8">
      <w:numFmt w:val="bullet"/>
      <w:lvlText w:val="•"/>
      <w:lvlJc w:val="left"/>
      <w:pPr>
        <w:ind w:left="3604" w:hanging="361"/>
      </w:pPr>
      <w:rPr>
        <w:rFonts w:hint="default"/>
        <w:lang w:val="ru-RU" w:eastAsia="en-US" w:bidi="ar-SA"/>
      </w:rPr>
    </w:lvl>
    <w:lvl w:ilvl="4" w:tplc="87CACECA">
      <w:numFmt w:val="bullet"/>
      <w:lvlText w:val="•"/>
      <w:lvlJc w:val="left"/>
      <w:pPr>
        <w:ind w:left="4632" w:hanging="361"/>
      </w:pPr>
      <w:rPr>
        <w:rFonts w:hint="default"/>
        <w:lang w:val="ru-RU" w:eastAsia="en-US" w:bidi="ar-SA"/>
      </w:rPr>
    </w:lvl>
    <w:lvl w:ilvl="5" w:tplc="99BA1FBE">
      <w:numFmt w:val="bullet"/>
      <w:lvlText w:val="•"/>
      <w:lvlJc w:val="left"/>
      <w:pPr>
        <w:ind w:left="5660" w:hanging="361"/>
      </w:pPr>
      <w:rPr>
        <w:rFonts w:hint="default"/>
        <w:lang w:val="ru-RU" w:eastAsia="en-US" w:bidi="ar-SA"/>
      </w:rPr>
    </w:lvl>
    <w:lvl w:ilvl="6" w:tplc="14B233D6">
      <w:numFmt w:val="bullet"/>
      <w:lvlText w:val="•"/>
      <w:lvlJc w:val="left"/>
      <w:pPr>
        <w:ind w:left="6688" w:hanging="361"/>
      </w:pPr>
      <w:rPr>
        <w:rFonts w:hint="default"/>
        <w:lang w:val="ru-RU" w:eastAsia="en-US" w:bidi="ar-SA"/>
      </w:rPr>
    </w:lvl>
    <w:lvl w:ilvl="7" w:tplc="E50CB1E6">
      <w:numFmt w:val="bullet"/>
      <w:lvlText w:val="•"/>
      <w:lvlJc w:val="left"/>
      <w:pPr>
        <w:ind w:left="7716" w:hanging="361"/>
      </w:pPr>
      <w:rPr>
        <w:rFonts w:hint="default"/>
        <w:lang w:val="ru-RU" w:eastAsia="en-US" w:bidi="ar-SA"/>
      </w:rPr>
    </w:lvl>
    <w:lvl w:ilvl="8" w:tplc="336AD586">
      <w:numFmt w:val="bullet"/>
      <w:lvlText w:val="•"/>
      <w:lvlJc w:val="left"/>
      <w:pPr>
        <w:ind w:left="8744" w:hanging="361"/>
      </w:pPr>
      <w:rPr>
        <w:rFonts w:hint="default"/>
        <w:lang w:val="ru-RU" w:eastAsia="en-US" w:bidi="ar-SA"/>
      </w:rPr>
    </w:lvl>
  </w:abstractNum>
  <w:abstractNum w:abstractNumId="12">
    <w:nsid w:val="3D1518B1"/>
    <w:multiLevelType w:val="hybridMultilevel"/>
    <w:tmpl w:val="CD188E0C"/>
    <w:lvl w:ilvl="0" w:tplc="0B389E00">
      <w:start w:val="1"/>
      <w:numFmt w:val="decimal"/>
      <w:lvlText w:val="%1)"/>
      <w:lvlJc w:val="left"/>
      <w:pPr>
        <w:ind w:left="610" w:hanging="325"/>
      </w:pPr>
      <w:rPr>
        <w:rFonts w:hint="default"/>
        <w:i/>
        <w:iCs/>
        <w:w w:val="100"/>
        <w:lang w:val="ru-RU" w:eastAsia="en-US" w:bidi="ar-SA"/>
      </w:rPr>
    </w:lvl>
    <w:lvl w:ilvl="1" w:tplc="E80E0282">
      <w:numFmt w:val="bullet"/>
      <w:lvlText w:val="—"/>
      <w:lvlJc w:val="left"/>
      <w:pPr>
        <w:ind w:left="526" w:hanging="36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8DA0D052">
      <w:numFmt w:val="bullet"/>
      <w:lvlText w:val="•"/>
      <w:lvlJc w:val="left"/>
      <w:pPr>
        <w:ind w:left="1751" w:hanging="361"/>
      </w:pPr>
      <w:rPr>
        <w:rFonts w:hint="default"/>
        <w:lang w:val="ru-RU" w:eastAsia="en-US" w:bidi="ar-SA"/>
      </w:rPr>
    </w:lvl>
    <w:lvl w:ilvl="3" w:tplc="69F8D398">
      <w:numFmt w:val="bullet"/>
      <w:lvlText w:val="•"/>
      <w:lvlJc w:val="left"/>
      <w:pPr>
        <w:ind w:left="2882" w:hanging="361"/>
      </w:pPr>
      <w:rPr>
        <w:rFonts w:hint="default"/>
        <w:lang w:val="ru-RU" w:eastAsia="en-US" w:bidi="ar-SA"/>
      </w:rPr>
    </w:lvl>
    <w:lvl w:ilvl="4" w:tplc="2A6E3F78">
      <w:numFmt w:val="bullet"/>
      <w:lvlText w:val="•"/>
      <w:lvlJc w:val="left"/>
      <w:pPr>
        <w:ind w:left="4013" w:hanging="361"/>
      </w:pPr>
      <w:rPr>
        <w:rFonts w:hint="default"/>
        <w:lang w:val="ru-RU" w:eastAsia="en-US" w:bidi="ar-SA"/>
      </w:rPr>
    </w:lvl>
    <w:lvl w:ilvl="5" w:tplc="565A56C0">
      <w:numFmt w:val="bullet"/>
      <w:lvlText w:val="•"/>
      <w:lvlJc w:val="left"/>
      <w:pPr>
        <w:ind w:left="5144" w:hanging="361"/>
      </w:pPr>
      <w:rPr>
        <w:rFonts w:hint="default"/>
        <w:lang w:val="ru-RU" w:eastAsia="en-US" w:bidi="ar-SA"/>
      </w:rPr>
    </w:lvl>
    <w:lvl w:ilvl="6" w:tplc="945AA3E8">
      <w:numFmt w:val="bullet"/>
      <w:lvlText w:val="•"/>
      <w:lvlJc w:val="left"/>
      <w:pPr>
        <w:ind w:left="6275" w:hanging="361"/>
      </w:pPr>
      <w:rPr>
        <w:rFonts w:hint="default"/>
        <w:lang w:val="ru-RU" w:eastAsia="en-US" w:bidi="ar-SA"/>
      </w:rPr>
    </w:lvl>
    <w:lvl w:ilvl="7" w:tplc="A7C6DDC6">
      <w:numFmt w:val="bullet"/>
      <w:lvlText w:val="•"/>
      <w:lvlJc w:val="left"/>
      <w:pPr>
        <w:ind w:left="7406" w:hanging="361"/>
      </w:pPr>
      <w:rPr>
        <w:rFonts w:hint="default"/>
        <w:lang w:val="ru-RU" w:eastAsia="en-US" w:bidi="ar-SA"/>
      </w:rPr>
    </w:lvl>
    <w:lvl w:ilvl="8" w:tplc="AC8E5C76">
      <w:numFmt w:val="bullet"/>
      <w:lvlText w:val="•"/>
      <w:lvlJc w:val="left"/>
      <w:pPr>
        <w:ind w:left="8537" w:hanging="361"/>
      </w:pPr>
      <w:rPr>
        <w:rFonts w:hint="default"/>
        <w:lang w:val="ru-RU" w:eastAsia="en-US" w:bidi="ar-SA"/>
      </w:rPr>
    </w:lvl>
  </w:abstractNum>
  <w:abstractNum w:abstractNumId="13">
    <w:nsid w:val="49DC3F97"/>
    <w:multiLevelType w:val="hybridMultilevel"/>
    <w:tmpl w:val="5A5262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F353DF5"/>
    <w:multiLevelType w:val="hybridMultilevel"/>
    <w:tmpl w:val="60E212CE"/>
    <w:lvl w:ilvl="0" w:tplc="A8402FDA">
      <w:start w:val="1"/>
      <w:numFmt w:val="decimal"/>
      <w:lvlText w:val="%1)"/>
      <w:lvlJc w:val="left"/>
      <w:pPr>
        <w:ind w:left="610" w:hanging="325"/>
      </w:pPr>
      <w:rPr>
        <w:rFonts w:ascii="Times New Roman" w:eastAsia="Times New Roman" w:hAnsi="Times New Roman" w:cs="Times New Roman" w:hint="default"/>
        <w:i/>
        <w:iCs/>
        <w:w w:val="100"/>
        <w:sz w:val="24"/>
        <w:szCs w:val="24"/>
        <w:lang w:val="ru-RU" w:eastAsia="en-US" w:bidi="ar-SA"/>
      </w:rPr>
    </w:lvl>
    <w:lvl w:ilvl="1" w:tplc="0C822B20">
      <w:numFmt w:val="bullet"/>
      <w:lvlText w:val="—"/>
      <w:lvlJc w:val="left"/>
      <w:pPr>
        <w:ind w:left="526" w:hanging="36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EA38EA30">
      <w:numFmt w:val="bullet"/>
      <w:lvlText w:val="•"/>
      <w:lvlJc w:val="left"/>
      <w:pPr>
        <w:ind w:left="1751" w:hanging="361"/>
      </w:pPr>
      <w:rPr>
        <w:rFonts w:hint="default"/>
        <w:lang w:val="ru-RU" w:eastAsia="en-US" w:bidi="ar-SA"/>
      </w:rPr>
    </w:lvl>
    <w:lvl w:ilvl="3" w:tplc="BA2A6D1E">
      <w:numFmt w:val="bullet"/>
      <w:lvlText w:val="•"/>
      <w:lvlJc w:val="left"/>
      <w:pPr>
        <w:ind w:left="2882" w:hanging="361"/>
      </w:pPr>
      <w:rPr>
        <w:rFonts w:hint="default"/>
        <w:lang w:val="ru-RU" w:eastAsia="en-US" w:bidi="ar-SA"/>
      </w:rPr>
    </w:lvl>
    <w:lvl w:ilvl="4" w:tplc="79E60F38">
      <w:numFmt w:val="bullet"/>
      <w:lvlText w:val="•"/>
      <w:lvlJc w:val="left"/>
      <w:pPr>
        <w:ind w:left="4013" w:hanging="361"/>
      </w:pPr>
      <w:rPr>
        <w:rFonts w:hint="default"/>
        <w:lang w:val="ru-RU" w:eastAsia="en-US" w:bidi="ar-SA"/>
      </w:rPr>
    </w:lvl>
    <w:lvl w:ilvl="5" w:tplc="1B1A074C">
      <w:numFmt w:val="bullet"/>
      <w:lvlText w:val="•"/>
      <w:lvlJc w:val="left"/>
      <w:pPr>
        <w:ind w:left="5144" w:hanging="361"/>
      </w:pPr>
      <w:rPr>
        <w:rFonts w:hint="default"/>
        <w:lang w:val="ru-RU" w:eastAsia="en-US" w:bidi="ar-SA"/>
      </w:rPr>
    </w:lvl>
    <w:lvl w:ilvl="6" w:tplc="28A4A6F4">
      <w:numFmt w:val="bullet"/>
      <w:lvlText w:val="•"/>
      <w:lvlJc w:val="left"/>
      <w:pPr>
        <w:ind w:left="6275" w:hanging="361"/>
      </w:pPr>
      <w:rPr>
        <w:rFonts w:hint="default"/>
        <w:lang w:val="ru-RU" w:eastAsia="en-US" w:bidi="ar-SA"/>
      </w:rPr>
    </w:lvl>
    <w:lvl w:ilvl="7" w:tplc="7FAC69E2">
      <w:numFmt w:val="bullet"/>
      <w:lvlText w:val="•"/>
      <w:lvlJc w:val="left"/>
      <w:pPr>
        <w:ind w:left="7406" w:hanging="361"/>
      </w:pPr>
      <w:rPr>
        <w:rFonts w:hint="default"/>
        <w:lang w:val="ru-RU" w:eastAsia="en-US" w:bidi="ar-SA"/>
      </w:rPr>
    </w:lvl>
    <w:lvl w:ilvl="8" w:tplc="7BD62896">
      <w:numFmt w:val="bullet"/>
      <w:lvlText w:val="•"/>
      <w:lvlJc w:val="left"/>
      <w:pPr>
        <w:ind w:left="8537" w:hanging="361"/>
      </w:pPr>
      <w:rPr>
        <w:rFonts w:hint="default"/>
        <w:lang w:val="ru-RU" w:eastAsia="en-US" w:bidi="ar-SA"/>
      </w:rPr>
    </w:lvl>
  </w:abstractNum>
  <w:abstractNum w:abstractNumId="15">
    <w:nsid w:val="7A2832BE"/>
    <w:multiLevelType w:val="hybridMultilevel"/>
    <w:tmpl w:val="39FAAC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4"/>
  </w:num>
  <w:num w:numId="11">
    <w:abstractNumId w:val="12"/>
  </w:num>
  <w:num w:numId="12">
    <w:abstractNumId w:val="11"/>
  </w:num>
  <w:num w:numId="13">
    <w:abstractNumId w:val="9"/>
  </w:num>
  <w:num w:numId="14">
    <w:abstractNumId w:val="15"/>
  </w:num>
  <w:num w:numId="15">
    <w:abstractNumId w:val="13"/>
  </w:num>
  <w:num w:numId="16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B47730"/>
    <w:rsid w:val="00034616"/>
    <w:rsid w:val="0006063C"/>
    <w:rsid w:val="000A31D7"/>
    <w:rsid w:val="0012684A"/>
    <w:rsid w:val="00132322"/>
    <w:rsid w:val="001470B3"/>
    <w:rsid w:val="0015074B"/>
    <w:rsid w:val="00192896"/>
    <w:rsid w:val="0029639D"/>
    <w:rsid w:val="002E3E0D"/>
    <w:rsid w:val="0030397D"/>
    <w:rsid w:val="00326F90"/>
    <w:rsid w:val="00347EF9"/>
    <w:rsid w:val="004A4B3C"/>
    <w:rsid w:val="004D53FF"/>
    <w:rsid w:val="005A3EEF"/>
    <w:rsid w:val="005B299F"/>
    <w:rsid w:val="0068099F"/>
    <w:rsid w:val="006E63A2"/>
    <w:rsid w:val="007E5E1E"/>
    <w:rsid w:val="00954279"/>
    <w:rsid w:val="00A86162"/>
    <w:rsid w:val="00AA1D8D"/>
    <w:rsid w:val="00B47730"/>
    <w:rsid w:val="00C16705"/>
    <w:rsid w:val="00C9295A"/>
    <w:rsid w:val="00CB0664"/>
    <w:rsid w:val="00D138AD"/>
    <w:rsid w:val="00D35AEA"/>
    <w:rsid w:val="00D50E20"/>
    <w:rsid w:val="00D65CB6"/>
    <w:rsid w:val="00E61D86"/>
    <w:rsid w:val="00FC693F"/>
    <w:rsid w:val="00FF65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1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1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1"/>
    <w:unhideWhenUsed/>
    <w:qFormat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numbering" w:customStyle="1" w:styleId="14">
    <w:name w:val="Нет списка1"/>
    <w:next w:val="a4"/>
    <w:uiPriority w:val="99"/>
    <w:semiHidden/>
    <w:unhideWhenUsed/>
    <w:rsid w:val="0030397D"/>
  </w:style>
  <w:style w:type="table" w:customStyle="1" w:styleId="TableNormal">
    <w:name w:val="Table Normal"/>
    <w:uiPriority w:val="2"/>
    <w:semiHidden/>
    <w:unhideWhenUsed/>
    <w:qFormat/>
    <w:rsid w:val="0030397D"/>
    <w:pPr>
      <w:widowControl w:val="0"/>
      <w:autoSpaceDE w:val="0"/>
      <w:autoSpaceDN w:val="0"/>
      <w:spacing w:after="0" w:line="240" w:lineRule="auto"/>
    </w:pPr>
    <w:rPr>
      <w:rFonts w:eastAsia="Calibri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1"/>
    <w:uiPriority w:val="1"/>
    <w:qFormat/>
    <w:rsid w:val="0030397D"/>
    <w:pPr>
      <w:widowControl w:val="0"/>
      <w:autoSpaceDE w:val="0"/>
      <w:autoSpaceDN w:val="0"/>
      <w:spacing w:before="86" w:after="0" w:line="240" w:lineRule="auto"/>
      <w:ind w:left="77"/>
    </w:pPr>
    <w:rPr>
      <w:rFonts w:ascii="Times New Roman" w:eastAsia="Times New Roman" w:hAnsi="Times New Roman" w:cs="Times New Roman"/>
      <w:lang w:val="ru-RU"/>
    </w:rPr>
  </w:style>
  <w:style w:type="numbering" w:customStyle="1" w:styleId="2c">
    <w:name w:val="Нет списка2"/>
    <w:next w:val="a4"/>
    <w:uiPriority w:val="99"/>
    <w:semiHidden/>
    <w:unhideWhenUsed/>
    <w:rsid w:val="0030397D"/>
  </w:style>
  <w:style w:type="table" w:customStyle="1" w:styleId="TableNormal1">
    <w:name w:val="Table Normal1"/>
    <w:uiPriority w:val="2"/>
    <w:semiHidden/>
    <w:unhideWhenUsed/>
    <w:qFormat/>
    <w:rsid w:val="0030397D"/>
    <w:pPr>
      <w:widowControl w:val="0"/>
      <w:autoSpaceDE w:val="0"/>
      <w:autoSpaceDN w:val="0"/>
      <w:spacing w:after="0" w:line="240" w:lineRule="auto"/>
    </w:pPr>
    <w:rPr>
      <w:rFonts w:eastAsia="Calibri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f8">
    <w:name w:val="Balloon Text"/>
    <w:basedOn w:val="a1"/>
    <w:link w:val="aff9"/>
    <w:uiPriority w:val="99"/>
    <w:semiHidden/>
    <w:unhideWhenUsed/>
    <w:rsid w:val="004D53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f9">
    <w:name w:val="Текст выноски Знак"/>
    <w:basedOn w:val="a2"/>
    <w:link w:val="aff8"/>
    <w:uiPriority w:val="99"/>
    <w:semiHidden/>
    <w:rsid w:val="004D53F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kopilurokov.ru/" TargetMode="External"/><Relationship Id="rId18" Type="http://schemas.openxmlformats.org/officeDocument/2006/relationships/hyperlink" Target="http://kopilurokov.ru/" TargetMode="External"/><Relationship Id="rId26" Type="http://schemas.openxmlformats.org/officeDocument/2006/relationships/hyperlink" Target="http://nsportal.ru/" TargetMode="External"/><Relationship Id="rId39" Type="http://schemas.openxmlformats.org/officeDocument/2006/relationships/hyperlink" Target="http://nsportal.ru/" TargetMode="External"/><Relationship Id="rId3" Type="http://schemas.openxmlformats.org/officeDocument/2006/relationships/styles" Target="styles.xml"/><Relationship Id="rId21" Type="http://schemas.openxmlformats.org/officeDocument/2006/relationships/hyperlink" Target="http://kopilurokov.ru/" TargetMode="External"/><Relationship Id="rId34" Type="http://schemas.openxmlformats.org/officeDocument/2006/relationships/hyperlink" Target="http://nsportal.ru/" TargetMode="External"/><Relationship Id="rId42" Type="http://schemas.openxmlformats.org/officeDocument/2006/relationships/hyperlink" Target="http://nsportal.ru/" TargetMode="External"/><Relationship Id="rId47" Type="http://schemas.openxmlformats.org/officeDocument/2006/relationships/hyperlink" Target="http://nsportal.ru/" TargetMode="External"/><Relationship Id="rId50" Type="http://schemas.openxmlformats.org/officeDocument/2006/relationships/hyperlink" Target="http://nsportal.ru/" TargetMode="External"/><Relationship Id="rId7" Type="http://schemas.openxmlformats.org/officeDocument/2006/relationships/hyperlink" Target="http://school-collection.edu.ru" TargetMode="External"/><Relationship Id="rId12" Type="http://schemas.openxmlformats.org/officeDocument/2006/relationships/hyperlink" Target="http://www.km.ru/ed" TargetMode="External"/><Relationship Id="rId17" Type="http://schemas.openxmlformats.org/officeDocument/2006/relationships/hyperlink" Target="http://kopilurokov.ru/" TargetMode="External"/><Relationship Id="rId25" Type="http://schemas.openxmlformats.org/officeDocument/2006/relationships/hyperlink" Target="http://nsportal.ru/" TargetMode="External"/><Relationship Id="rId33" Type="http://schemas.openxmlformats.org/officeDocument/2006/relationships/hyperlink" Target="http://nsportal.ru/" TargetMode="External"/><Relationship Id="rId38" Type="http://schemas.openxmlformats.org/officeDocument/2006/relationships/hyperlink" Target="http://nsportal.ru/" TargetMode="External"/><Relationship Id="rId46" Type="http://schemas.openxmlformats.org/officeDocument/2006/relationships/hyperlink" Target="http://nsportal.ru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kopilurokov.ru/" TargetMode="External"/><Relationship Id="rId20" Type="http://schemas.openxmlformats.org/officeDocument/2006/relationships/hyperlink" Target="http://kopilurokov.ru/" TargetMode="External"/><Relationship Id="rId29" Type="http://schemas.openxmlformats.org/officeDocument/2006/relationships/hyperlink" Target="http://nsportal.ru/" TargetMode="External"/><Relationship Id="rId41" Type="http://schemas.openxmlformats.org/officeDocument/2006/relationships/hyperlink" Target="http://nsportal.ru/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://viki.rdf.ru/item/958/download" TargetMode="External"/><Relationship Id="rId11" Type="http://schemas.openxmlformats.org/officeDocument/2006/relationships/hyperlink" Target="http://www.gramota.ru" TargetMode="External"/><Relationship Id="rId24" Type="http://schemas.openxmlformats.org/officeDocument/2006/relationships/hyperlink" Target="http://nsportal.ru/" TargetMode="External"/><Relationship Id="rId32" Type="http://schemas.openxmlformats.org/officeDocument/2006/relationships/hyperlink" Target="http://nsportal.ru/" TargetMode="External"/><Relationship Id="rId37" Type="http://schemas.openxmlformats.org/officeDocument/2006/relationships/hyperlink" Target="http://nsportal.ru/" TargetMode="External"/><Relationship Id="rId40" Type="http://schemas.openxmlformats.org/officeDocument/2006/relationships/hyperlink" Target="http://nsportal.ru/" TargetMode="External"/><Relationship Id="rId45" Type="http://schemas.openxmlformats.org/officeDocument/2006/relationships/hyperlink" Target="http://nsportal.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kopilurokov.ru/" TargetMode="External"/><Relationship Id="rId23" Type="http://schemas.openxmlformats.org/officeDocument/2006/relationships/hyperlink" Target="http://nsportal.ru/" TargetMode="External"/><Relationship Id="rId28" Type="http://schemas.openxmlformats.org/officeDocument/2006/relationships/hyperlink" Target="http://nsportal.ru/" TargetMode="External"/><Relationship Id="rId36" Type="http://schemas.openxmlformats.org/officeDocument/2006/relationships/hyperlink" Target="http://nsportal.ru/" TargetMode="External"/><Relationship Id="rId49" Type="http://schemas.openxmlformats.org/officeDocument/2006/relationships/hyperlink" Target="http://nsportal.ru/" TargetMode="External"/><Relationship Id="rId10" Type="http://schemas.openxmlformats.org/officeDocument/2006/relationships/hyperlink" Target="http://pedsovet.su" TargetMode="External"/><Relationship Id="rId19" Type="http://schemas.openxmlformats.org/officeDocument/2006/relationships/hyperlink" Target="http://kopilurokov.ru/" TargetMode="External"/><Relationship Id="rId31" Type="http://schemas.openxmlformats.org/officeDocument/2006/relationships/hyperlink" Target="http://nsportal.ru/" TargetMode="External"/><Relationship Id="rId44" Type="http://schemas.openxmlformats.org/officeDocument/2006/relationships/hyperlink" Target="http://nsportal.ru/" TargetMode="External"/><Relationship Id="rId52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Pedsovet.su" TargetMode="External"/><Relationship Id="rId14" Type="http://schemas.openxmlformats.org/officeDocument/2006/relationships/hyperlink" Target="http://kopilurokov.ru/" TargetMode="External"/><Relationship Id="rId22" Type="http://schemas.openxmlformats.org/officeDocument/2006/relationships/hyperlink" Target="http://nsportal.ru/" TargetMode="External"/><Relationship Id="rId27" Type="http://schemas.openxmlformats.org/officeDocument/2006/relationships/hyperlink" Target="http://nsportal.ru/" TargetMode="External"/><Relationship Id="rId30" Type="http://schemas.openxmlformats.org/officeDocument/2006/relationships/hyperlink" Target="http://nsportal.ru/" TargetMode="External"/><Relationship Id="rId35" Type="http://schemas.openxmlformats.org/officeDocument/2006/relationships/hyperlink" Target="http://nsportal.ru/" TargetMode="External"/><Relationship Id="rId43" Type="http://schemas.openxmlformats.org/officeDocument/2006/relationships/hyperlink" Target="http://nsportal.ru/" TargetMode="External"/><Relationship Id="rId48" Type="http://schemas.openxmlformats.org/officeDocument/2006/relationships/hyperlink" Target="http://nsportal.ru/" TargetMode="External"/><Relationship Id="rId8" Type="http://schemas.openxmlformats.org/officeDocument/2006/relationships/hyperlink" Target="http://www.uroki.ru" TargetMode="External"/><Relationship Id="rId5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CD50D19-C626-4FBD-903C-904783A15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</TotalTime>
  <Pages>1</Pages>
  <Words>7833</Words>
  <Characters>44649</Characters>
  <Application>Microsoft Office Word</Application>
  <DocSecurity>0</DocSecurity>
  <Lines>372</Lines>
  <Paragraphs>104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52378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Windows User</cp:lastModifiedBy>
  <cp:revision>9</cp:revision>
  <cp:lastPrinted>2022-09-26T19:42:00Z</cp:lastPrinted>
  <dcterms:created xsi:type="dcterms:W3CDTF">2013-12-23T23:15:00Z</dcterms:created>
  <dcterms:modified xsi:type="dcterms:W3CDTF">2022-11-08T09:38:00Z</dcterms:modified>
  <cp:category/>
</cp:coreProperties>
</file>