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58" w:rsidRDefault="00F74958">
      <w:pPr>
        <w:autoSpaceDE w:val="0"/>
        <w:autoSpaceDN w:val="0"/>
        <w:spacing w:after="78" w:line="220" w:lineRule="exact"/>
      </w:pP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Ростовской области</w:t>
      </w: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средняя общеобразовательная школа № 2</w:t>
      </w: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485DA6" w:rsidRPr="00485DA6" w:rsidRDefault="00485DA6" w:rsidP="00485DA6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485DA6" w:rsidRPr="00485DA6" w:rsidRDefault="00485DA6" w:rsidP="00485DA6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 w:rsidRPr="00485DA6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30.08.2022</w:t>
      </w:r>
      <w:r w:rsidRPr="00485DA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№ </w:t>
      </w:r>
      <w:r w:rsidRPr="00485DA6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152/1</w:t>
      </w:r>
    </w:p>
    <w:p w:rsidR="00485DA6" w:rsidRPr="00485DA6" w:rsidRDefault="00485DA6" w:rsidP="00485DA6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_____________/</w:t>
      </w:r>
      <w:proofErr w:type="spellStart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Н.А.Леванчук</w:t>
      </w:r>
      <w:proofErr w:type="spellEnd"/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</w:p>
    <w:p w:rsidR="00485DA6" w:rsidRPr="00485DA6" w:rsidRDefault="00485DA6" w:rsidP="00485DA6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  <w:lang w:val="ru-RU"/>
        </w:rPr>
      </w:pPr>
      <w:r w:rsidRPr="00485DA6">
        <w:rPr>
          <w:rFonts w:ascii="Times New Roman" w:eastAsia="Calibri" w:hAnsi="Times New Roman" w:cs="Times New Roman"/>
          <w:b/>
          <w:bCs/>
          <w:sz w:val="56"/>
          <w:szCs w:val="56"/>
          <w:lang w:val="ru-RU"/>
        </w:rPr>
        <w:t>РАБОЧАЯ ПРОГРАММА</w:t>
      </w:r>
    </w:p>
    <w:p w:rsidR="00A0193C" w:rsidRPr="00241E40" w:rsidRDefault="00A0193C" w:rsidP="00A0193C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2202683)</w:t>
      </w: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учебному 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предмету «Окружающий мир» </w:t>
      </w: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Нач</w:t>
      </w:r>
      <w:r w:rsidR="001323E3">
        <w:rPr>
          <w:rFonts w:ascii="Times New Roman" w:eastAsia="Calibri" w:hAnsi="Times New Roman" w:cs="Times New Roman"/>
          <w:sz w:val="28"/>
          <w:szCs w:val="28"/>
          <w:lang w:val="ru-RU"/>
        </w:rPr>
        <w:t>альное общее образование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: 1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«Б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 -  </w:t>
      </w:r>
      <w:r w:rsidR="00A0193C">
        <w:rPr>
          <w:rFonts w:ascii="Times New Roman" w:eastAsia="Calibri" w:hAnsi="Times New Roman" w:cs="Times New Roman"/>
          <w:sz w:val="28"/>
          <w:szCs w:val="28"/>
          <w:lang w:val="ru-RU"/>
        </w:rPr>
        <w:t>64</w:t>
      </w: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5DA6" w:rsidRPr="00485DA6" w:rsidRDefault="00485DA6" w:rsidP="00485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разработана в соответствии с Федеральным государственным образовательным стандартом нач</w:t>
      </w:r>
      <w:r w:rsidR="00F01FBF">
        <w:rPr>
          <w:rFonts w:ascii="Times New Roman" w:eastAsia="Calibri" w:hAnsi="Times New Roman" w:cs="Times New Roman"/>
          <w:sz w:val="28"/>
          <w:szCs w:val="28"/>
          <w:lang w:val="ru-RU"/>
        </w:rPr>
        <w:t>ального общего образования, 2021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год, примерной программы</w:t>
      </w:r>
      <w:r w:rsidRPr="00485DA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начального общего образования, 2021 г.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>, авторской программы «Окружающий мир» А. А. Плешакова. — М.: Просвещение, 2014</w:t>
      </w:r>
    </w:p>
    <w:p w:rsidR="00485DA6" w:rsidRDefault="00485DA6" w:rsidP="00485DA6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485DA6" w:rsidRPr="00485DA6" w:rsidRDefault="00485DA6" w:rsidP="00485DA6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485DA6" w:rsidRPr="00485DA6" w:rsidRDefault="00485DA6" w:rsidP="00485DA6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2022-2023</w:t>
      </w:r>
      <w:r w:rsidRPr="00485DA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уч. год</w:t>
      </w:r>
    </w:p>
    <w:p w:rsidR="00F74958" w:rsidRPr="001323E3" w:rsidRDefault="00F74958">
      <w:pPr>
        <w:rPr>
          <w:lang w:val="ru-RU"/>
        </w:rPr>
        <w:sectPr w:rsidR="00F74958" w:rsidRPr="001323E3" w:rsidSect="00485DA6">
          <w:pgSz w:w="11900" w:h="16840"/>
          <w:pgMar w:top="993" w:right="1440" w:bottom="1440" w:left="144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580" w:space="0"/>
          </w:cols>
          <w:docGrid w:linePitch="360"/>
        </w:sectPr>
      </w:pPr>
    </w:p>
    <w:p w:rsidR="00F74958" w:rsidRPr="001323E3" w:rsidRDefault="00F74958">
      <w:pPr>
        <w:autoSpaceDE w:val="0"/>
        <w:autoSpaceDN w:val="0"/>
        <w:spacing w:after="78" w:line="220" w:lineRule="exact"/>
        <w:rPr>
          <w:lang w:val="ru-RU"/>
        </w:rPr>
      </w:pPr>
    </w:p>
    <w:p w:rsidR="00241E40" w:rsidRDefault="00241E40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F74958" w:rsidRPr="00241E40" w:rsidRDefault="00241E40" w:rsidP="00241E40">
      <w:pPr>
        <w:autoSpaceDE w:val="0"/>
        <w:autoSpaceDN w:val="0"/>
        <w:spacing w:after="0" w:line="230" w:lineRule="auto"/>
        <w:jc w:val="center"/>
        <w:rPr>
          <w:sz w:val="28"/>
          <w:szCs w:val="28"/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241E40" w:rsidRDefault="00241E40" w:rsidP="00241E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1E40" w:rsidRPr="00241E40" w:rsidRDefault="00241E40" w:rsidP="00241E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241E40" w:rsidRPr="00241E40" w:rsidRDefault="00241E40" w:rsidP="00241E40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Закон Российской Федерации "Об </w:t>
      </w:r>
      <w:r w:rsidRPr="00241E40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нии в Российской Федерации" (в </w:t>
      </w:r>
      <w:r w:rsidRPr="00241E40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ред. Федерального закона от 29.12.2012 № 273-ФЗ).</w:t>
      </w: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241E40" w:rsidRPr="00241E40" w:rsidRDefault="00241E40" w:rsidP="00241E40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241E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41E40" w:rsidRPr="00241E40" w:rsidRDefault="00241E40" w:rsidP="00241E40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241E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Приказ </w:t>
      </w:r>
      <w:proofErr w:type="spellStart"/>
      <w:r w:rsidRPr="00241E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Минпросвещения</w:t>
      </w:r>
      <w:proofErr w:type="spellEnd"/>
      <w:r w:rsidRPr="00241E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Минюсте России 05.07.2012 г., </w:t>
      </w:r>
      <w:r w:rsidRPr="00241E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№ 64100)</w:t>
      </w:r>
    </w:p>
    <w:p w:rsidR="00241E40" w:rsidRPr="00241E40" w:rsidRDefault="00241E40" w:rsidP="00241E40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 врача РФ от 28.09.2020 г. № </w:t>
      </w: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241E4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Об утверждении санитарных правил СП </w:t>
      </w:r>
      <w:r w:rsidR="00485DA6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2.4.3648-20 «Санитарно-эпидемио</w:t>
      </w:r>
      <w:r w:rsidRPr="00241E4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логические требования к организациям воспитания и обучения, отдыха и оздоровления детей и молодежи»</w:t>
      </w: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241E40" w:rsidRPr="00241E40" w:rsidRDefault="00241E40" w:rsidP="00241E40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освещения Российской Федерации от 20.05.2020 г. № 254 </w:t>
      </w: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"Об утверждении федеральног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 перечня учебников, допущенных</w:t>
      </w:r>
      <w:r w:rsidRPr="00241E4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41E40" w:rsidRPr="00241E40" w:rsidRDefault="00241E40" w:rsidP="00241E40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1E40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241E40" w:rsidRPr="00241E40" w:rsidRDefault="00241E40" w:rsidP="00241E40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41E40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241E40" w:rsidRPr="00241E40" w:rsidRDefault="00241E40" w:rsidP="00241E40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41E40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241E40" w:rsidRPr="00241E40" w:rsidRDefault="00241E40" w:rsidP="00241E40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41E40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485DA6" w:rsidRDefault="00485DA6" w:rsidP="00485DA6">
      <w:pPr>
        <w:autoSpaceDE w:val="0"/>
        <w:autoSpaceDN w:val="0"/>
        <w:spacing w:after="0" w:line="271" w:lineRule="auto"/>
        <w:ind w:right="288" w:firstLine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5DA6" w:rsidRDefault="00485DA6" w:rsidP="00485DA6">
      <w:pPr>
        <w:autoSpaceDE w:val="0"/>
        <w:autoSpaceDN w:val="0"/>
        <w:spacing w:after="0" w:line="271" w:lineRule="auto"/>
        <w:ind w:right="288" w:firstLine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«Окружающий мир»</w:t>
      </w:r>
    </w:p>
    <w:p w:rsidR="00485DA6" w:rsidRPr="00485DA6" w:rsidRDefault="00485DA6" w:rsidP="00485DA6">
      <w:pPr>
        <w:autoSpaceDE w:val="0"/>
        <w:autoSpaceDN w:val="0"/>
        <w:spacing w:after="0" w:line="271" w:lineRule="auto"/>
        <w:ind w:right="288" w:firstLine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F74958" w:rsidRPr="00241E40" w:rsidRDefault="00241E40" w:rsidP="00485DA6">
      <w:pPr>
        <w:autoSpaceDE w:val="0"/>
        <w:autoSpaceDN w:val="0"/>
        <w:spacing w:after="0"/>
        <w:ind w:right="94" w:firstLine="18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Программа по учебному предмету «Окружающий мир» (предметная область «Обществознание и естествознание» («Окружающий мир») включает: пояснительную записку, содержание обучения, планируемые результаты освоения программы учебного предмета, тематическое планирование.</w:t>
      </w:r>
    </w:p>
    <w:p w:rsidR="00F74958" w:rsidRPr="00241E40" w:rsidRDefault="00241E40" w:rsidP="00485DA6">
      <w:pPr>
        <w:autoSpaceDE w:val="0"/>
        <w:autoSpaceDN w:val="0"/>
        <w:spacing w:after="0"/>
        <w:ind w:right="144" w:firstLine="18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 структуре учебного плана, а также подходы к отбору содержания, планируемым результатам и тематическому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планированию.</w:t>
      </w:r>
    </w:p>
    <w:p w:rsidR="00F74958" w:rsidRPr="00241E40" w:rsidRDefault="00241E40" w:rsidP="00485DA6">
      <w:pPr>
        <w:autoSpaceDE w:val="0"/>
        <w:autoSpaceDN w:val="0"/>
        <w:spacing w:after="0"/>
        <w:ind w:right="144" w:firstLine="180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Содержание обучения раскрывает содержательные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линии для обязательного изучения в 1 классе начальной школы. Содержание обучения в 1 классе завершатся перечнем универсальных учебных действий (УУД) — познавательных, коммуникативных и регулятивных, которые в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озможно формировать средствами учебного предмета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«Окружа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ющий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мир» с   учётом   возрастных особенностей   младших   школьников. В первом классе предлагается пропедевтический уровень формирования УУД, поскольку становление универсальности действий на этом этапе обучения только начинается. С учётом того, что выполнение правил совместной деятельности строится на интеграции регулятивных (определенные волевые усилия,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саморегуляция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, 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</w:t>
      </w:r>
    </w:p>
    <w:p w:rsidR="00485DA6" w:rsidRDefault="00241E40" w:rsidP="00485DA6">
      <w:pPr>
        <w:tabs>
          <w:tab w:val="left" w:pos="180"/>
        </w:tabs>
        <w:autoSpaceDE w:val="0"/>
        <w:autoSpaceDN w:val="0"/>
        <w:spacing w:after="0"/>
        <w:jc w:val="both"/>
        <w:rPr>
          <w:lang w:val="ru-RU"/>
        </w:rPr>
      </w:pPr>
      <w:r w:rsidRPr="00241E40">
        <w:rPr>
          <w:lang w:val="ru-RU"/>
        </w:rPr>
        <w:tab/>
      </w:r>
    </w:p>
    <w:p w:rsidR="00485DA6" w:rsidRDefault="00485DA6" w:rsidP="00485DA6">
      <w:pPr>
        <w:tabs>
          <w:tab w:val="left" w:pos="180"/>
        </w:tabs>
        <w:autoSpaceDE w:val="0"/>
        <w:autoSpaceDN w:val="0"/>
        <w:spacing w:after="0"/>
        <w:jc w:val="both"/>
        <w:rPr>
          <w:lang w:val="ru-RU"/>
        </w:rPr>
      </w:pPr>
    </w:p>
    <w:p w:rsidR="00A0193C" w:rsidRDefault="00A0193C" w:rsidP="00485DA6">
      <w:pPr>
        <w:tabs>
          <w:tab w:val="left" w:pos="180"/>
        </w:tabs>
        <w:autoSpaceDE w:val="0"/>
        <w:autoSpaceDN w:val="0"/>
        <w:spacing w:after="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F74958" w:rsidRPr="00485DA6" w:rsidRDefault="00241E40" w:rsidP="00485DA6">
      <w:pPr>
        <w:tabs>
          <w:tab w:val="left" w:pos="180"/>
        </w:tabs>
        <w:autoSpaceDE w:val="0"/>
        <w:autoSpaceDN w:val="0"/>
        <w:spacing w:after="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Планируемые результаты включают личностные,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за период обучения, а также предметные достижения младшего школьника за первый год обучения в начальной школе. </w:t>
      </w: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В тематическом планировании описывается программное содержание по всем разделам содержания обучения 1 класса, а также раскрываются методы и формы организации обучения и характеристика деятельностей, которые целесообразно использовать при изучении той или иной программной темы. </w:t>
      </w: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Представлены также способы организации дифференцированного обучения.</w:t>
      </w:r>
    </w:p>
    <w:p w:rsidR="00F74958" w:rsidRPr="00241E40" w:rsidRDefault="00241E40" w:rsidP="00485DA6">
      <w:pPr>
        <w:autoSpaceDE w:val="0"/>
        <w:autoSpaceDN w:val="0"/>
        <w:spacing w:after="0"/>
        <w:ind w:right="94" w:firstLine="18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предмету «Окружающий мир» на уровне 1 класса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Примерной программы воспитания, а также с учё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том историко-культурного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стандарта.</w:t>
      </w:r>
    </w:p>
    <w:p w:rsidR="00F74958" w:rsidRPr="00241E40" w:rsidRDefault="00241E40" w:rsidP="00485DA6">
      <w:pPr>
        <w:autoSpaceDE w:val="0"/>
        <w:autoSpaceDN w:val="0"/>
        <w:spacing w:after="0"/>
        <w:ind w:right="94" w:firstLine="18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детей младшего школьного возраста и направлено на достижение следующих целей:</w:t>
      </w:r>
    </w:p>
    <w:p w:rsidR="00F74958" w:rsidRPr="00241E40" w:rsidRDefault="00241E40" w:rsidP="00485DA6">
      <w:pPr>
        <w:autoSpaceDE w:val="0"/>
        <w:autoSpaceDN w:val="0"/>
        <w:spacing w:after="0"/>
        <w:ind w:left="420" w:right="94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 этических понятий, представленных в содержании данного учебного предмета; </w:t>
      </w:r>
    </w:p>
    <w:p w:rsidR="00F74958" w:rsidRPr="00241E40" w:rsidRDefault="00241E40" w:rsidP="00485DA6">
      <w:pPr>
        <w:autoSpaceDE w:val="0"/>
        <w:autoSpaceDN w:val="0"/>
        <w:spacing w:after="0"/>
        <w:ind w:left="420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развитие умений и навыков применять полученные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знания в</w:t>
      </w:r>
      <w:r w:rsidR="00485DA6">
        <w:rPr>
          <w:rFonts w:ascii="Times New Roman" w:eastAsia="Times New Roman" w:hAnsi="Times New Roman"/>
          <w:color w:val="000000"/>
          <w:sz w:val="24"/>
          <w:lang w:val="ru-RU"/>
        </w:rPr>
        <w:t xml:space="preserve"> реальной учебной и жизненной </w:t>
      </w:r>
      <w:r w:rsidR="00A0193C">
        <w:rPr>
          <w:rFonts w:ascii="Times New Roman" w:eastAsia="Times New Roman" w:hAnsi="Times New Roman"/>
          <w:color w:val="000000"/>
          <w:sz w:val="24"/>
          <w:lang w:val="ru-RU"/>
        </w:rPr>
        <w:t xml:space="preserve">практике, </w:t>
      </w:r>
      <w:r w:rsidR="00156C3B">
        <w:rPr>
          <w:rFonts w:ascii="Times New Roman" w:eastAsia="Times New Roman" w:hAnsi="Times New Roman"/>
          <w:color w:val="000000"/>
          <w:sz w:val="24"/>
          <w:lang w:val="ru-RU"/>
        </w:rPr>
        <w:t xml:space="preserve">связанной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 </w:t>
      </w:r>
    </w:p>
    <w:p w:rsidR="00241E40" w:rsidRPr="00241E40" w:rsidRDefault="00241E40" w:rsidP="00485DA6">
      <w:pPr>
        <w:autoSpaceDE w:val="0"/>
        <w:autoSpaceDN w:val="0"/>
        <w:spacing w:after="0"/>
        <w:ind w:left="420" w:right="94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младшими школьниками мирового культурного опыта по созданию общечеловеческих ценностей, законов и правил построения взаимоотношений в социуме; обогащение духовного богатства обучающихся; </w:t>
      </w:r>
    </w:p>
    <w:p w:rsidR="00241E40" w:rsidRPr="00241E40" w:rsidRDefault="00241E40" w:rsidP="00485DA6">
      <w:pPr>
        <w:autoSpaceDE w:val="0"/>
        <w:autoSpaceDN w:val="0"/>
        <w:spacing w:after="0"/>
        <w:ind w:left="42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становление навыков повседневного проявления культуры общения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, гуманного отношения к людям, уважительного отношения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к их взглядам, мнению и индивидуальности</w:t>
      </w:r>
    </w:p>
    <w:p w:rsidR="00241E40" w:rsidRPr="00241E40" w:rsidRDefault="00241E40" w:rsidP="00485DA6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Центральной идеей конструирования содержания и планируемых результатов обучения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 «Человек и природа»,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 Отбор содержания курса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«Окружающий мир» осуществлён на основе следующих ведущих идей:</w:t>
      </w:r>
    </w:p>
    <w:p w:rsidR="00241E40" w:rsidRPr="00241E40" w:rsidRDefault="00241E40" w:rsidP="00485DA6">
      <w:pPr>
        <w:autoSpaceDE w:val="0"/>
        <w:autoSpaceDN w:val="0"/>
        <w:spacing w:after="0"/>
        <w:ind w:left="42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раскрытие роли человека в природе и обществе; </w:t>
      </w:r>
    </w:p>
    <w:p w:rsidR="00485DA6" w:rsidRDefault="00241E40" w:rsidP="00485DA6">
      <w:pPr>
        <w:autoSpaceDE w:val="0"/>
        <w:autoSpaceDN w:val="0"/>
        <w:spacing w:after="0"/>
        <w:ind w:left="420" w:right="432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освоение общечеловеческих ценностей взаимодействия в системах «Человек и природа»,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«Человек и общество», «Человек и другие люди», «Человек и его самость», «Человек и познание».</w:t>
      </w:r>
    </w:p>
    <w:p w:rsidR="00A0193C" w:rsidRDefault="00A0193C" w:rsidP="00485DA6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0193C" w:rsidRDefault="00A0193C" w:rsidP="00485DA6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0193C" w:rsidRDefault="00A0193C" w:rsidP="00485DA6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0193C" w:rsidRDefault="00A0193C" w:rsidP="00485DA6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0193C" w:rsidRDefault="00A0193C" w:rsidP="00A0193C">
      <w:pPr>
        <w:tabs>
          <w:tab w:val="left" w:pos="180"/>
        </w:tabs>
        <w:autoSpaceDE w:val="0"/>
        <w:autoSpaceDN w:val="0"/>
        <w:spacing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5DA6" w:rsidRDefault="00485DA6" w:rsidP="00A0193C">
      <w:pPr>
        <w:tabs>
          <w:tab w:val="left" w:pos="180"/>
        </w:tabs>
        <w:autoSpaceDE w:val="0"/>
        <w:autoSpaceDN w:val="0"/>
        <w:spacing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Место учебного предмета «Окружающий мир» в учебном плане</w:t>
      </w:r>
    </w:p>
    <w:p w:rsidR="00A0193C" w:rsidRPr="00485DA6" w:rsidRDefault="00A0193C" w:rsidP="00A0193C">
      <w:pPr>
        <w:tabs>
          <w:tab w:val="left" w:pos="180"/>
        </w:tabs>
        <w:autoSpaceDE w:val="0"/>
        <w:autoSpaceDN w:val="0"/>
        <w:spacing w:after="0" w:line="262" w:lineRule="auto"/>
        <w:ind w:right="2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0193C" w:rsidRDefault="00241E40" w:rsidP="00A0193C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Общее число часов, отведённых на изучение курса «Окружающий мир» в 1 классе составляет 66 часов (два часа в неделю).</w:t>
      </w:r>
      <w:r w:rsidR="00A0193C" w:rsidRPr="00A019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A0193C" w:rsidRPr="00A0193C" w:rsidRDefault="00A0193C" w:rsidP="00A0193C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19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Данная раб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очая программа реализуется за 64 часа</w:t>
      </w:r>
      <w:r w:rsidRPr="00A019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соответствии с календарным учебны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 графиком МБОУ БСОШ № 2 на 2022-2023</w:t>
      </w:r>
      <w:r w:rsidRPr="00A019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учебный год и с учётом госуда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рственных праздничных дней. Два </w:t>
      </w:r>
      <w:r w:rsidRPr="00A0193C">
        <w:rPr>
          <w:rFonts w:ascii="Times New Roman" w:eastAsia="Calibri" w:hAnsi="Times New Roman" w:cs="Times New Roman"/>
          <w:sz w:val="24"/>
          <w:szCs w:val="24"/>
          <w:lang w:val="ru-RU"/>
        </w:rPr>
        <w:t>час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а (за 08.03, 09.05</w:t>
      </w:r>
      <w:r w:rsidRPr="00A0193C">
        <w:rPr>
          <w:rFonts w:ascii="Times New Roman" w:eastAsia="Calibri" w:hAnsi="Times New Roman" w:cs="Times New Roman"/>
          <w:sz w:val="24"/>
          <w:szCs w:val="24"/>
          <w:lang w:val="ru-RU"/>
        </w:rPr>
        <w:t>) предусматривается изучить за счёт уплотнения материала.</w:t>
      </w:r>
    </w:p>
    <w:p w:rsidR="00A0193C" w:rsidRPr="00A0193C" w:rsidRDefault="00A0193C" w:rsidP="00A0193C">
      <w:pPr>
        <w:shd w:val="clear" w:color="auto" w:fill="FFFFFF"/>
        <w:tabs>
          <w:tab w:val="left" w:pos="567"/>
        </w:tabs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0193C">
        <w:rPr>
          <w:rFonts w:ascii="Times New Roman" w:eastAsia="Calibri" w:hAnsi="Times New Roman" w:cs="Times New Roman"/>
          <w:sz w:val="24"/>
          <w:szCs w:val="24"/>
          <w:lang w:val="ru-RU"/>
        </w:rPr>
        <w:t>Преподавание учебного предмета «Окружающий мир»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241E40" w:rsidRPr="00241E40" w:rsidRDefault="00241E40" w:rsidP="00A0193C">
      <w:pPr>
        <w:tabs>
          <w:tab w:val="left" w:pos="180"/>
        </w:tabs>
        <w:autoSpaceDE w:val="0"/>
        <w:autoSpaceDN w:val="0"/>
        <w:spacing w:after="0" w:line="262" w:lineRule="auto"/>
        <w:ind w:right="288"/>
        <w:rPr>
          <w:lang w:val="ru-RU"/>
        </w:rPr>
      </w:pPr>
    </w:p>
    <w:p w:rsidR="00A0193C" w:rsidRPr="00241E40" w:rsidRDefault="00A0193C" w:rsidP="00A0193C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A0193C" w:rsidRPr="00241E40" w:rsidRDefault="00A0193C" w:rsidP="00A0193C">
      <w:pPr>
        <w:autoSpaceDE w:val="0"/>
        <w:autoSpaceDN w:val="0"/>
        <w:spacing w:before="346"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материалы для ученика</w:t>
      </w:r>
    </w:p>
    <w:p w:rsidR="00A0193C" w:rsidRDefault="00A0193C" w:rsidP="00A0193C">
      <w:pPr>
        <w:autoSpaceDE w:val="0"/>
        <w:autoSpaceDN w:val="0"/>
        <w:spacing w:after="0"/>
        <w:ind w:right="7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Окружающий мир (в 2 частях), 1 класс /Плешаков А.А., </w:t>
      </w:r>
    </w:p>
    <w:p w:rsidR="00A0193C" w:rsidRDefault="00A0193C" w:rsidP="00A0193C">
      <w:pPr>
        <w:autoSpaceDE w:val="0"/>
        <w:autoSpaceDN w:val="0"/>
        <w:spacing w:after="0"/>
        <w:ind w:right="72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Акционерное общество «Издательство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«Просвещение»;</w:t>
      </w:r>
    </w:p>
    <w:p w:rsidR="00A0193C" w:rsidRDefault="00A0193C" w:rsidP="00A0193C">
      <w:pPr>
        <w:autoSpaceDE w:val="0"/>
        <w:autoSpaceDN w:val="0"/>
        <w:spacing w:after="0"/>
        <w:ind w:right="7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Плешаков А. А. Окружающий мир. Рабочая тетрадь. 1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кл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. </w:t>
      </w:r>
    </w:p>
    <w:p w:rsidR="00A0193C" w:rsidRDefault="00A0193C" w:rsidP="00A0193C">
      <w:pPr>
        <w:autoSpaceDE w:val="0"/>
        <w:autoSpaceDN w:val="0"/>
        <w:spacing w:after="0"/>
        <w:ind w:right="7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В 2 ч. Ч. 1. — М.: Просвещение, 2022. </w:t>
      </w:r>
    </w:p>
    <w:p w:rsidR="00A0193C" w:rsidRDefault="00A0193C" w:rsidP="00A0193C">
      <w:pPr>
        <w:autoSpaceDE w:val="0"/>
        <w:autoSpaceDN w:val="0"/>
        <w:spacing w:after="0"/>
        <w:ind w:right="7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Плешаков А. А. Окружающий мир. Рабочая тетрадь. 1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кл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. </w:t>
      </w:r>
    </w:p>
    <w:p w:rsidR="00A0193C" w:rsidRPr="00241E40" w:rsidRDefault="00A0193C" w:rsidP="00A0193C">
      <w:pPr>
        <w:autoSpaceDE w:val="0"/>
        <w:autoSpaceDN w:val="0"/>
        <w:spacing w:after="0"/>
        <w:ind w:right="720"/>
        <w:jc w:val="both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В 2 ч. Ч. 2. — М.: Просвещение, 2022.</w:t>
      </w:r>
    </w:p>
    <w:p w:rsidR="00A0193C" w:rsidRPr="00241E40" w:rsidRDefault="00A0193C" w:rsidP="00A0193C">
      <w:pPr>
        <w:autoSpaceDE w:val="0"/>
        <w:autoSpaceDN w:val="0"/>
        <w:spacing w:before="262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>
        <w:rPr>
          <w:lang w:val="ru-RU"/>
        </w:rPr>
        <w:t xml:space="preserve">Примерная рабочая программа начального общего образования «Окружающий мир»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(для 1–4 классов образовательных организаций) МОСКВА 2021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 л е ш а к о в А. А. Окружающий мир: рабочие программы: пособие для учителей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организаций / А. А. Плешаков. — М.: Просвещение, 2014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Окружающий мир. Метод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ические рекомендации.1 класс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: пособие для учителей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. организаций / [А. А. Плешаков, М. А.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Ионова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, О. Б. Кирпичева, А.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Е. Соловьева]. — 2-е изд. — М.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: Просвещение, 2014.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proofErr w:type="spellStart"/>
      <w:proofErr w:type="gram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Пл</w:t>
      </w:r>
      <w:proofErr w:type="spellEnd"/>
      <w:proofErr w:type="gram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е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ш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а к о в А. А. От земли до неба: атлас-определитель: пособие для учащихся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организаций /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А. А. Плешаков. — М.: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Просвещение, 2014.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 л е ш а к о в А. А. Зелёные страницы: пособие для учащихся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 организаций / А. А. Плешаков. — М.: Просвещение, 2014.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 л е ш а к о в А. А. Великан на поляне, или Первые уро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ки экологической этики: кн. для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учащихся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 организаций / А. А. Плешаков, А. А. Румянцев. — М.: Просвещение, 2014.</w:t>
      </w:r>
    </w:p>
    <w:p w:rsidR="00A0193C" w:rsidRPr="00241E40" w:rsidRDefault="00A0193C" w:rsidP="00A0193C">
      <w:pPr>
        <w:autoSpaceDE w:val="0"/>
        <w:autoSpaceDN w:val="0"/>
        <w:spacing w:after="0"/>
        <w:ind w:right="9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Окружающий мир: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1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кл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.: электронное приложение к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учеб. А. А. Плешакова (1 </w:t>
      </w:r>
      <w:r>
        <w:rPr>
          <w:rFonts w:ascii="Times New Roman" w:eastAsia="Times New Roman" w:hAnsi="Times New Roman"/>
          <w:color w:val="000000"/>
          <w:sz w:val="24"/>
        </w:rPr>
        <w:t>CD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)</w:t>
      </w:r>
    </w:p>
    <w:p w:rsidR="00A0193C" w:rsidRDefault="00A0193C" w:rsidP="00A0193C">
      <w:pPr>
        <w:autoSpaceDE w:val="0"/>
        <w:autoSpaceDN w:val="0"/>
        <w:spacing w:after="0" w:line="230" w:lineRule="auto"/>
        <w:ind w:right="94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0193C" w:rsidRPr="00241E40" w:rsidRDefault="00A0193C" w:rsidP="00A0193C">
      <w:pPr>
        <w:autoSpaceDE w:val="0"/>
        <w:autoSpaceDN w:val="0"/>
        <w:spacing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A0193C" w:rsidRPr="00241E40" w:rsidRDefault="00A0193C" w:rsidP="00A0193C">
      <w:pPr>
        <w:autoSpaceDE w:val="0"/>
        <w:autoSpaceDN w:val="0"/>
        <w:spacing w:after="0" w:line="286" w:lineRule="auto"/>
        <w:ind w:right="187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Единая коллекция цифровых образовательных ресурсов.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\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Федеральный центр информационно-образовательных ресурсов.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\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fcior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Сообщество «открытый класс».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openclass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Сеть творческих учителей.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it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n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Интернет-государство учителей.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interqu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Сайт для учителей.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zavuch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info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Мегаэнциклопедия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Кирилла и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Мефодия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km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Открытая русская электронная библиотека.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\\</w:t>
      </w:r>
      <w:r>
        <w:rPr>
          <w:rFonts w:ascii="Times New Roman" w:eastAsia="Times New Roman" w:hAnsi="Times New Roman"/>
          <w:color w:val="000000"/>
          <w:sz w:val="24"/>
        </w:rPr>
        <w:t>orel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rsl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</w:p>
    <w:p w:rsidR="00F74958" w:rsidRPr="00241E40" w:rsidRDefault="00F74958">
      <w:pPr>
        <w:rPr>
          <w:lang w:val="ru-RU"/>
        </w:rPr>
        <w:sectPr w:rsidR="00F74958" w:rsidRPr="00241E40" w:rsidSect="00241E40">
          <w:pgSz w:w="11900" w:h="16840"/>
          <w:pgMar w:top="298" w:right="650" w:bottom="45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241E40" w:rsidRDefault="00241E40">
      <w:pPr>
        <w:rPr>
          <w:lang w:val="ru-RU"/>
        </w:rPr>
      </w:pPr>
    </w:p>
    <w:p w:rsidR="00241E40" w:rsidRDefault="00241E40" w:rsidP="00241E40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0193C" w:rsidRPr="00241E40" w:rsidRDefault="00A0193C" w:rsidP="00A0193C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A0193C" w:rsidRPr="00241E40" w:rsidRDefault="00A0193C" w:rsidP="00A0193C">
      <w:pPr>
        <w:autoSpaceDE w:val="0"/>
        <w:autoSpaceDN w:val="0"/>
        <w:spacing w:before="346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A0193C" w:rsidRPr="00241E40" w:rsidRDefault="00A0193C" w:rsidP="00A0193C">
      <w:pPr>
        <w:autoSpaceDE w:val="0"/>
        <w:autoSpaceDN w:val="0"/>
        <w:spacing w:before="166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• Интерактивная доска прямой проекции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SMARTBoard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480.</w:t>
      </w:r>
    </w:p>
    <w:p w:rsidR="00A0193C" w:rsidRPr="00241E40" w:rsidRDefault="00A0193C" w:rsidP="00A0193C">
      <w:pPr>
        <w:autoSpaceDE w:val="0"/>
        <w:autoSpaceDN w:val="0"/>
        <w:spacing w:before="70" w:after="0"/>
        <w:ind w:right="302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Мультимедийный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проектор,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Optoma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DS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327 с потолочным креплением•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Радиомагнитола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SUPRA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SR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-125 </w:t>
      </w:r>
      <w:r>
        <w:rPr>
          <w:rFonts w:ascii="Times New Roman" w:eastAsia="Times New Roman" w:hAnsi="Times New Roman"/>
          <w:color w:val="000000"/>
          <w:sz w:val="24"/>
        </w:rPr>
        <w:t>U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• Телевизор, ЖК </w:t>
      </w:r>
      <w:r>
        <w:rPr>
          <w:rFonts w:ascii="Times New Roman" w:eastAsia="Times New Roman" w:hAnsi="Times New Roman"/>
          <w:color w:val="000000"/>
          <w:sz w:val="24"/>
        </w:rPr>
        <w:t>PHILIHS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32 </w:t>
      </w:r>
      <w:r>
        <w:rPr>
          <w:rFonts w:ascii="Times New Roman" w:eastAsia="Times New Roman" w:hAnsi="Times New Roman"/>
          <w:color w:val="000000"/>
          <w:sz w:val="24"/>
        </w:rPr>
        <w:t>PFL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5206\60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• Принтер, (МФУ)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BrotherDCP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-7057 </w:t>
      </w:r>
      <w:r>
        <w:rPr>
          <w:rFonts w:ascii="Times New Roman" w:eastAsia="Times New Roman" w:hAnsi="Times New Roman"/>
          <w:color w:val="000000"/>
          <w:sz w:val="24"/>
        </w:rPr>
        <w:t>R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– 1 шт.</w:t>
      </w:r>
    </w:p>
    <w:p w:rsidR="00A0193C" w:rsidRPr="00241E40" w:rsidRDefault="00A0193C" w:rsidP="00A0193C">
      <w:pPr>
        <w:autoSpaceDE w:val="0"/>
        <w:autoSpaceDN w:val="0"/>
        <w:spacing w:before="262" w:after="0" w:line="262" w:lineRule="auto"/>
        <w:ind w:right="720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 для проведения лабораторных, практических работ, демонстраций</w:t>
      </w:r>
    </w:p>
    <w:p w:rsidR="00A0193C" w:rsidRPr="00241E40" w:rsidRDefault="00A0193C" w:rsidP="00A0193C">
      <w:pPr>
        <w:autoSpaceDE w:val="0"/>
        <w:autoSpaceDN w:val="0"/>
        <w:spacing w:before="16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• Учебно-наглядные пособия для начальной школы в комплекте</w:t>
      </w:r>
    </w:p>
    <w:p w:rsidR="00241E40" w:rsidRPr="00241E40" w:rsidRDefault="00241E40" w:rsidP="00241E40">
      <w:pPr>
        <w:autoSpaceDE w:val="0"/>
        <w:autoSpaceDN w:val="0"/>
        <w:spacing w:after="78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346" w:after="0" w:line="281" w:lineRule="auto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Человек и общество </w:t>
      </w:r>
      <w:r w:rsidRPr="00241E40">
        <w:rPr>
          <w:lang w:val="ru-RU"/>
        </w:rPr>
        <w:br/>
      </w: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 Совместная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деятельность с одноклассниками — учёба, игры, отдых. Рабочее место школьника: удобное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размещение учебных материалов и учебного оборудования; поза; освещение рабочего места. Правила безопасной работы на учебном месте. Режим труда и отдыха.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Семья.  Моя семья в прошлом и настоящем.  Имена и фамилии членов семьи, их профессии. Взаимоотношения и взаимопомощь в семье.  Совместный труд и отдых.  Домашний адрес.</w:t>
      </w:r>
    </w:p>
    <w:p w:rsidR="00F74958" w:rsidRPr="00241E40" w:rsidRDefault="00241E40">
      <w:pPr>
        <w:autoSpaceDE w:val="0"/>
        <w:autoSpaceDN w:val="0"/>
        <w:spacing w:before="72" w:after="0"/>
        <w:ind w:firstLine="18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Россия — наша Родина. Москва —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 Ценность и красота рукотворного  мира.    Правила поведения в социуме.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70" w:after="0" w:line="281" w:lineRule="auto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Человек и природа </w:t>
      </w:r>
      <w:r w:rsidRPr="00241E40">
        <w:rPr>
          <w:lang w:val="ru-RU"/>
        </w:rPr>
        <w:br/>
      </w: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Природа —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 Сезонные изменения в природе.  Взаимосвязи между человеком и природой.  Правила нравственного и безопасного поведения в природе.</w:t>
      </w:r>
    </w:p>
    <w:p w:rsidR="00F74958" w:rsidRPr="00241E40" w:rsidRDefault="00241E40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Мир животных Разные группы животных (звери, насекомые, птицы, рыбы и др. ). Домашние и дикие животные (различия в условиях жизни). Забота о домашних питомцах.</w:t>
      </w:r>
    </w:p>
    <w:p w:rsidR="00F74958" w:rsidRPr="00241E40" w:rsidRDefault="00241E40">
      <w:pPr>
        <w:autoSpaceDE w:val="0"/>
        <w:autoSpaceDN w:val="0"/>
        <w:spacing w:before="70" w:after="0" w:line="262" w:lineRule="auto"/>
        <w:ind w:left="180" w:right="144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Правила безопасной жизни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Понимание необходимости соблюдения режима дня, правил здорового питания и личной гигиены. </w:t>
      </w:r>
    </w:p>
    <w:p w:rsidR="00F74958" w:rsidRPr="00241E40" w:rsidRDefault="00241E40">
      <w:pPr>
        <w:autoSpaceDE w:val="0"/>
        <w:autoSpaceDN w:val="0"/>
        <w:spacing w:before="70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Правила безопасности в быту: пользование бытовыми электроприборами, газовыми плитами.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72" w:after="0" w:line="262" w:lineRule="auto"/>
        <w:ind w:right="432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Безопасность в сети Интернет (электронный дневник и электронные ресурсы школы) в условиях контролируемого доступа в Интернет.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180" w:right="3456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Универсальные учебные действия (пропедевтический уровень) </w:t>
      </w: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Познавательные универсальные учебные действия: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 лиственных и хвойных растений, сравнивать их, устанавливать различия во внешнем виде.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Работа с информацией: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понимать, что информация может быть представлена в разной форме — текста, иллюстраций, видео, таблицы; </w:t>
      </w:r>
    </w:p>
    <w:p w:rsidR="00F74958" w:rsidRPr="00241E40" w:rsidRDefault="00F74958">
      <w:pPr>
        <w:autoSpaceDE w:val="0"/>
        <w:autoSpaceDN w:val="0"/>
        <w:spacing w:after="108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соотносить иллюстрацию явления (объекта, предмета) с его названием.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Коммуникативные универсальные учебные действия: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100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соотносить  предметы   декоративно-прикладного   искусства с принадлежностью народу РФ, описывать предмет по предложенному плану;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24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описывать по предложенному плану время года, передавать в рассказе своё отношение к природным явлениям;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сравнивать домашних и диких животных, объяснять, чем они различаются.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Регулятивные универсальные учебные действия: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выполнение правил безопасного поведения на дорогах и улицах другими детьми, выполнять самооценку;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электро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и газовыми приборами.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Совместная деятельность:</w:t>
      </w:r>
    </w:p>
    <w:p w:rsidR="00F74958" w:rsidRPr="00241E40" w:rsidRDefault="00241E40" w:rsidP="002D6D42">
      <w:pPr>
        <w:autoSpaceDE w:val="0"/>
        <w:autoSpaceDN w:val="0"/>
        <w:spacing w:before="178" w:after="0" w:line="271" w:lineRule="auto"/>
        <w:ind w:left="24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F74958" w:rsidRPr="00241E40" w:rsidRDefault="00241E40">
      <w:pPr>
        <w:autoSpaceDE w:val="0"/>
        <w:autoSpaceDN w:val="0"/>
        <w:spacing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346" w:after="0" w:line="262" w:lineRule="auto"/>
        <w:ind w:right="720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предмета "Окружающий мир" в 1 классе направлено на достижение обучающимися личностных, </w:t>
      </w:r>
      <w:proofErr w:type="spell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освоения учебного предмета.</w:t>
      </w:r>
    </w:p>
    <w:p w:rsidR="00F74958" w:rsidRPr="00241E40" w:rsidRDefault="00241E40">
      <w:pPr>
        <w:autoSpaceDE w:val="0"/>
        <w:autoSpaceDN w:val="0"/>
        <w:spacing w:before="226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F74958" w:rsidRPr="00241E40" w:rsidRDefault="00241E40">
      <w:pPr>
        <w:tabs>
          <w:tab w:val="left" w:pos="180"/>
        </w:tabs>
        <w:autoSpaceDE w:val="0"/>
        <w:autoSpaceDN w:val="0"/>
        <w:spacing w:before="346" w:after="0" w:line="281" w:lineRule="auto"/>
        <w:ind w:right="720"/>
        <w:rPr>
          <w:lang w:val="ru-RU"/>
        </w:rPr>
      </w:pP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 </w:t>
      </w:r>
      <w:r w:rsidRPr="00241E40">
        <w:rPr>
          <w:lang w:val="ru-RU"/>
        </w:rPr>
        <w:br/>
      </w:r>
      <w:r w:rsidRPr="00241E40">
        <w:rPr>
          <w:lang w:val="ru-RU"/>
        </w:rPr>
        <w:tab/>
      </w: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Гражданско-патриотического воспитания:</w:t>
      </w:r>
    </w:p>
    <w:p w:rsidR="00F74958" w:rsidRPr="00241E40" w:rsidRDefault="00241E40">
      <w:pPr>
        <w:autoSpaceDE w:val="0"/>
        <w:autoSpaceDN w:val="0"/>
        <w:spacing w:before="180" w:after="0" w:line="262" w:lineRule="auto"/>
        <w:ind w:left="42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становление ценностного отношения к своей Родине — России; понимание особой роли многонациональной России в современном мире;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4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первоначальные представления о человеке как члене общества, осознание прав и ответственности человека как члена общества.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проявление культуры общения, уважительного отношения к людям, их взглядам, признанию их индивидуальности;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86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</w:t>
      </w:r>
    </w:p>
    <w:p w:rsidR="00F74958" w:rsidRPr="00241E40" w:rsidRDefault="00241E40">
      <w:pPr>
        <w:autoSpaceDE w:val="0"/>
        <w:autoSpaceDN w:val="0"/>
        <w:spacing w:before="180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Эстетического воспитания: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использование полученных знаний в продуктивной и преобразующей деятельности, в разных видах художественной деятельности.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информационной);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приобретение опыта эмоционального отношения к среде обитания, бережное отношение к физическому и психическому здоровью.</w:t>
      </w:r>
    </w:p>
    <w:p w:rsidR="00F74958" w:rsidRPr="00241E40" w:rsidRDefault="00F74958">
      <w:pPr>
        <w:autoSpaceDE w:val="0"/>
        <w:autoSpaceDN w:val="0"/>
        <w:spacing w:after="78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Трудового воспитания: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Экологического воспитания: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познания:</w:t>
      </w:r>
    </w:p>
    <w:p w:rsidR="00F74958" w:rsidRPr="00241E40" w:rsidRDefault="00241E40">
      <w:pPr>
        <w:autoSpaceDE w:val="0"/>
        <w:autoSpaceDN w:val="0"/>
        <w:spacing w:before="180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в деятельности на первоначальные представления о научной картине мира; </w:t>
      </w:r>
    </w:p>
    <w:p w:rsidR="00F74958" w:rsidRPr="00241E40" w:rsidRDefault="00241E40">
      <w:pPr>
        <w:autoSpaceDE w:val="0"/>
        <w:autoSpaceDN w:val="0"/>
        <w:spacing w:before="192" w:after="0" w:line="271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осознание ценности познания, проявление познавательного интереса, активности, инициативности, любознательности и самостоятельности в обогащении своих знаний, в том числе с использованием различных информационных средств.</w:t>
      </w:r>
    </w:p>
    <w:p w:rsidR="00F74958" w:rsidRPr="00241E40" w:rsidRDefault="00241E40">
      <w:pPr>
        <w:autoSpaceDE w:val="0"/>
        <w:autoSpaceDN w:val="0"/>
        <w:spacing w:before="286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F74958" w:rsidRPr="00241E40" w:rsidRDefault="00241E40">
      <w:pPr>
        <w:autoSpaceDE w:val="0"/>
        <w:autoSpaceDN w:val="0"/>
        <w:spacing w:before="346" w:after="0" w:line="262" w:lineRule="auto"/>
        <w:ind w:left="180" w:right="4752"/>
        <w:rPr>
          <w:lang w:val="ru-RU"/>
        </w:rPr>
      </w:pPr>
      <w:proofErr w:type="spellStart"/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Познавательныеуниверсальные</w:t>
      </w:r>
      <w:proofErr w:type="spellEnd"/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учебные действия: </w:t>
      </w: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1)  Базовые логические действия: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 основе наблюдений доступных объектов окружающего мира устанавливать связи и зависимости между объектами (часть — целое; причина — следствие; изменения во времени и в пространстве);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29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объекты окружающего мира, устанавливать основания для сравнения, устанавливать аналогии;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объединять части объекта (объекты) по определённому признаку;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определять существенный признак для классификации, классифицировать предложенные объекты;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закономерности и противоречия в рассматриваемых фактах, данных и наблюдениях на основе предложенного алгоритма;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выявлять недостаток информации для решения учебной (практической) задачи на основе предложенного алгоритма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lastRenderedPageBreak/>
        <w:t>2)  Базовые исследовательские действия: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(по предложенному и самостоятельно составленному плану или выдвинутому предположению) наблюдения, несложные опыты; проявлять интерес к экспериментам, проводимым под руководством учителя;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определять разницу между реальным и желательным состоянием объекта (ситуации) на основе предложенных вопросов;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</w:t>
      </w: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последствия; коллективный труд и его результаты и др.</w:t>
      </w:r>
      <w:proofErr w:type="gramStart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 )</w:t>
      </w:r>
      <w:proofErr w:type="gramEnd"/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24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—следствие);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115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3)  Работа с информацией: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24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использовать различные источники для поиска информации, выбирать источник получения информации с учётом учебной задачи;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240" w:right="100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согласно заданному алгоритму находить в предложенном источнике информацию, представленную в явном виде;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и использовать для решения учебных задач текстовую, графическую, аудиовизуальную информацию;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читать и интерпретировать графически представленную информацию (схему, таблицу, иллюстрацию);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информационной безопасности в условиях контролируемого доступа в Интернет (с помощью учителя);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анализировать и создавать текстовую, видео, графическую, звуковую информацию в соответствии с учебной задачей;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24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процессе диалогов задавать вопросы, высказывать суждения, оценивать выступления участников;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24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ведения диалога и дискуссии; проявлять уважительное отношение к собеседнику;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создавать устные и письменные тексты (описание, рассуждение, повествование);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готовить небольшие публичные выступления с возможной презентацией (текст, рисунки, фото, плакаты и др. ) к тексту выступления.</w:t>
      </w:r>
    </w:p>
    <w:p w:rsidR="00F74958" w:rsidRPr="00241E40" w:rsidRDefault="00F74958">
      <w:pPr>
        <w:autoSpaceDE w:val="0"/>
        <w:autoSpaceDN w:val="0"/>
        <w:spacing w:after="78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 w:line="262" w:lineRule="auto"/>
        <w:ind w:left="180" w:right="4896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Регулятивные универсальные учебные действия: </w:t>
      </w: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1)  Самоорганизация: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7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планировать самостоятельно или с небольшой помощью учителя действия по решению учебной задачи;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выстраивать последовательность выбранных действий и операций.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2)  Самоконтроль: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осуществлять контроль процесса и результата своей деятельности;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ошибки в своей работе и устанавливать их причины; корректировать свои действия при необходимости (с небольшой помощью учителя);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i/>
          <w:color w:val="000000"/>
          <w:sz w:val="24"/>
          <w:lang w:val="ru-RU"/>
        </w:rPr>
        <w:t>3)  Самооценка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74958" w:rsidRPr="00241E40" w:rsidRDefault="00241E40">
      <w:pPr>
        <w:autoSpaceDE w:val="0"/>
        <w:autoSpaceDN w:val="0"/>
        <w:spacing w:before="178" w:after="0" w:line="262" w:lineRule="auto"/>
        <w:ind w:left="420"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объективно оценивать результаты своей деятельности, соотносить свою оценку с оценкой учителя;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44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оценивать целесообразность выбранных способов действия, при необходимости корректировать их.</w:t>
      </w:r>
    </w:p>
    <w:p w:rsidR="00F74958" w:rsidRPr="00241E40" w:rsidRDefault="00241E40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значение коллективной деятельности для успешного решения учебной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158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готовность руководить, выполнять поручения, подчиняться;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 конфликтов, при их возникновении мирно разрешать без участия взрослого; </w:t>
      </w:r>
    </w:p>
    <w:p w:rsidR="00F74958" w:rsidRPr="00241E40" w:rsidRDefault="00241E40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ответственно выполнять свою часть работы.</w:t>
      </w:r>
    </w:p>
    <w:p w:rsidR="00F74958" w:rsidRPr="00241E40" w:rsidRDefault="00241E40">
      <w:pPr>
        <w:autoSpaceDE w:val="0"/>
        <w:autoSpaceDN w:val="0"/>
        <w:spacing w:before="288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F74958" w:rsidRPr="00241E40" w:rsidRDefault="00241E40">
      <w:pPr>
        <w:autoSpaceDE w:val="0"/>
        <w:autoSpaceDN w:val="0"/>
        <w:spacing w:before="346" w:after="0" w:line="230" w:lineRule="auto"/>
        <w:ind w:left="18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</w:t>
      </w:r>
      <w:r w:rsidRPr="00241E4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 классе </w:t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обучающийся научится:</w:t>
      </w:r>
    </w:p>
    <w:p w:rsidR="00F74958" w:rsidRPr="00241E40" w:rsidRDefault="00241E40">
      <w:pPr>
        <w:autoSpaceDE w:val="0"/>
        <w:autoSpaceDN w:val="0"/>
        <w:spacing w:before="178" w:after="0" w:line="271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воспроизводить название своего населённого пункта, региона, страны;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F74958" w:rsidRPr="00241E40" w:rsidRDefault="00241E40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</w:t>
      </w:r>
      <w:r w:rsidRPr="00241E40">
        <w:rPr>
          <w:lang w:val="ru-RU"/>
        </w:rPr>
        <w:br/>
      </w: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животных(насекомые, рыбы, птицы, звери); </w:t>
      </w:r>
    </w:p>
    <w:p w:rsidR="00F74958" w:rsidRPr="00241E40" w:rsidRDefault="00F74958">
      <w:pPr>
        <w:autoSpaceDE w:val="0"/>
        <w:autoSpaceDN w:val="0"/>
        <w:spacing w:after="108" w:line="220" w:lineRule="exact"/>
        <w:rPr>
          <w:lang w:val="ru-RU"/>
        </w:rPr>
      </w:pPr>
    </w:p>
    <w:p w:rsidR="00F74958" w:rsidRPr="00241E40" w:rsidRDefault="00241E40">
      <w:pPr>
        <w:autoSpaceDE w:val="0"/>
        <w:autoSpaceDN w:val="0"/>
        <w:spacing w:after="0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применять правила ухода за комнатными растениями и домашними животными; </w:t>
      </w:r>
    </w:p>
    <w:p w:rsidR="00F74958" w:rsidRPr="00241E40" w:rsidRDefault="00241E40">
      <w:pPr>
        <w:autoSpaceDE w:val="0"/>
        <w:autoSpaceDN w:val="0"/>
        <w:spacing w:before="190" w:after="0"/>
        <w:ind w:right="144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F74958" w:rsidRPr="00241E40" w:rsidRDefault="00241E40">
      <w:pPr>
        <w:autoSpaceDE w:val="0"/>
        <w:autoSpaceDN w:val="0"/>
        <w:spacing w:before="192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использовать для ответов на вопросы небольшие тексты о природе и обществе; </w:t>
      </w:r>
    </w:p>
    <w:p w:rsidR="00F74958" w:rsidRPr="00241E40" w:rsidRDefault="00241E40">
      <w:pPr>
        <w:autoSpaceDE w:val="0"/>
        <w:autoSpaceDN w:val="0"/>
        <w:spacing w:before="192" w:after="0" w:line="262" w:lineRule="auto"/>
        <w:ind w:right="432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right="576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здорового питания и личной гигиены;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безопасного поведения пешехода; </w:t>
      </w:r>
    </w:p>
    <w:p w:rsidR="00F74958" w:rsidRPr="00241E40" w:rsidRDefault="00241E40">
      <w:pPr>
        <w:autoSpaceDE w:val="0"/>
        <w:autoSpaceDN w:val="0"/>
        <w:spacing w:before="190" w:after="0" w:line="230" w:lineRule="auto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соблюдать правила безопасного поведения в природе; </w:t>
      </w:r>
    </w:p>
    <w:p w:rsidR="00F74958" w:rsidRPr="00241E40" w:rsidRDefault="00241E40">
      <w:pPr>
        <w:autoSpaceDE w:val="0"/>
        <w:autoSpaceDN w:val="0"/>
        <w:spacing w:before="190" w:after="0" w:line="262" w:lineRule="auto"/>
        <w:ind w:right="1008"/>
        <w:rPr>
          <w:lang w:val="ru-RU"/>
        </w:rPr>
      </w:pPr>
      <w:r w:rsidRPr="00241E40">
        <w:rPr>
          <w:rFonts w:ascii="Times New Roman" w:eastAsia="Times New Roman" w:hAnsi="Times New Roman"/>
          <w:color w:val="000000"/>
          <w:sz w:val="24"/>
          <w:lang w:val="ru-RU"/>
        </w:rPr>
        <w:t>—  с помощью взрослых (учителя, родителей) пользоваться электронным дневником и электронными ресурсами школы.</w:t>
      </w:r>
    </w:p>
    <w:p w:rsidR="00F74958" w:rsidRPr="00241E40" w:rsidRDefault="00F74958">
      <w:pPr>
        <w:rPr>
          <w:lang w:val="ru-RU"/>
        </w:rPr>
        <w:sectPr w:rsidR="00F74958" w:rsidRPr="00241E40" w:rsidSect="00241E40">
          <w:pgSz w:w="11900" w:h="16840"/>
          <w:pgMar w:top="328" w:right="840" w:bottom="1440" w:left="108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97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4" w:line="220" w:lineRule="exact"/>
        <w:rPr>
          <w:lang w:val="ru-RU"/>
        </w:rPr>
      </w:pPr>
    </w:p>
    <w:p w:rsidR="00F74958" w:rsidRDefault="00241E40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278"/>
        <w:gridCol w:w="528"/>
        <w:gridCol w:w="1106"/>
        <w:gridCol w:w="1140"/>
        <w:gridCol w:w="804"/>
        <w:gridCol w:w="3638"/>
        <w:gridCol w:w="1116"/>
        <w:gridCol w:w="3424"/>
      </w:tblGrid>
      <w:tr w:rsidR="00F74958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3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3424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4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Электронные (цифровые) образовательные ресурсы</w:t>
            </w:r>
          </w:p>
        </w:tc>
      </w:tr>
      <w:tr w:rsidR="00F74958">
        <w:trPr>
          <w:trHeight w:hRule="exact" w:val="540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74958" w:rsidRDefault="00F74958"/>
        </w:tc>
        <w:tc>
          <w:tcPr>
            <w:tcW w:w="1726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</w:tr>
      <w:tr w:rsidR="00F7495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1.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Человек и общество.</w:t>
            </w:r>
          </w:p>
        </w:tc>
      </w:tr>
      <w:tr w:rsidR="00F74958" w:rsidRPr="002D6D42">
        <w:trPr>
          <w:trHeight w:hRule="exact" w:val="7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80" w:after="0" w:line="250" w:lineRule="auto"/>
              <w:ind w:left="72" w:right="720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Школьные традиции и праздники. Классный, школьный коллектив, совместная деятельность.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80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Экскурсия по школе, знакомство с помещениями;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80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80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Одноклассники, взаимоотношения между ними; ценность дружбы, взаимной помощи.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Обсуждение ситуаций по теме «Правила поведения в классе и в школе»;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Рабочее место школьника. Правила безопасной работы на учебном месте, режим труда и отдыха.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теме «Как содержать рабочее место в порядке»;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1.4.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Россия Москва — столица России. Народы России.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Просмотр и обсуждение иллюстраций,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видеофрагментов и других материалов (по выбору) на темы «Москва — столица России», «Экскурсия по Москве»;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1.5.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Первоначальные сведения о родном крае. Название своего   населённого пункта (города, села), региона.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7" w:lineRule="auto"/>
              <w:ind w:right="720"/>
              <w:jc w:val="center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Экскурсии, целевые прогулки, просмотр иллюстраций, видеофрагментов и других материалов о родном крае, труде людей;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85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1.6.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50" w:lineRule="auto"/>
              <w:ind w:left="72" w:right="256"/>
              <w:jc w:val="both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Культурные объекты родного края. Труд людей. Ценность и красота рукотворного мира.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Рассматривание и описание изделий народных промыслов родного края и народов России;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Правила поведения в социуме.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теме «Правила поведения в учреждениях культуры — в театре, музее, библиотеке»;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1.8.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Моя семья в прошлом и настоящем. Имена и фамилии членов семьи, их профессии.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иллюстративным материалом: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рассматривание фото, репродукций на тему«Семья»;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1.9.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Совместный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труд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 и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отдых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 детей по теме «Как наша семья проводит свободное время»;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</w:t>
            </w:r>
            <w:r w:rsidRPr="00241E4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/3632/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/122820/</w:t>
            </w:r>
          </w:p>
        </w:tc>
      </w:tr>
      <w:tr w:rsidR="00F74958" w:rsidRPr="002D6D42">
        <w:trPr>
          <w:trHeight w:hRule="exact" w:val="5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1.10.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Домашний адрес.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 по теме "Для чего нужно знать свой домашний адрес";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>
        <w:trPr>
          <w:trHeight w:hRule="exact" w:val="348"/>
        </w:trPr>
        <w:tc>
          <w:tcPr>
            <w:tcW w:w="3746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4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</w:t>
            </w:r>
          </w:p>
        </w:tc>
        <w:tc>
          <w:tcPr>
            <w:tcW w:w="11228" w:type="dxa"/>
            <w:gridSpan w:val="6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  <w:tr w:rsidR="00F7495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2.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Человек и природа.</w:t>
            </w:r>
          </w:p>
        </w:tc>
      </w:tr>
      <w:tr w:rsidR="00F74958" w:rsidRPr="002D6D42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64" w:after="0" w:line="245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Природа и предметы, созданные человеком. Природные материалы.</w:t>
            </w:r>
          </w:p>
          <w:p w:rsidR="00F74958" w:rsidRPr="00241E40" w:rsidRDefault="00241E40">
            <w:pPr>
              <w:autoSpaceDE w:val="0"/>
              <w:autoSpaceDN w:val="0"/>
              <w:spacing w:before="18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Бережное отношение к пред метам, вещам, уход за ними.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 по теме «Почему люди должны оберегать и охранять природу»;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52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64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Неживая и живая природа.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с иллюстративным материалом: «Живая и неживая природа»;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</w:tbl>
    <w:p w:rsidR="00F74958" w:rsidRPr="00241E40" w:rsidRDefault="00F74958">
      <w:pPr>
        <w:autoSpaceDE w:val="0"/>
        <w:autoSpaceDN w:val="0"/>
        <w:spacing w:after="0" w:line="14" w:lineRule="exact"/>
        <w:rPr>
          <w:lang w:val="ru-RU"/>
        </w:rPr>
      </w:pPr>
    </w:p>
    <w:p w:rsidR="00F74958" w:rsidRPr="00241E40" w:rsidRDefault="00F74958">
      <w:pPr>
        <w:rPr>
          <w:lang w:val="ru-RU"/>
        </w:rPr>
        <w:sectPr w:rsidR="00F74958" w:rsidRPr="00241E40" w:rsidSect="00241E40">
          <w:pgSz w:w="16840" w:h="11900"/>
          <w:pgMar w:top="282" w:right="640" w:bottom="2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278"/>
        <w:gridCol w:w="528"/>
        <w:gridCol w:w="1106"/>
        <w:gridCol w:w="1140"/>
        <w:gridCol w:w="804"/>
        <w:gridCol w:w="3638"/>
        <w:gridCol w:w="1116"/>
        <w:gridCol w:w="3424"/>
      </w:tblGrid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7" w:lineRule="auto"/>
              <w:ind w:left="72"/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Погода и термометр. Наблюдение за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погодой своего края.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Сезонные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изменения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природе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Экскурсии по теме «Сезонные изменения в природе, наблюдение за погодой»;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Взаимосвязи между человеком и природой. Правила нравственного и безопасного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поведения в природе.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по теме «Почему люди должны оберегать и охранять природу»;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о нравственном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безнравственном;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поведении в природе;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</w:t>
            </w:r>
            <w:r w:rsidRPr="00241E4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/3951/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/105842/</w:t>
            </w:r>
          </w:p>
        </w:tc>
      </w:tr>
      <w:tr w:rsidR="00F74958" w:rsidRPr="002D6D42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64" w:after="0" w:line="252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Растения ближайшего окружения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(узнавание, называние, краткое  описание).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Сравнение внешнего вида деревьев, кустарников, трав;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</w:t>
            </w:r>
            <w:r w:rsidRPr="00241E4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/4043/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/117455/</w:t>
            </w:r>
          </w:p>
        </w:tc>
      </w:tr>
      <w:tr w:rsidR="00F74958" w:rsidRPr="002D6D42">
        <w:trPr>
          <w:trHeight w:hRule="exact" w:val="265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Лиственные и хвойные растения.</w:t>
            </w:r>
          </w:p>
          <w:p w:rsidR="00F74958" w:rsidRPr="00241E40" w:rsidRDefault="00241E40">
            <w:pPr>
              <w:autoSpaceDE w:val="0"/>
              <w:autoSpaceDN w:val="0"/>
              <w:spacing w:before="18" w:after="0" w:line="233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Дикорастущие и культурные растения.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4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по теме «Чем различаются дикорастущие и культурные растения?»; Определение;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названия по;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внешнему виду;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дерева;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иллюстративным;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материалом:;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деление растений;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 две группы —;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дикорастущие и;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культурные;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</w:t>
            </w:r>
            <w:r w:rsidRPr="00241E4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/3610/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/154046/</w:t>
            </w:r>
          </w:p>
        </w:tc>
      </w:tr>
      <w:tr w:rsidR="00F74958" w:rsidRPr="002D6D42">
        <w:trPr>
          <w:trHeight w:hRule="exact" w:val="926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2.7.</w:t>
            </w:r>
          </w:p>
        </w:tc>
        <w:tc>
          <w:tcPr>
            <w:tcW w:w="327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Части растения (называние, краткая характеристика значения для жизни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растения): корень, стебель, лист, цветок, плод, семя.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256"/>
              <w:jc w:val="both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Рассматривание и зарисовка разнообразия частей растения: разные листья, разные цветки и плоды, разные корни (по выбору);</w:t>
            </w:r>
          </w:p>
        </w:tc>
        <w:tc>
          <w:tcPr>
            <w:tcW w:w="11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64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2.8.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Комнатные растения, правила содержания и ухода.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Практическая работа по теме «Учимся ухаживать за растениями уголка природы»;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2.9.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720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Разные группы животных (звери, насекомые, птицы, рыбы и др.).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Логическая задача: найди ошибку в иллюстрациях— какое животное попало в эту группу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неправильно;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</w:t>
            </w:r>
            <w:r w:rsidRPr="00241E4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/3940/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/154258/</w:t>
            </w:r>
          </w:p>
        </w:tc>
      </w:tr>
      <w:tr w:rsidR="00F74958" w:rsidRPr="002D6D42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2.10.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Домашние и дикие животные (различия в условиях жизни).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Наблюдения за поведением животных в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естественных условиях: повадки птиц, движения зверей, условия обитаний насекомых (во время экскурсий, целевых прогулок, просмотра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видеоматериалов);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5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2.11.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Забота о домашних питомцах.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jc w:val="center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 детей по теме «Мой домашний питомец»;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>
        <w:trPr>
          <w:trHeight w:hRule="exact" w:val="348"/>
        </w:trPr>
        <w:tc>
          <w:tcPr>
            <w:tcW w:w="3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40</w:t>
            </w:r>
          </w:p>
        </w:tc>
        <w:tc>
          <w:tcPr>
            <w:tcW w:w="11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  <w:tr w:rsidR="00F7495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3.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Правила безопасной жизни.</w:t>
            </w:r>
          </w:p>
        </w:tc>
      </w:tr>
      <w:tr w:rsidR="00F74958" w:rsidRPr="002D6D42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Необходимость соблюдения режима дня, правил здорового питания и личной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гигиены.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0.25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теме «Что такое режим дня»: обсуждение режима дня первоклассника;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3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</w:tbl>
    <w:p w:rsidR="00F74958" w:rsidRPr="00241E40" w:rsidRDefault="00F74958">
      <w:pPr>
        <w:autoSpaceDE w:val="0"/>
        <w:autoSpaceDN w:val="0"/>
        <w:spacing w:after="0" w:line="14" w:lineRule="exact"/>
        <w:rPr>
          <w:lang w:val="ru-RU"/>
        </w:rPr>
      </w:pPr>
    </w:p>
    <w:p w:rsidR="00F74958" w:rsidRPr="00241E40" w:rsidRDefault="00F74958">
      <w:pPr>
        <w:rPr>
          <w:lang w:val="ru-RU"/>
        </w:rPr>
        <w:sectPr w:rsidR="00F74958" w:rsidRPr="00241E40" w:rsidSect="00241E40">
          <w:pgSz w:w="16840" w:h="11900"/>
          <w:pgMar w:top="284" w:right="640" w:bottom="34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278"/>
        <w:gridCol w:w="528"/>
        <w:gridCol w:w="1106"/>
        <w:gridCol w:w="1140"/>
        <w:gridCol w:w="804"/>
        <w:gridCol w:w="3638"/>
        <w:gridCol w:w="1116"/>
        <w:gridCol w:w="3424"/>
      </w:tblGrid>
      <w:tr w:rsidR="00F74958" w:rsidRPr="002D6D42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Правила безопасности в быту: пользование бытовыми </w:t>
            </w:r>
            <w:proofErr w:type="spellStart"/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электро</w:t>
            </w:r>
            <w:proofErr w:type="spellEnd"/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приборами, газовыми плитами.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0.25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теме "Правила безопасности в быту";;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108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Дорога от дома до школы. Правила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безопасного поведения пешехода (дорожные знаки, дорожная разметка, дорожные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сигналы).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0.25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45" w:lineRule="auto"/>
              <w:ind w:left="72" w:right="86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по теме "Безопасный маршрут"; 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47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 w:rsidRPr="002D6D42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50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Безопасность в сети Интернет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(электронный дневник и электронные ресурсы школы) в условиях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контролируемого доступа в Интернет.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0.25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Беседа на тему "Безопасность в сети Интернет"; 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6" w:after="0" w:line="230" w:lineRule="auto"/>
              <w:ind w:left="7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74958">
        <w:trPr>
          <w:trHeight w:hRule="exact" w:val="348"/>
        </w:trPr>
        <w:tc>
          <w:tcPr>
            <w:tcW w:w="3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  <w:tr w:rsidR="00F74958">
        <w:trPr>
          <w:trHeight w:hRule="exact" w:val="348"/>
        </w:trPr>
        <w:tc>
          <w:tcPr>
            <w:tcW w:w="3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Резервное время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  <w:tr w:rsidR="00F74958">
        <w:trPr>
          <w:trHeight w:hRule="exact" w:val="328"/>
        </w:trPr>
        <w:tc>
          <w:tcPr>
            <w:tcW w:w="3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62</w:t>
            </w:r>
          </w:p>
        </w:tc>
        <w:tc>
          <w:tcPr>
            <w:tcW w:w="8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F74958" w:rsidRDefault="00F74958">
      <w:pPr>
        <w:sectPr w:rsidR="00F74958" w:rsidSect="00241E40">
          <w:pgSz w:w="16840" w:h="11900"/>
          <w:pgMar w:top="284" w:right="64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F74958" w:rsidRDefault="00F74958">
      <w:pPr>
        <w:autoSpaceDE w:val="0"/>
        <w:autoSpaceDN w:val="0"/>
        <w:spacing w:after="78" w:line="220" w:lineRule="exact"/>
      </w:pPr>
    </w:p>
    <w:p w:rsidR="00F74958" w:rsidRPr="00156C3B" w:rsidRDefault="00241E40" w:rsidP="00156C3B">
      <w:pPr>
        <w:autoSpaceDE w:val="0"/>
        <w:autoSpaceDN w:val="0"/>
        <w:spacing w:after="320" w:line="230" w:lineRule="auto"/>
        <w:jc w:val="center"/>
        <w:rPr>
          <w:sz w:val="28"/>
          <w:szCs w:val="28"/>
        </w:rPr>
      </w:pPr>
      <w:r w:rsidRPr="00156C3B">
        <w:rPr>
          <w:rFonts w:ascii="Times New Roman" w:eastAsia="Times New Roman" w:hAnsi="Times New Roman"/>
          <w:b/>
          <w:color w:val="000000"/>
          <w:sz w:val="28"/>
          <w:szCs w:val="28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F74958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958" w:rsidRDefault="00F74958"/>
        </w:tc>
      </w:tr>
      <w:tr w:rsidR="00F7495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Экскурсия по школе. Мы -школьники.  Рабочее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место школьника.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 Что такое Родина?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общество. Что мы знаем о народах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 Что мы знаем о Москве?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общество. Проект «Моя малая Родина»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Правила безопасной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жизни. Дорога от дома до школы.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пешехода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природа. Что у нас над головой?</w:t>
            </w:r>
          </w:p>
          <w:p w:rsidR="00F74958" w:rsidRDefault="00241E40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Наблюдаем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небом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 w:rsidRPr="002D6D42">
        <w:trPr>
          <w:trHeight w:hRule="exact" w:val="316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Что у нас под ногами?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28.09.2022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86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образцы камней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фотографиям;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рисункам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атласа-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определителя;</w:t>
            </w:r>
          </w:p>
        </w:tc>
      </w:tr>
    </w:tbl>
    <w:p w:rsidR="00F74958" w:rsidRPr="00241E40" w:rsidRDefault="00F74958">
      <w:pPr>
        <w:autoSpaceDE w:val="0"/>
        <w:autoSpaceDN w:val="0"/>
        <w:spacing w:after="0" w:line="14" w:lineRule="exact"/>
        <w:rPr>
          <w:lang w:val="ru-RU"/>
        </w:rPr>
      </w:pPr>
    </w:p>
    <w:p w:rsidR="00F74958" w:rsidRPr="00241E40" w:rsidRDefault="00F74958">
      <w:pPr>
        <w:rPr>
          <w:lang w:val="ru-RU"/>
        </w:rPr>
        <w:sectPr w:rsidR="00F74958" w:rsidRPr="00241E40" w:rsidSect="00241E40">
          <w:pgSz w:w="11900" w:h="16840"/>
          <w:pgMar w:top="298" w:right="650" w:bottom="133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общего у разных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растений?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Части растения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3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находить;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показывать и называть у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растений их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части;</w:t>
            </w:r>
          </w:p>
        </w:tc>
      </w:tr>
      <w:tr w:rsidR="00F74958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Что растёт на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подоконнике? Комнатные растения, правила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содержания и ухода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86" w:lineRule="auto"/>
              <w:ind w:left="156" w:right="288" w:hanging="156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комнатные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растения с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помощью </w:t>
            </w:r>
            <w:r w:rsidRPr="00241E40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атласа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-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определителя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F7495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Что растёт на клумбе?</w:t>
            </w:r>
          </w:p>
          <w:p w:rsidR="00F74958" w:rsidRPr="00A0193C" w:rsidRDefault="00241E40">
            <w:pPr>
              <w:autoSpaceDE w:val="0"/>
              <w:autoSpaceDN w:val="0"/>
              <w:spacing w:before="70" w:after="0" w:line="262" w:lineRule="auto"/>
              <w:ind w:left="72" w:righ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 w:rsidRPr="002D6D42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Что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это за листья?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Лиственные и хвойные растения.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0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12.10.2022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деревьев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листьям;</w:t>
            </w:r>
          </w:p>
        </w:tc>
      </w:tr>
      <w:tr w:rsidR="00F7495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Что такое хвоинки?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Лиственные и хвойные растения.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Кто такие насекомые?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Жизнь животных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Жизнь животных  Кто такие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рыбы?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 w:rsidRPr="002D6D42">
        <w:trPr>
          <w:trHeight w:hRule="exact" w:val="18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Кто такие птицы?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Жизнь </w:t>
            </w:r>
            <w:r w:rsidRPr="00A0193C">
              <w:rPr>
                <w:lang w:val="ru-RU"/>
              </w:rPr>
              <w:br/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животных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26.10.2022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строение пера птицы;</w:t>
            </w:r>
          </w:p>
        </w:tc>
      </w:tr>
    </w:tbl>
    <w:p w:rsidR="00F74958" w:rsidRPr="00241E40" w:rsidRDefault="00F74958">
      <w:pPr>
        <w:autoSpaceDE w:val="0"/>
        <w:autoSpaceDN w:val="0"/>
        <w:spacing w:after="0" w:line="14" w:lineRule="exact"/>
        <w:rPr>
          <w:lang w:val="ru-RU"/>
        </w:rPr>
      </w:pPr>
    </w:p>
    <w:p w:rsidR="00F74958" w:rsidRPr="00241E40" w:rsidRDefault="00F74958">
      <w:pPr>
        <w:rPr>
          <w:lang w:val="ru-RU"/>
        </w:rPr>
        <w:sectPr w:rsidR="00F74958" w:rsidRPr="00241E40" w:rsidSect="00241E40">
          <w:pgSz w:w="11900" w:h="16840"/>
          <w:pgMar w:top="284" w:right="650" w:bottom="95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природа. Кто такие звери?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Жизнь </w:t>
            </w:r>
            <w:r w:rsidRPr="00A0193C">
              <w:rPr>
                <w:lang w:val="ru-RU"/>
              </w:rPr>
              <w:br/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животных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строение шерсти зверей;</w:t>
            </w:r>
          </w:p>
        </w:tc>
      </w:tr>
      <w:tr w:rsidR="00F74958" w:rsidRPr="002D6D42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A0193C" w:rsidRDefault="00241E40">
            <w:pPr>
              <w:autoSpaceDE w:val="0"/>
              <w:autoSpaceDN w:val="0"/>
              <w:spacing w:before="70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Признаки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осени. 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Сезонные </w:t>
            </w:r>
            <w:r w:rsidRPr="00A0193C">
              <w:rPr>
                <w:lang w:val="ru-RU"/>
              </w:rPr>
              <w:br/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изменения в природе.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Устный опрос; Экскурсия;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наблюдение за погодой своего края;</w:t>
            </w:r>
          </w:p>
        </w:tc>
      </w:tr>
      <w:tr w:rsidR="00F7495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Правила безопасной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жизни. Что окружает нас дома?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A0193C">
              <w:rPr>
                <w:lang w:val="ru-RU"/>
              </w:rPr>
              <w:br/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безопасности в доме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 w:rsidP="00A0193C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Правила безопасной жизни. Компьютер в твоей жизни.</w:t>
            </w:r>
            <w:r w:rsidR="00A0193C">
              <w:rPr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Безопасность в сети Интернет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Правила безопасной жизни. Что вокруг нас может быть опасным?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На что похожа наша планета?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Проверим себя и оценим свои достижения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«Что и кто?».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Контрольная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4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общество. Как живёт семья?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Проект</w:t>
            </w:r>
            <w:r w:rsidRPr="00A0193C">
              <w:rPr>
                <w:lang w:val="ru-RU"/>
              </w:rPr>
              <w:br/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«Моя семья»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30.11.2022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 w:rsidRPr="002D6D42">
        <w:trPr>
          <w:trHeight w:hRule="exact" w:val="282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Откуда в наш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дом приходит вода и куда она уходит?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06.12.2022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6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опыты;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показывающие загрязнение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воды и её </w:t>
            </w:r>
            <w:r w:rsidRPr="00241E40">
              <w:rPr>
                <w:lang w:val="ru-RU"/>
              </w:rPr>
              <w:br/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очистку; </w:t>
            </w:r>
          </w:p>
        </w:tc>
      </w:tr>
    </w:tbl>
    <w:p w:rsidR="00F74958" w:rsidRPr="00241E40" w:rsidRDefault="00F74958">
      <w:pPr>
        <w:autoSpaceDE w:val="0"/>
        <w:autoSpaceDN w:val="0"/>
        <w:spacing w:after="0" w:line="14" w:lineRule="exact"/>
        <w:rPr>
          <w:lang w:val="ru-RU"/>
        </w:rPr>
      </w:pPr>
    </w:p>
    <w:p w:rsidR="00F74958" w:rsidRPr="00241E40" w:rsidRDefault="00F74958">
      <w:pPr>
        <w:rPr>
          <w:lang w:val="ru-RU"/>
        </w:rPr>
        <w:sectPr w:rsidR="00F74958" w:rsidRPr="00241E40" w:rsidSect="00241E40">
          <w:pgSz w:w="11900" w:h="16840"/>
          <w:pgMar w:top="284" w:right="650" w:bottom="10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Pr="00241E40" w:rsidRDefault="00F7495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Правила безопасной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жизни. Откуда в наш дом приходит электричество?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собирать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простейшую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электрическую цепь;</w:t>
            </w:r>
          </w:p>
        </w:tc>
      </w:tr>
      <w:tr w:rsidR="00F74958" w:rsidRPr="00A0193C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общество. Все профессии важны!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Как путешествует письмо?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0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Устный опрос;</w:t>
            </w:r>
          </w:p>
        </w:tc>
      </w:tr>
      <w:tr w:rsidR="00F74958" w:rsidRPr="002D6D42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A0193C" w:rsidRDefault="00241E40">
            <w:pPr>
              <w:autoSpaceDE w:val="0"/>
              <w:autoSpaceDN w:val="0"/>
              <w:spacing w:before="72" w:after="0" w:line="262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Неживая и живая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Куда текут реки?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0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14.12.2022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86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рассматривать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морскую соль и проводить опыт по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«изготовлению»морской воды;;</w:t>
            </w:r>
          </w:p>
        </w:tc>
      </w:tr>
      <w:tr w:rsidR="00F74958" w:rsidRPr="002D6D42">
        <w:trPr>
          <w:trHeight w:hRule="exact" w:val="385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Неживая и живая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Откуда берутся снег и лёд?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6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опыты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исследованию снега и льда в соответствии с инструкциями; формулировать выводы из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опытов ;</w:t>
            </w:r>
          </w:p>
        </w:tc>
      </w:tr>
      <w:tr w:rsidR="00F74958" w:rsidRPr="002D6D42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8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Как живут растения? Почему нужно ухаживать за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комнатными растениями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ухаживать за комнатными растениями;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71" w:lineRule="auto"/>
              <w:ind w:left="72" w:right="144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природа. Как живут животные?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питомцах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27.12.2022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Признаки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зимы. Наблюдение за погодой своего края.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28.12.2022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экскурсия;</w:t>
            </w:r>
          </w:p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F74958" w:rsidRDefault="00F74958">
      <w:pPr>
        <w:sectPr w:rsidR="00F74958" w:rsidSect="00241E40">
          <w:pgSz w:w="11900" w:h="16840"/>
          <w:pgMar w:top="284" w:right="650" w:bottom="86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Default="00F7495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Бережем Землю.</w:t>
            </w:r>
          </w:p>
          <w:p w:rsidR="00F74958" w:rsidRDefault="00241E40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птицам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зимой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6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изготавливать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простейшие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кормушки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подбирать из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предложенного подходящий для птиц корм;</w:t>
            </w:r>
          </w:p>
        </w:tc>
      </w:tr>
      <w:tr w:rsidR="00F74958" w:rsidRPr="002D6D42">
        <w:trPr>
          <w:trHeight w:hRule="exact" w:val="25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71" w:lineRule="auto"/>
              <w:ind w:left="72" w:right="144" w:firstLine="60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Бережем Землю. 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Откуда в снежках грязь?</w:t>
            </w:r>
            <w:r w:rsid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0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100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83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снежки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снеговую воду на наличие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загрязнений;</w:t>
            </w:r>
          </w:p>
        </w:tc>
      </w:tr>
      <w:tr w:rsidR="00F74958" w:rsidRPr="002D6D42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A0193C" w:rsidRDefault="00241E40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A0193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Проверим себя и оценим свои достижения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«Как, откуда и куда?».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288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Контрольная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Презентация проекта «Моя семья»;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30" w:lineRule="auto"/>
              <w:jc w:val="center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Когда учиться интересно?</w:t>
            </w:r>
          </w:p>
          <w:p w:rsidR="00F74958" w:rsidRPr="00156C3B" w:rsidRDefault="00241E40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школьники</w:t>
            </w:r>
            <w:proofErr w:type="spellEnd"/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Проект «Мой класс и моя школа»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156C3B" w:rsidRDefault="00241E40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Дни недели. 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Когда придёт </w:t>
            </w:r>
            <w:r w:rsidRPr="00156C3B">
              <w:rPr>
                <w:lang w:val="ru-RU"/>
              </w:rPr>
              <w:br/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суббота? 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156C3B" w:rsidRDefault="00241E40">
            <w:pPr>
              <w:autoSpaceDE w:val="0"/>
              <w:autoSpaceDN w:val="0"/>
              <w:spacing w:before="100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Времена года. 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Когда наступит лето?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31.01.2023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F74958" w:rsidRDefault="00F74958">
      <w:pPr>
        <w:sectPr w:rsidR="00F74958" w:rsidSect="00241E40">
          <w:pgSz w:w="11900" w:h="16840"/>
          <w:pgMar w:top="284" w:right="65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Default="00F7495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419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156C3B" w:rsidRDefault="00241E40" w:rsidP="00156C3B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Неживая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живая природа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Где </w:t>
            </w:r>
            <w:r w:rsidRPr="00156C3B">
              <w:rPr>
                <w:lang w:val="ru-RU"/>
              </w:rPr>
              <w:br/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живут белые медведи?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8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находить на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глобусе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Северный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Ледовитый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океан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Антарктиду;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характеризовать их;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самоконтроль;</w:t>
            </w:r>
          </w:p>
        </w:tc>
      </w:tr>
      <w:tr w:rsidR="00F74958" w:rsidRPr="002D6D42">
        <w:trPr>
          <w:trHeight w:hRule="exact" w:val="35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156C3B" w:rsidRDefault="00241E40">
            <w:pPr>
              <w:autoSpaceDE w:val="0"/>
              <w:autoSpaceDN w:val="0"/>
              <w:spacing w:before="70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Неживая и живая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  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Где живут слоны?</w:t>
            </w:r>
            <w:r w:rsidR="00156C3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6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находить на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глобусе экватор и жаркие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районы Земли; характеризовать их;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самопроверку; 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Где зимуют птицы?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71" w:lineRule="auto"/>
              <w:ind w:left="72" w:right="144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Когда появилась одежда?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Когда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изобрели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велосипед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Признаки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весны.   Наблюдение за погодой своего края.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экскурсия;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720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общество. Когда мы станем взрослыми?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28.02.2023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Проверим себя и оценим свои достижения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разделу «Где и когда?».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Презентация проекта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«Мой класс и моя школа»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01.03.2023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Контрольная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Почему Солнце светит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днём, а звёзды — ночью?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07.03.2023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F74958" w:rsidRDefault="00F74958">
      <w:pPr>
        <w:sectPr w:rsidR="00F74958" w:rsidSect="00241E40">
          <w:pgSz w:w="11900" w:h="16840"/>
          <w:pgMar w:top="284" w:right="650" w:bottom="448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Default="00F7495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 Почему Луна бывает разной?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14.03.2023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Признаки весны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Наблюдение за погодой своего края.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15.03.2023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экскурсия;</w:t>
            </w:r>
          </w:p>
        </w:tc>
      </w:tr>
      <w:tr w:rsidR="00F74958" w:rsidRPr="002D6D42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Почему идёт дождь и дует ветер?</w:t>
            </w:r>
          </w:p>
          <w:p w:rsidR="00F74958" w:rsidRDefault="00241E40">
            <w:pPr>
              <w:autoSpaceDE w:val="0"/>
              <w:autoSpaceDN w:val="0"/>
              <w:spacing w:before="72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звенит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звонок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3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возникновение и распространение звуков;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720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природа. Почему радуга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разноцветная?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 w:rsidRPr="002D6D42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Почему мы любим кошек и собак?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3" w:lineRule="auto"/>
              <w:ind w:left="156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познакомиться с предметами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ухода за кошкой и собакой и их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назначением ;</w:t>
            </w:r>
          </w:p>
        </w:tc>
      </w:tr>
      <w:tr w:rsidR="00F7495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Почему мы не будем рвать цветы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ловить бабочек?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Почему в лесу мы будем соблюдать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тишину?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Правила безопасной жизни. Зачем мы спим ночью?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F74958" w:rsidRDefault="00F74958">
      <w:pPr>
        <w:sectPr w:rsidR="00F74958" w:rsidSect="00241E40">
          <w:pgSz w:w="11900" w:h="16840"/>
          <w:pgMar w:top="284" w:right="650" w:bottom="121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F74958" w:rsidRDefault="00F7495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2894"/>
        <w:gridCol w:w="732"/>
        <w:gridCol w:w="1620"/>
        <w:gridCol w:w="1668"/>
        <w:gridCol w:w="1236"/>
        <w:gridCol w:w="1898"/>
      </w:tblGrid>
      <w:tr w:rsidR="00F74958" w:rsidRPr="002D6D42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Правила безопасной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жизни. Почему нужно есть много овощей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фруктов?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нужно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чистить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зубы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мыть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руки?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81" w:lineRule="auto"/>
              <w:ind w:left="156" w:right="144" w:hanging="15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Практическая работа;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осваивать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приёмы чистки зубов и мытья рук;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общество. Какие бывают музеи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26.04.2023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</w:t>
            </w:r>
          </w:p>
          <w:p w:rsidR="00F74958" w:rsidRPr="00241E40" w:rsidRDefault="00241E40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Такие разные памятники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100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 Твои земляки - герои Отчизны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общество. Будем вежливыми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общество. О дружбе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71" w:lineRule="auto"/>
              <w:ind w:left="72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 и общество. Идем в гости.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в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гостях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F74958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Проверим себя и оценим свои достижения по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«Почему и </w:t>
            </w:r>
            <w:r w:rsidRPr="00241E40">
              <w:rPr>
                <w:lang w:val="ru-RU"/>
              </w:rPr>
              <w:br/>
            </w: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зачем?».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питомцы»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Контрольная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7495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156C3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</w:t>
            </w:r>
            <w:r w:rsidR="00241E4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природа.</w:t>
            </w:r>
          </w:p>
          <w:p w:rsidR="00F74958" w:rsidRPr="00241E40" w:rsidRDefault="00241E40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Признаки лета.</w:t>
            </w:r>
          </w:p>
          <w:p w:rsidR="00F74958" w:rsidRPr="00241E40" w:rsidRDefault="00241E40">
            <w:pPr>
              <w:autoSpaceDE w:val="0"/>
              <w:autoSpaceDN w:val="0"/>
              <w:spacing w:before="72" w:after="0" w:line="262" w:lineRule="auto"/>
              <w:ind w:left="72" w:right="288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Наблюдение за погодой своего края.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24.05.2023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74958">
        <w:trPr>
          <w:trHeight w:hRule="exact" w:val="808"/>
        </w:trPr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Pr="00241E40" w:rsidRDefault="00241E40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241E4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241E4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74958" w:rsidRDefault="00F74958"/>
        </w:tc>
      </w:tr>
    </w:tbl>
    <w:p w:rsidR="00F74958" w:rsidRDefault="00F74958">
      <w:pPr>
        <w:autoSpaceDE w:val="0"/>
        <w:autoSpaceDN w:val="0"/>
        <w:spacing w:after="0" w:line="14" w:lineRule="exact"/>
      </w:pPr>
    </w:p>
    <w:p w:rsidR="00156C3B" w:rsidRDefault="00156C3B" w:rsidP="002D6D4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56C3B" w:rsidRPr="00156C3B" w:rsidRDefault="00156C3B" w:rsidP="00156C3B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СОГЛАСОВАНО                                                               </w:t>
      </w:r>
      <w:proofErr w:type="spellStart"/>
      <w:proofErr w:type="gramStart"/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</w:t>
      </w:r>
      <w:proofErr w:type="spellEnd"/>
      <w:proofErr w:type="gramEnd"/>
    </w:p>
    <w:p w:rsidR="00156C3B" w:rsidRPr="00156C3B" w:rsidRDefault="00156C3B" w:rsidP="00156C3B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156C3B" w:rsidRPr="00156C3B" w:rsidRDefault="00156C3B" w:rsidP="00156C3B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156C3B" w:rsidRPr="00156C3B" w:rsidRDefault="00156C3B" w:rsidP="00156C3B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>МБОУ БСОШ № 2</w:t>
      </w:r>
    </w:p>
    <w:p w:rsidR="00156C3B" w:rsidRPr="00156C3B" w:rsidRDefault="00156C3B" w:rsidP="00156C3B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от  30 августа 2022</w:t>
      </w: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______________ /Титаренко И.Н./</w:t>
      </w:r>
    </w:p>
    <w:p w:rsidR="00156C3B" w:rsidRPr="00156C3B" w:rsidRDefault="00156C3B" w:rsidP="00156C3B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>___________/Горбачёва О.И./                                           __</w:t>
      </w:r>
      <w:r w:rsidRPr="00156C3B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      августа</w:t>
      </w: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 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2022</w:t>
      </w:r>
      <w:r w:rsidRPr="00156C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</w:p>
    <w:p w:rsidR="00241E40" w:rsidRPr="00241E40" w:rsidRDefault="00241E40" w:rsidP="002D6D42">
      <w:pPr>
        <w:autoSpaceDE w:val="0"/>
        <w:autoSpaceDN w:val="0"/>
        <w:spacing w:after="78" w:line="220" w:lineRule="exact"/>
        <w:rPr>
          <w:lang w:val="ru-RU"/>
        </w:rPr>
      </w:pPr>
      <w:bookmarkStart w:id="0" w:name="_GoBack"/>
      <w:bookmarkEnd w:id="0"/>
    </w:p>
    <w:sectPr w:rsidR="00241E40" w:rsidRPr="00241E40" w:rsidSect="00250560">
      <w:pgSz w:w="11900" w:h="16840"/>
      <w:pgMar w:top="298" w:right="650" w:bottom="1440" w:left="666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 w:equalWidth="0">
        <w:col w:w="10584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323E3"/>
    <w:rsid w:val="0015074B"/>
    <w:rsid w:val="00156C3B"/>
    <w:rsid w:val="00241E40"/>
    <w:rsid w:val="00250560"/>
    <w:rsid w:val="0029639D"/>
    <w:rsid w:val="002D6D42"/>
    <w:rsid w:val="003030CE"/>
    <w:rsid w:val="00326F90"/>
    <w:rsid w:val="00485DA6"/>
    <w:rsid w:val="00A0193C"/>
    <w:rsid w:val="00AA1D8D"/>
    <w:rsid w:val="00B47730"/>
    <w:rsid w:val="00CB0664"/>
    <w:rsid w:val="00F01FBF"/>
    <w:rsid w:val="00F7495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56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56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DB32B3-4C34-4FC8-8B2C-955181B0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6074</Words>
  <Characters>34626</Characters>
  <Application>Microsoft Office Word</Application>
  <DocSecurity>0</DocSecurity>
  <Lines>288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40619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8</cp:revision>
  <cp:lastPrinted>2022-09-26T15:12:00Z</cp:lastPrinted>
  <dcterms:created xsi:type="dcterms:W3CDTF">2013-12-23T23:15:00Z</dcterms:created>
  <dcterms:modified xsi:type="dcterms:W3CDTF">2022-11-08T09:31:00Z</dcterms:modified>
  <cp:category/>
</cp:coreProperties>
</file>